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515"/>
        <w:gridCol w:w="3515"/>
        <w:gridCol w:w="3515"/>
      </w:tblGrid>
      <w:tr>
        <w:trPr>
          <w:cantSplit/>
        </w:trPr>
        <w:tc>
          <w:tcPr>
            <w:tcW w:type="dxa" w:w="3402"/>
            <w:shd w:fill="5A5AE6" w:val="clear"/>
            <w:tcBorders>
              <w:top w:val="single" w:sz="4" w:color="CBD5E1"/>
              <w:left w:val="single" w:sz="4" w:color="CBD5E1"/>
              <w:bottom w:val="single" w:sz="4" w:color="CBD5E1"/>
              <w:right w:val="single" w:sz="4" w:color="CBD5E1"/>
            </w:tcBorders>
            <w:tcMar>
              <w:top w:w="220" w:type="dxa"/>
              <w:start w:w="0" w:type="dxa"/>
              <w:bottom w:w="210" w:type="dxa"/>
              <w:end w:w="0" w:type="dxa"/>
            </w:tcMar>
          </w:tcPr>
          <w:p>
            <w:pPr>
              <w:spacing w:before="0" w:after="0"/>
              <w:jc w:val="center"/>
            </w:pPr>
            <w:r/>
            <w:r>
              <w:rPr>
                <w:rFonts w:ascii="Arial" w:hAnsi="Arial" w:eastAsia="Arial"/>
                <w:b/>
                <w:color w:val="FFFFFF"/>
                <w:sz w:val="34"/>
              </w:rPr>
              <w:t>OS</w:t>
            </w:r>
          </w:p>
        </w:tc>
        <w:tc>
          <w:tcPr>
            <w:tcW w:type="dxa" w:w="3402"/>
            <w:tcBorders>
              <w:top w:val="single" w:sz="4" w:color="CBD5E1"/>
              <w:left w:val="single" w:sz="4" w:color="CBD5E1"/>
              <w:bottom w:val="single" w:sz="4" w:color="CBD5E1"/>
              <w:right w:val="single" w:sz="4" w:color="CBD5E1"/>
            </w:tcBorders>
            <w:tcMar>
              <w:top w:w="130" w:type="dxa"/>
              <w:start w:w="140" w:type="dxa"/>
              <w:bottom w:w="100" w:type="dxa"/>
              <w:end w:w="100" w:type="dxa"/>
            </w:tcMar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111827"/>
                <w:sz w:val="30"/>
              </w:rPr>
              <w:t>ORDEMIO</w:t>
              <w:br/>
            </w:r>
            <w:r>
              <w:rPr>
                <w:rFonts w:ascii="Arial" w:hAnsi="Arial" w:eastAsia="Arial"/>
                <w:b/>
                <w:color w:val="5A5AE6"/>
                <w:sz w:val="15"/>
              </w:rPr>
              <w:t>MODELO DE ORDEM DE SERVIÇO •</w:t>
              <w:br/>
              <w:t>AR-CONDICIONADO</w:t>
            </w:r>
          </w:p>
        </w:tc>
        <w:tc>
          <w:tcPr>
            <w:tcW w:type="dxa" w:w="3402"/>
            <w:tcBorders>
              <w:top w:val="single" w:sz="4" w:color="CBD5E1"/>
              <w:left w:val="single" w:sz="4" w:color="CBD5E1"/>
              <w:bottom w:val="single" w:sz="4" w:color="CBD5E1"/>
              <w:right w:val="single" w:sz="4" w:color="CBD5E1"/>
            </w:tcBorders>
            <w:tcMar>
              <w:top w:w="110" w:type="dxa"/>
              <w:start w:w="90" w:type="dxa"/>
              <w:bottom w:w="100" w:type="dxa"/>
              <w:end w:w="90" w:type="dxa"/>
            </w:tcMar>
          </w:tcPr>
          <w:p>
            <w:pPr>
              <w:spacing w:before="0" w:after="0"/>
              <w:jc w:val="center"/>
            </w:pPr>
            <w:r/>
            <w:r>
              <w:rPr>
                <w:rFonts w:ascii="Arial" w:hAnsi="Arial" w:eastAsia="Arial"/>
                <w:b/>
                <w:color w:val="111827"/>
                <w:sz w:val="16"/>
              </w:rPr>
              <w:t>ORDEM DE SERVIÇO Nº  __________________</w:t>
              <w:br/>
            </w:r>
            <w:r>
              <w:rPr>
                <w:rFonts w:ascii="Arial" w:hAnsi="Arial" w:eastAsia="Arial"/>
                <w:b w:val="0"/>
                <w:color w:val="667085"/>
                <w:sz w:val="15"/>
              </w:rPr>
              <w:t>Abertura: ____/____/______   ____:____</w:t>
            </w:r>
          </w:p>
        </w:tc>
      </w:tr>
    </w:tbl>
    <w:p>
      <w:pPr>
        <w:spacing w:after="0" w:line="60" w:lineRule="auto" w:before="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6"/>
      </w:tblGrid>
      <w:tr>
        <w:trPr>
          <w:cantSplit/>
        </w:trPr>
        <w:tc>
          <w:tcPr>
            <w:tcW w:type="dxa" w:w="10546"/>
            <w:shd w:fill="5A5AE6" w:val="clear"/>
            <w:tcBorders>
              <w:top w:val="single" w:sz="2" w:color="5A5AE6"/>
              <w:left w:val="single" w:sz="2" w:color="5A5AE6"/>
              <w:bottom w:val="single" w:sz="2" w:color="5A5AE6"/>
              <w:right w:val="single" w:sz="2" w:color="5A5AE6"/>
            </w:tcBorders>
            <w:tcMar>
              <w:top w:w="50" w:type="dxa"/>
              <w:start w:w="100" w:type="dxa"/>
              <w:bottom w:w="45" w:type="dxa"/>
              <w:end w:w="100" w:type="dxa"/>
            </w:tcMar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IDENTIFICAÇÃO DA EMPRESA / TÉCNICO</w:t>
            </w:r>
          </w:p>
        </w:tc>
      </w:tr>
    </w:tbl>
    <w:p>
      <w:pPr>
        <w:spacing w:after="0" w:before="0" w:line="60" w:lineRule="auto"/>
      </w:pPr>
      <w:r/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36"/>
        <w:gridCol w:w="2636"/>
        <w:gridCol w:w="2636"/>
        <w:gridCol w:w="2636"/>
      </w:tblGrid>
      <w:tr>
        <w:trPr>
          <w:trHeight w:val="510" w:hRule="atLeast"/>
          <w:cantSplit/>
        </w:trPr>
        <w:tc>
          <w:tcPr>
            <w:tcW w:type="dxa" w:w="2551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top"/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667085"/>
                <w:sz w:val="14"/>
              </w:rPr>
              <w:t>EMPRESA / PRESTADOR</w:t>
            </w:r>
          </w:p>
        </w:tc>
        <w:tc>
          <w:tcPr>
            <w:tcW w:type="dxa" w:w="2551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top"/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667085"/>
                <w:sz w:val="14"/>
              </w:rPr>
              <w:t>CNPJ / CPF</w:t>
            </w:r>
          </w:p>
        </w:tc>
        <w:tc>
          <w:tcPr>
            <w:tcW w:type="dxa" w:w="2551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top"/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667085"/>
                <w:sz w:val="14"/>
              </w:rPr>
              <w:t>TELEFONE / WHATSAPP</w:t>
            </w:r>
          </w:p>
        </w:tc>
        <w:tc>
          <w:tcPr>
            <w:tcW w:type="dxa" w:w="2551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top"/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667085"/>
                <w:sz w:val="14"/>
              </w:rPr>
              <w:t>RESPONSÁVEL / TÉCNICO</w:t>
            </w:r>
          </w:p>
        </w:tc>
      </w:tr>
      <w:tr>
        <w:trPr>
          <w:trHeight w:val="510" w:hRule="atLeast"/>
          <w:cantSplit/>
        </w:trPr>
        <w:tc>
          <w:tcPr>
            <w:tcW w:type="dxa" w:w="5272"/>
            <w:gridSpan w:val="2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top"/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667085"/>
                <w:sz w:val="14"/>
              </w:rPr>
              <w:t>ENDEREÇO</w:t>
            </w:r>
          </w:p>
        </w:tc>
        <w:tc>
          <w:tcPr>
            <w:tcW w:type="dxa" w:w="2636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top"/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667085"/>
                <w:sz w:val="14"/>
              </w:rPr>
              <w:t>E-MAIL</w:t>
            </w:r>
          </w:p>
        </w:tc>
        <w:tc>
          <w:tcPr>
            <w:tcW w:type="dxa" w:w="2636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top"/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667085"/>
                <w:sz w:val="14"/>
              </w:rPr>
              <w:t>PREVISÃO DE CONCLUSÃO</w:t>
            </w:r>
          </w:p>
        </w:tc>
      </w:tr>
    </w:tbl>
    <w:p>
      <w:pPr>
        <w:spacing w:line="60" w:lineRule="auto" w:before="0" w:after="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6"/>
      </w:tblGrid>
      <w:tr>
        <w:trPr>
          <w:cantSplit/>
        </w:trPr>
        <w:tc>
          <w:tcPr>
            <w:tcW w:type="dxa" w:w="10546"/>
            <w:shd w:fill="5A5AE6" w:val="clear"/>
            <w:tcBorders>
              <w:top w:val="single" w:sz="2" w:color="5A5AE6"/>
              <w:left w:val="single" w:sz="2" w:color="5A5AE6"/>
              <w:bottom w:val="single" w:sz="2" w:color="5A5AE6"/>
              <w:right w:val="single" w:sz="2" w:color="5A5AE6"/>
            </w:tcBorders>
            <w:tcMar>
              <w:top w:w="50" w:type="dxa"/>
              <w:start w:w="100" w:type="dxa"/>
              <w:bottom w:w="45" w:type="dxa"/>
              <w:end w:w="100" w:type="dxa"/>
            </w:tcMar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DADOS DO CLIENTE</w:t>
            </w:r>
          </w:p>
        </w:tc>
      </w:tr>
    </w:tbl>
    <w:p>
      <w:pPr>
        <w:spacing w:after="0" w:before="0" w:line="60" w:lineRule="auto"/>
      </w:pPr>
      <w:r/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36"/>
        <w:gridCol w:w="2636"/>
        <w:gridCol w:w="2636"/>
        <w:gridCol w:w="2636"/>
      </w:tblGrid>
      <w:tr>
        <w:trPr>
          <w:trHeight w:val="510" w:hRule="atLeast"/>
          <w:cantSplit/>
        </w:trPr>
        <w:tc>
          <w:tcPr>
            <w:tcW w:type="dxa" w:w="2551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top"/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667085"/>
                <w:sz w:val="14"/>
              </w:rPr>
              <w:t>NOME / RAZÃO SOCIAL</w:t>
            </w:r>
          </w:p>
        </w:tc>
        <w:tc>
          <w:tcPr>
            <w:tcW w:type="dxa" w:w="2551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top"/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667085"/>
                <w:sz w:val="14"/>
              </w:rPr>
              <w:t>CPF / CNPJ</w:t>
            </w:r>
          </w:p>
        </w:tc>
        <w:tc>
          <w:tcPr>
            <w:tcW w:type="dxa" w:w="2551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top"/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667085"/>
                <w:sz w:val="14"/>
              </w:rPr>
              <w:t>TELEFONE / WHATSAPP</w:t>
            </w:r>
          </w:p>
        </w:tc>
        <w:tc>
          <w:tcPr>
            <w:tcW w:type="dxa" w:w="2551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top"/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667085"/>
                <w:sz w:val="14"/>
              </w:rPr>
              <w:t>E-MAIL</w:t>
            </w:r>
          </w:p>
        </w:tc>
      </w:tr>
      <w:tr>
        <w:trPr>
          <w:trHeight w:val="510" w:hRule="atLeast"/>
          <w:cantSplit/>
        </w:trPr>
        <w:tc>
          <w:tcPr>
            <w:tcW w:type="dxa" w:w="7908"/>
            <w:gridSpan w:val="3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top"/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667085"/>
                <w:sz w:val="14"/>
              </w:rPr>
              <w:t>LOCAL DO ATENDIMENTO / ENDEREÇO DA INSTALAÇÃO</w:t>
            </w:r>
          </w:p>
        </w:tc>
        <w:tc>
          <w:tcPr>
            <w:tcW w:type="dxa" w:w="2636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top"/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667085"/>
                <w:sz w:val="14"/>
              </w:rPr>
              <w:t>CONTATO NO LOCAL</w:t>
            </w:r>
          </w:p>
        </w:tc>
      </w:tr>
    </w:tbl>
    <w:p>
      <w:pPr>
        <w:spacing w:line="60" w:lineRule="auto" w:before="0" w:after="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6"/>
      </w:tblGrid>
      <w:tr>
        <w:trPr>
          <w:cantSplit/>
        </w:trPr>
        <w:tc>
          <w:tcPr>
            <w:tcW w:type="dxa" w:w="10546"/>
            <w:shd w:fill="5A5AE6" w:val="clear"/>
            <w:tcBorders>
              <w:top w:val="single" w:sz="2" w:color="5A5AE6"/>
              <w:left w:val="single" w:sz="2" w:color="5A5AE6"/>
              <w:bottom w:val="single" w:sz="2" w:color="5A5AE6"/>
              <w:right w:val="single" w:sz="2" w:color="5A5AE6"/>
            </w:tcBorders>
            <w:tcMar>
              <w:top w:w="50" w:type="dxa"/>
              <w:start w:w="100" w:type="dxa"/>
              <w:bottom w:w="45" w:type="dxa"/>
              <w:end w:w="100" w:type="dxa"/>
            </w:tcMar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IDENTIFICAÇÃO DO EQUIPAMENTO</w:t>
            </w:r>
            <w:r>
              <w:rPr>
                <w:rFonts w:ascii="Arial" w:hAnsi="Arial" w:eastAsia="Arial"/>
                <w:b w:val="0"/>
                <w:color w:val="FFFFFF"/>
                <w:sz w:val="14"/>
              </w:rPr>
              <w:t xml:space="preserve">  •  registre os dados da unidade atendida</w:t>
            </w:r>
          </w:p>
        </w:tc>
      </w:tr>
    </w:tbl>
    <w:p>
      <w:pPr>
        <w:spacing w:after="0" w:before="0" w:line="60" w:lineRule="auto"/>
      </w:pPr>
      <w:r/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36"/>
        <w:gridCol w:w="2636"/>
        <w:gridCol w:w="2636"/>
        <w:gridCol w:w="2636"/>
      </w:tblGrid>
      <w:tr>
        <w:trPr>
          <w:trHeight w:val="555" w:hRule="atLeast"/>
          <w:cantSplit/>
        </w:trPr>
        <w:tc>
          <w:tcPr>
            <w:tcW w:type="dxa" w:w="2551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top"/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667085"/>
                <w:sz w:val="14"/>
              </w:rPr>
              <w:t>MARCA</w:t>
            </w:r>
          </w:p>
        </w:tc>
        <w:tc>
          <w:tcPr>
            <w:tcW w:type="dxa" w:w="2551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top"/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667085"/>
                <w:sz w:val="14"/>
              </w:rPr>
              <w:t>MODELO</w:t>
            </w:r>
          </w:p>
        </w:tc>
        <w:tc>
          <w:tcPr>
            <w:tcW w:type="dxa" w:w="2551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top"/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667085"/>
                <w:sz w:val="14"/>
              </w:rPr>
              <w:t>CAPACIDADE (BTU/h)</w:t>
            </w:r>
          </w:p>
        </w:tc>
        <w:tc>
          <w:tcPr>
            <w:tcW w:type="dxa" w:w="2551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top"/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667085"/>
                <w:sz w:val="14"/>
              </w:rPr>
              <w:t>Nº DE SÉRIE</w:t>
            </w:r>
          </w:p>
        </w:tc>
      </w:tr>
      <w:tr>
        <w:trPr>
          <w:trHeight w:val="555" w:hRule="atLeast"/>
          <w:cantSplit/>
        </w:trPr>
        <w:tc>
          <w:tcPr>
            <w:tcW w:type="dxa" w:w="2636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top"/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667085"/>
                <w:sz w:val="14"/>
              </w:rPr>
              <w:t>TIPO DO EQUIPAMENTO</w:t>
              <w:br/>
            </w:r>
            <w:r>
              <w:rPr>
                <w:rFonts w:ascii="Arial" w:hAnsi="Arial" w:eastAsia="Arial"/>
                <w:b w:val="0"/>
                <w:color w:val="111827"/>
                <w:sz w:val="14"/>
              </w:rPr>
              <w:t>□ Split  □ Cassete  □ Piso-teto  □ Janela  □ VRF/VRV  □ Outro</w:t>
            </w:r>
          </w:p>
        </w:tc>
        <w:tc>
          <w:tcPr>
            <w:tcW w:type="dxa" w:w="2636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top"/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667085"/>
                <w:sz w:val="14"/>
              </w:rPr>
              <w:t>TENSÃO</w:t>
              <w:br/>
            </w:r>
            <w:r>
              <w:rPr>
                <w:rFonts w:ascii="Arial" w:hAnsi="Arial" w:eastAsia="Arial"/>
                <w:b w:val="0"/>
                <w:color w:val="111827"/>
                <w:sz w:val="14"/>
              </w:rPr>
              <w:t>□ 127 V  □ 220 V  □ 380 V</w:t>
            </w:r>
          </w:p>
        </w:tc>
        <w:tc>
          <w:tcPr>
            <w:tcW w:type="dxa" w:w="2636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top"/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667085"/>
                <w:sz w:val="14"/>
              </w:rPr>
              <w:t>GÁS REFRIGERANTE</w:t>
            </w:r>
          </w:p>
        </w:tc>
        <w:tc>
          <w:tcPr>
            <w:tcW w:type="dxa" w:w="2636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top"/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667085"/>
                <w:sz w:val="14"/>
              </w:rPr>
              <w:t>AMBIENTE / SETOR</w:t>
            </w:r>
          </w:p>
        </w:tc>
      </w:tr>
      <w:tr>
        <w:trPr>
          <w:trHeight w:val="555" w:hRule="atLeast"/>
          <w:cantSplit/>
        </w:trPr>
        <w:tc>
          <w:tcPr>
            <w:tcW w:type="dxa" w:w="2636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top"/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667085"/>
                <w:sz w:val="14"/>
              </w:rPr>
              <w:t>UNIDADE</w:t>
              <w:br/>
            </w:r>
            <w:r>
              <w:rPr>
                <w:rFonts w:ascii="Arial" w:hAnsi="Arial" w:eastAsia="Arial"/>
                <w:b w:val="0"/>
                <w:color w:val="111827"/>
                <w:sz w:val="14"/>
              </w:rPr>
              <w:t>□ Evaporadora  □ Condensadora  □ Ambas</w:t>
            </w:r>
          </w:p>
        </w:tc>
        <w:tc>
          <w:tcPr>
            <w:tcW w:type="dxa" w:w="2636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top"/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667085"/>
                <w:sz w:val="14"/>
              </w:rPr>
              <w:t>CONDENSADORA / LOCAL</w:t>
            </w:r>
          </w:p>
        </w:tc>
        <w:tc>
          <w:tcPr>
            <w:tcW w:type="dxa" w:w="2636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top"/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667085"/>
                <w:sz w:val="14"/>
              </w:rPr>
              <w:t>QUANTIDADE DE EQUIPAMENTOS</w:t>
            </w:r>
          </w:p>
        </w:tc>
        <w:tc>
          <w:tcPr>
            <w:tcW w:type="dxa" w:w="2636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top"/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667085"/>
                <w:sz w:val="14"/>
              </w:rPr>
              <w:t>PATRIMÔNIO / TAG</w:t>
            </w:r>
          </w:p>
        </w:tc>
      </w:tr>
    </w:tbl>
    <w:p>
      <w:pPr>
        <w:spacing w:line="60" w:lineRule="auto" w:before="0" w:after="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6"/>
      </w:tblGrid>
      <w:tr>
        <w:trPr>
          <w:cantSplit/>
        </w:trPr>
        <w:tc>
          <w:tcPr>
            <w:tcW w:type="dxa" w:w="10546"/>
            <w:shd w:fill="5A5AE6" w:val="clear"/>
            <w:tcBorders>
              <w:top w:val="single" w:sz="2" w:color="5A5AE6"/>
              <w:left w:val="single" w:sz="2" w:color="5A5AE6"/>
              <w:bottom w:val="single" w:sz="2" w:color="5A5AE6"/>
              <w:right w:val="single" w:sz="2" w:color="5A5AE6"/>
            </w:tcBorders>
            <w:tcMar>
              <w:top w:w="50" w:type="dxa"/>
              <w:start w:w="100" w:type="dxa"/>
              <w:bottom w:w="45" w:type="dxa"/>
              <w:end w:w="100" w:type="dxa"/>
            </w:tcMar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TIPO DE ATENDIMENTO E CHECKLIST INICIAL</w:t>
            </w:r>
          </w:p>
        </w:tc>
      </w:tr>
    </w:tbl>
    <w:p>
      <w:pPr>
        <w:spacing w:after="0" w:before="0" w:line="60" w:lineRule="auto"/>
      </w:pPr>
      <w:r/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73"/>
        <w:gridCol w:w="5273"/>
      </w:tblGrid>
      <w:tr>
        <w:trPr>
          <w:trHeight w:val="595" w:hRule="atLeast"/>
          <w:cantSplit/>
        </w:trPr>
        <w:tc>
          <w:tcPr>
            <w:tcW w:type="dxa" w:w="5103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top"/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667085"/>
                <w:sz w:val="14"/>
              </w:rPr>
              <w:t>TIPO DE SERVIÇO</w:t>
              <w:br/>
            </w:r>
            <w:r>
              <w:rPr>
                <w:rFonts w:ascii="Arial" w:hAnsi="Arial" w:eastAsia="Arial"/>
                <w:b w:val="0"/>
                <w:color w:val="111827"/>
                <w:sz w:val="14"/>
              </w:rPr>
              <w:t>□ Instalação  □ Manutenção preventiva  □ Manutenção corretiva  □ Higienização  □ Visita técnica</w:t>
            </w:r>
          </w:p>
        </w:tc>
        <w:tc>
          <w:tcPr>
            <w:tcW w:type="dxa" w:w="5103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top"/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667085"/>
                <w:sz w:val="14"/>
              </w:rPr>
              <w:t>CONDIÇÃO NA CHEGADA</w:t>
              <w:br/>
            </w:r>
            <w:r>
              <w:rPr>
                <w:rFonts w:ascii="Arial" w:hAnsi="Arial" w:eastAsia="Arial"/>
                <w:b w:val="0"/>
                <w:color w:val="111827"/>
                <w:sz w:val="14"/>
              </w:rPr>
              <w:t>□ Funcionando  □ Não liga  □ Baixo rendimento  □ Vazamento  □ Ruído  □ Gotejamento</w:t>
            </w:r>
          </w:p>
        </w:tc>
      </w:tr>
      <w:tr>
        <w:trPr>
          <w:trHeight w:val="793" w:hRule="atLeast"/>
          <w:cantSplit/>
        </w:trPr>
        <w:tc>
          <w:tcPr>
            <w:tcW w:type="dxa" w:w="5103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top"/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667085"/>
                <w:sz w:val="14"/>
              </w:rPr>
              <w:t>CHECKLIST VISUAL</w:t>
              <w:br/>
            </w:r>
            <w:r>
              <w:rPr>
                <w:rFonts w:ascii="Arial" w:hAnsi="Arial" w:eastAsia="Arial"/>
                <w:b w:val="0"/>
                <w:color w:val="111827"/>
                <w:sz w:val="14"/>
              </w:rPr>
              <w:t>□ Filtros sujos  □ Serpentina suja  □ Bandeja suja  □ Dreno obstruído</w:t>
              <w:br/>
              <w:t>□ Aletas danificadas  □ Isolamento comprometido  □ Sinais de óleo/vazamento</w:t>
            </w:r>
          </w:p>
        </w:tc>
        <w:tc>
          <w:tcPr>
            <w:tcW w:type="dxa" w:w="5103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top"/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667085"/>
                <w:sz w:val="14"/>
              </w:rPr>
              <w:t>CHECKLIST ELÉTRICO / OPERAÇÃO</w:t>
              <w:br/>
            </w:r>
            <w:r>
              <w:rPr>
                <w:rFonts w:ascii="Arial" w:hAnsi="Arial" w:eastAsia="Arial"/>
                <w:b w:val="0"/>
                <w:color w:val="111827"/>
                <w:sz w:val="14"/>
              </w:rPr>
              <w:t>□ Disjuntor ok  □ Cabos ok  □ Controle remoto  □ Ventilação ok</w:t>
              <w:br/>
              <w:t>□ Condensadora parte  □ Evaporadora parte  □ Ruído/vibração anormal  □ Odor</w:t>
            </w:r>
          </w:p>
        </w:tc>
      </w:tr>
      <w:tr>
        <w:trPr>
          <w:trHeight w:val="623" w:hRule="atLeast"/>
          <w:cantSplit/>
        </w:trPr>
        <w:tc>
          <w:tcPr>
            <w:tcW w:type="dxa" w:w="5103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top"/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667085"/>
                <w:sz w:val="14"/>
              </w:rPr>
              <w:t>TEMPERATURA AMBIENTE / SETPOINT</w:t>
              <w:br/>
            </w:r>
            <w:r>
              <w:rPr>
                <w:rFonts w:ascii="Arial" w:hAnsi="Arial" w:eastAsia="Arial"/>
                <w:b w:val="0"/>
                <w:color w:val="111827"/>
                <w:sz w:val="16"/>
              </w:rPr>
              <w:t>Ambiente: ______ °C    Setpoint: ______ °C</w:t>
            </w:r>
          </w:p>
        </w:tc>
        <w:tc>
          <w:tcPr>
            <w:tcW w:type="dxa" w:w="5103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top"/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667085"/>
                <w:sz w:val="14"/>
              </w:rPr>
              <w:t>OBSERVAÇÕES INICIAIS</w:t>
            </w:r>
          </w:p>
        </w:tc>
      </w:tr>
    </w:tbl>
    <w:p>
      <w:pPr>
        <w:spacing w:line="60" w:lineRule="auto" w:before="0" w:after="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6"/>
      </w:tblGrid>
      <w:tr>
        <w:trPr>
          <w:trHeight w:val="737" w:hRule="atLeast"/>
          <w:cantSplit/>
        </w:trPr>
        <w:tc>
          <w:tcPr>
            <w:tcW w:type="dxa" w:w="10206"/>
            <w:tcMar>
              <w:top w:w="80" w:type="dxa"/>
              <w:start w:w="100" w:type="dxa"/>
              <w:bottom w:w="80" w:type="dxa"/>
              <w:end w:w="100" w:type="dxa"/>
            </w:tcMar>
            <w:tcBorders>
              <w:top w:val="single" w:sz="5" w:color="CBD5E1"/>
              <w:left w:val="single" w:sz="5" w:color="CBD5E1"/>
              <w:bottom w:val="single" w:sz="5" w:color="CBD5E1"/>
              <w:right w:val="single" w:sz="5" w:color="CBD5E1"/>
            </w:tcBorders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667085"/>
                <w:sz w:val="14"/>
              </w:rPr>
              <w:t>SOLICITAÇÃO / PROBLEMA RELATADO PELO CLIENTE</w:t>
              <w:br/>
            </w:r>
            <w:r>
              <w:rPr>
                <w:rFonts w:ascii="Arial" w:hAnsi="Arial" w:eastAsia="Arial"/>
                <w:b w:val="0"/>
                <w:color w:val="98A2B3"/>
                <w:sz w:val="15"/>
              </w:rPr>
              <w:t>Descreva o sintoma, quando ocorre, histórico de manutenção e resultado esperado.</w:t>
            </w:r>
          </w:p>
        </w:tc>
      </w:tr>
    </w:tbl>
    <w:p>
      <w:pPr>
        <w:spacing w:line="60" w:lineRule="auto" w:before="0" w:after="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6"/>
      </w:tblGrid>
      <w:tr>
        <w:trPr>
          <w:cantSplit/>
        </w:trPr>
        <w:tc>
          <w:tcPr>
            <w:tcW w:type="dxa" w:w="10546"/>
            <w:shd w:fill="5A5AE6" w:val="clear"/>
            <w:tcBorders>
              <w:top w:val="single" w:sz="2" w:color="5A5AE6"/>
              <w:left w:val="single" w:sz="2" w:color="5A5AE6"/>
              <w:bottom w:val="single" w:sz="2" w:color="5A5AE6"/>
              <w:right w:val="single" w:sz="2" w:color="5A5AE6"/>
            </w:tcBorders>
            <w:tcMar>
              <w:top w:w="50" w:type="dxa"/>
              <w:start w:w="100" w:type="dxa"/>
              <w:bottom w:w="45" w:type="dxa"/>
              <w:end w:w="100" w:type="dxa"/>
            </w:tcMar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AUTORIZAÇÃO INICIAL</w:t>
            </w:r>
          </w:p>
        </w:tc>
      </w:tr>
    </w:tbl>
    <w:p>
      <w:pPr>
        <w:spacing w:after="0" w:before="0" w:line="60" w:lineRule="auto"/>
      </w:pPr>
      <w:r/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73"/>
        <w:gridCol w:w="5273"/>
      </w:tblGrid>
      <w:tr>
        <w:trPr>
          <w:trHeight w:val="567" w:hRule="atLeast"/>
          <w:cantSplit/>
        </w:trPr>
        <w:tc>
          <w:tcPr>
            <w:tcW w:type="dxa" w:w="5670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top"/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667085"/>
                <w:sz w:val="14"/>
              </w:rPr>
              <w:t>AUTORIZAÇÃO</w:t>
              <w:br/>
            </w:r>
            <w:r>
              <w:rPr>
                <w:rFonts w:ascii="Arial" w:hAnsi="Arial" w:eastAsia="Arial"/>
                <w:b w:val="0"/>
                <w:color w:val="111827"/>
                <w:sz w:val="15"/>
              </w:rPr>
              <w:t>□ Apenas diagnóstico  □ Serviço até R$ __________ sem novo contato  □ Exigir aprovação prévia do orçamento</w:t>
            </w:r>
          </w:p>
        </w:tc>
        <w:tc>
          <w:tcPr>
            <w:tcW w:type="dxa" w:w="4536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top"/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667085"/>
                <w:sz w:val="14"/>
              </w:rPr>
              <w:t>CLIENTE / RESPONSÁVEL</w:t>
              <w:br/>
            </w:r>
            <w:r>
              <w:rPr>
                <w:rFonts w:ascii="Arial" w:hAnsi="Arial" w:eastAsia="Arial"/>
                <w:b w:val="0"/>
                <w:color w:val="111827"/>
                <w:sz w:val="16"/>
              </w:rPr>
              <w:t>Assinatura: _______________________________</w:t>
            </w:r>
          </w:p>
        </w:tc>
      </w:tr>
    </w:tbl>
    <w:p>
      <w:pPr>
        <w:spacing w:before="0" w:after="0"/>
      </w:pPr>
      <w:r>
        <w:br w:type="page"/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73"/>
        <w:gridCol w:w="5273"/>
      </w:tblGrid>
      <w:tr>
        <w:trPr>
          <w:cantSplit/>
        </w:trPr>
        <w:tc>
          <w:tcPr>
            <w:tcW w:type="dxa" w:w="5103"/>
            <w:shd w:fill="111827" w:val="clear"/>
            <w:tcMar>
              <w:top w:w="90" w:type="dxa"/>
              <w:start w:w="100" w:type="dxa"/>
              <w:bottom w:w="85" w:type="dxa"/>
              <w:end w:w="100" w:type="dxa"/>
            </w:tcMar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FFFFFF"/>
                <w:sz w:val="17"/>
              </w:rPr>
              <w:t>ORDEMIO  •  CONTINUAÇÃO DA ORDEM DE SERVIÇO</w:t>
            </w:r>
          </w:p>
        </w:tc>
        <w:tc>
          <w:tcPr>
            <w:tcW w:type="dxa" w:w="5103"/>
            <w:shd w:fill="5A5AE6" w:val="clear"/>
            <w:tcMar>
              <w:top w:w="90" w:type="dxa"/>
              <w:start w:w="100" w:type="dxa"/>
              <w:bottom w:w="85" w:type="dxa"/>
              <w:end w:w="100" w:type="dxa"/>
            </w:tcMar>
          </w:tcPr>
          <w:p>
            <w:pPr>
              <w:spacing w:before="0" w:after="0"/>
              <w:jc w:val="right"/>
            </w:pPr>
            <w:r/>
            <w:r>
              <w:rPr>
                <w:rFonts w:ascii="Arial" w:hAnsi="Arial" w:eastAsia="Arial"/>
                <w:b/>
                <w:color w:val="FFFFFF"/>
                <w:sz w:val="17"/>
              </w:rPr>
              <w:t>OS Nº __________________</w:t>
            </w:r>
          </w:p>
        </w:tc>
      </w:tr>
    </w:tbl>
    <w:p>
      <w:pPr>
        <w:spacing w:line="60" w:lineRule="auto" w:before="0" w:after="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6"/>
      </w:tblGrid>
      <w:tr>
        <w:trPr>
          <w:cantSplit/>
        </w:trPr>
        <w:tc>
          <w:tcPr>
            <w:tcW w:type="dxa" w:w="10546"/>
            <w:shd w:fill="5A5AE6" w:val="clear"/>
            <w:tcBorders>
              <w:top w:val="single" w:sz="2" w:color="5A5AE6"/>
              <w:left w:val="single" w:sz="2" w:color="5A5AE6"/>
              <w:bottom w:val="single" w:sz="2" w:color="5A5AE6"/>
              <w:right w:val="single" w:sz="2" w:color="5A5AE6"/>
            </w:tcBorders>
            <w:tcMar>
              <w:top w:w="50" w:type="dxa"/>
              <w:start w:w="100" w:type="dxa"/>
              <w:bottom w:w="45" w:type="dxa"/>
              <w:end w:w="100" w:type="dxa"/>
            </w:tcMar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DIAGNÓSTICO TÉCNICO E MEDIÇÕES</w:t>
            </w:r>
          </w:p>
        </w:tc>
      </w:tr>
    </w:tbl>
    <w:p>
      <w:pPr>
        <w:spacing w:after="0" w:before="0" w:line="60" w:lineRule="auto"/>
      </w:pPr>
      <w:r/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36"/>
        <w:gridCol w:w="2636"/>
        <w:gridCol w:w="2636"/>
        <w:gridCol w:w="2636"/>
      </w:tblGrid>
      <w:tr>
        <w:trPr>
          <w:trHeight w:val="538" w:hRule="atLeast"/>
          <w:cantSplit/>
        </w:trPr>
        <w:tc>
          <w:tcPr>
            <w:tcW w:type="dxa" w:w="2551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top"/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667085"/>
                <w:sz w:val="14"/>
              </w:rPr>
              <w:t>TEMP. RETORNO</w:t>
              <w:br/>
            </w:r>
            <w:r>
              <w:rPr>
                <w:rFonts w:ascii="Arial" w:hAnsi="Arial" w:eastAsia="Arial"/>
                <w:b w:val="0"/>
                <w:color w:val="111827"/>
                <w:sz w:val="15"/>
              </w:rPr>
              <w:t>______ °C</w:t>
            </w:r>
          </w:p>
        </w:tc>
        <w:tc>
          <w:tcPr>
            <w:tcW w:type="dxa" w:w="2551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top"/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667085"/>
                <w:sz w:val="14"/>
              </w:rPr>
              <w:t>TEMP. INSUFLAMENTO</w:t>
              <w:br/>
            </w:r>
            <w:r>
              <w:rPr>
                <w:rFonts w:ascii="Arial" w:hAnsi="Arial" w:eastAsia="Arial"/>
                <w:b w:val="0"/>
                <w:color w:val="111827"/>
                <w:sz w:val="15"/>
              </w:rPr>
              <w:t>______ °C</w:t>
            </w:r>
          </w:p>
        </w:tc>
        <w:tc>
          <w:tcPr>
            <w:tcW w:type="dxa" w:w="2551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top"/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667085"/>
                <w:sz w:val="14"/>
              </w:rPr>
              <w:t>DELTA T</w:t>
              <w:br/>
            </w:r>
            <w:r>
              <w:rPr>
                <w:rFonts w:ascii="Arial" w:hAnsi="Arial" w:eastAsia="Arial"/>
                <w:b w:val="0"/>
                <w:color w:val="111827"/>
                <w:sz w:val="15"/>
              </w:rPr>
              <w:t>______ °C</w:t>
            </w:r>
          </w:p>
        </w:tc>
        <w:tc>
          <w:tcPr>
            <w:tcW w:type="dxa" w:w="2551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top"/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667085"/>
                <w:sz w:val="14"/>
              </w:rPr>
              <w:t>TENSÃO MEDIDA</w:t>
              <w:br/>
            </w:r>
            <w:r>
              <w:rPr>
                <w:rFonts w:ascii="Arial" w:hAnsi="Arial" w:eastAsia="Arial"/>
                <w:b w:val="0"/>
                <w:color w:val="111827"/>
                <w:sz w:val="15"/>
              </w:rPr>
              <w:t>______ V</w:t>
            </w:r>
          </w:p>
        </w:tc>
      </w:tr>
      <w:tr>
        <w:trPr>
          <w:trHeight w:val="538" w:hRule="atLeast"/>
          <w:cantSplit/>
        </w:trPr>
        <w:tc>
          <w:tcPr>
            <w:tcW w:type="dxa" w:w="2636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top"/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667085"/>
                <w:sz w:val="14"/>
              </w:rPr>
              <w:t>CORRENTE</w:t>
              <w:br/>
            </w:r>
            <w:r>
              <w:rPr>
                <w:rFonts w:ascii="Arial" w:hAnsi="Arial" w:eastAsia="Arial"/>
                <w:b w:val="0"/>
                <w:color w:val="111827"/>
                <w:sz w:val="15"/>
              </w:rPr>
              <w:t>______ A</w:t>
            </w:r>
          </w:p>
        </w:tc>
        <w:tc>
          <w:tcPr>
            <w:tcW w:type="dxa" w:w="2636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top"/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667085"/>
                <w:sz w:val="14"/>
              </w:rPr>
              <w:t>PRESSÃO BAIXA</w:t>
              <w:br/>
            </w:r>
            <w:r>
              <w:rPr>
                <w:rFonts w:ascii="Arial" w:hAnsi="Arial" w:eastAsia="Arial"/>
                <w:b w:val="0"/>
                <w:color w:val="111827"/>
                <w:sz w:val="15"/>
              </w:rPr>
              <w:t>______ psi/bar</w:t>
            </w:r>
          </w:p>
        </w:tc>
        <w:tc>
          <w:tcPr>
            <w:tcW w:type="dxa" w:w="2636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top"/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667085"/>
                <w:sz w:val="14"/>
              </w:rPr>
              <w:t>PRESSÃO ALTA</w:t>
              <w:br/>
            </w:r>
            <w:r>
              <w:rPr>
                <w:rFonts w:ascii="Arial" w:hAnsi="Arial" w:eastAsia="Arial"/>
                <w:b w:val="0"/>
                <w:color w:val="111827"/>
                <w:sz w:val="15"/>
              </w:rPr>
              <w:t>______ psi/bar</w:t>
            </w:r>
          </w:p>
        </w:tc>
        <w:tc>
          <w:tcPr>
            <w:tcW w:type="dxa" w:w="2636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top"/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667085"/>
                <w:sz w:val="14"/>
              </w:rPr>
              <w:t>GÁS / CARGA</w:t>
              <w:br/>
            </w:r>
            <w:r>
              <w:rPr>
                <w:rFonts w:ascii="Arial" w:hAnsi="Arial" w:eastAsia="Arial"/>
                <w:b w:val="0"/>
                <w:color w:val="111827"/>
                <w:sz w:val="15"/>
              </w:rPr>
              <w:t>□ Ok  □ Ajustada</w:t>
            </w:r>
          </w:p>
        </w:tc>
      </w:tr>
      <w:tr>
        <w:trPr>
          <w:trHeight w:val="538" w:hRule="atLeast"/>
          <w:cantSplit/>
        </w:trPr>
        <w:tc>
          <w:tcPr>
            <w:tcW w:type="dxa" w:w="2636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top"/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667085"/>
                <w:sz w:val="14"/>
              </w:rPr>
              <w:t>DRENO</w:t>
              <w:br/>
            </w:r>
            <w:r>
              <w:rPr>
                <w:rFonts w:ascii="Arial" w:hAnsi="Arial" w:eastAsia="Arial"/>
                <w:b w:val="0"/>
                <w:color w:val="111827"/>
                <w:sz w:val="15"/>
              </w:rPr>
              <w:t>□ Livre  □ Corrigido</w:t>
            </w:r>
          </w:p>
        </w:tc>
        <w:tc>
          <w:tcPr>
            <w:tcW w:type="dxa" w:w="2636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top"/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667085"/>
                <w:sz w:val="14"/>
              </w:rPr>
              <w:t>VAZAMENTO</w:t>
              <w:br/>
            </w:r>
            <w:r>
              <w:rPr>
                <w:rFonts w:ascii="Arial" w:hAnsi="Arial" w:eastAsia="Arial"/>
                <w:b w:val="0"/>
                <w:color w:val="111827"/>
                <w:sz w:val="15"/>
              </w:rPr>
              <w:t>□ Não  □ Sim</w:t>
            </w:r>
          </w:p>
        </w:tc>
        <w:tc>
          <w:tcPr>
            <w:tcW w:type="dxa" w:w="2636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top"/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667085"/>
                <w:sz w:val="14"/>
              </w:rPr>
              <w:t>ISOLAMENTO</w:t>
              <w:br/>
            </w:r>
            <w:r>
              <w:rPr>
                <w:rFonts w:ascii="Arial" w:hAnsi="Arial" w:eastAsia="Arial"/>
                <w:b w:val="0"/>
                <w:color w:val="111827"/>
                <w:sz w:val="15"/>
              </w:rPr>
              <w:t>□ Ok  □ Corrigido</w:t>
            </w:r>
          </w:p>
        </w:tc>
        <w:tc>
          <w:tcPr>
            <w:tcW w:type="dxa" w:w="2636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top"/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667085"/>
                <w:sz w:val="14"/>
              </w:rPr>
              <w:t>SENSOR / CONTROLE</w:t>
              <w:br/>
            </w:r>
            <w:r>
              <w:rPr>
                <w:rFonts w:ascii="Arial" w:hAnsi="Arial" w:eastAsia="Arial"/>
                <w:b w:val="0"/>
                <w:color w:val="111827"/>
                <w:sz w:val="15"/>
              </w:rPr>
              <w:t>□ Ok  □ Corrigido</w:t>
            </w:r>
          </w:p>
        </w:tc>
      </w:tr>
    </w:tbl>
    <w:p>
      <w:pPr>
        <w:spacing w:line="60" w:lineRule="auto" w:before="0" w:after="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6"/>
      </w:tblGrid>
      <w:tr>
        <w:trPr>
          <w:trHeight w:val="680" w:hRule="atLeast"/>
          <w:cantSplit/>
        </w:trPr>
        <w:tc>
          <w:tcPr>
            <w:tcW w:type="dxa" w:w="10206"/>
            <w:tcMar>
              <w:top w:w="80" w:type="dxa"/>
              <w:start w:w="100" w:type="dxa"/>
              <w:bottom w:w="80" w:type="dxa"/>
              <w:end w:w="100" w:type="dxa"/>
            </w:tcMar>
            <w:tcBorders>
              <w:top w:val="single" w:sz="5" w:color="CBD5E1"/>
              <w:left w:val="single" w:sz="5" w:color="CBD5E1"/>
              <w:bottom w:val="single" w:sz="5" w:color="CBD5E1"/>
              <w:right w:val="single" w:sz="5" w:color="CBD5E1"/>
            </w:tcBorders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667085"/>
                <w:sz w:val="14"/>
              </w:rPr>
              <w:t>DIAGNÓSTICO / CAUSA PROVÁVEL / INTERVENÇÃO REALIZADA</w:t>
              <w:br/>
            </w:r>
            <w:r>
              <w:rPr>
                <w:rFonts w:ascii="Arial" w:hAnsi="Arial" w:eastAsia="Arial"/>
                <w:b w:val="0"/>
                <w:color w:val="98A2B3"/>
                <w:sz w:val="15"/>
              </w:rPr>
              <w:t>Registre testes, falhas identificadas, causa provável, correções executadas e recomendações técnicas.</w:t>
            </w:r>
          </w:p>
        </w:tc>
      </w:tr>
    </w:tbl>
    <w:p>
      <w:pPr>
        <w:spacing w:line="60" w:lineRule="auto" w:before="0" w:after="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6"/>
      </w:tblGrid>
      <w:tr>
        <w:trPr>
          <w:cantSplit/>
        </w:trPr>
        <w:tc>
          <w:tcPr>
            <w:tcW w:type="dxa" w:w="10546"/>
            <w:shd w:fill="5A5AE6" w:val="clear"/>
            <w:tcBorders>
              <w:top w:val="single" w:sz="2" w:color="5A5AE6"/>
              <w:left w:val="single" w:sz="2" w:color="5A5AE6"/>
              <w:bottom w:val="single" w:sz="2" w:color="5A5AE6"/>
              <w:right w:val="single" w:sz="2" w:color="5A5AE6"/>
            </w:tcBorders>
            <w:tcMar>
              <w:top w:w="50" w:type="dxa"/>
              <w:start w:w="100" w:type="dxa"/>
              <w:bottom w:w="45" w:type="dxa"/>
              <w:end w:w="100" w:type="dxa"/>
            </w:tcMar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SERVIÇOS, PEÇAS E MATERIAIS</w:t>
            </w:r>
          </w:p>
        </w:tc>
      </w:tr>
    </w:tbl>
    <w:p>
      <w:pPr>
        <w:spacing w:after="0" w:before="0" w:line="60" w:lineRule="auto"/>
      </w:pPr>
      <w:r/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758"/>
        <w:gridCol w:w="1758"/>
        <w:gridCol w:w="1758"/>
        <w:gridCol w:w="1758"/>
        <w:gridCol w:w="1758"/>
        <w:gridCol w:w="1758"/>
      </w:tblGrid>
      <w:tr>
        <w:trPr>
          <w:tblHeader w:val="true"/>
          <w:trHeight w:val="425" w:hRule="atLeast"/>
          <w:cantSplit/>
        </w:trPr>
        <w:tc>
          <w:tcPr>
            <w:tcW w:type="dxa" w:w="510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shd w:fill="111827" w:val="clear"/>
            <w:tcMar>
              <w:top w:w="55" w:type="dxa"/>
              <w:start w:w="50" w:type="dxa"/>
              <w:bottom w:w="55" w:type="dxa"/>
              <w:end w:w="50" w:type="dxa"/>
            </w:tcMar>
          </w:tcPr>
          <w:p>
            <w:pPr>
              <w:spacing w:before="0" w:after="0"/>
              <w:jc w:val="center"/>
            </w:pPr>
            <w:r/>
            <w:r>
              <w:rPr>
                <w:rFonts w:ascii="Arial" w:hAnsi="Arial" w:eastAsia="Arial"/>
                <w:b/>
                <w:color w:val="FFFFFF"/>
                <w:sz w:val="14"/>
              </w:rPr>
              <w:t>#</w:t>
            </w:r>
          </w:p>
        </w:tc>
        <w:tc>
          <w:tcPr>
            <w:tcW w:type="dxa" w:w="4309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shd w:fill="111827" w:val="clear"/>
            <w:tcMar>
              <w:top w:w="55" w:type="dxa"/>
              <w:start w:w="50" w:type="dxa"/>
              <w:bottom w:w="55" w:type="dxa"/>
              <w:end w:w="50" w:type="dxa"/>
            </w:tcMar>
          </w:tcPr>
          <w:p>
            <w:pPr>
              <w:spacing w:before="0" w:after="0"/>
              <w:jc w:val="center"/>
            </w:pPr>
            <w:r/>
            <w:r>
              <w:rPr>
                <w:rFonts w:ascii="Arial" w:hAnsi="Arial" w:eastAsia="Arial"/>
                <w:b/>
                <w:color w:val="FFFFFF"/>
                <w:sz w:val="14"/>
              </w:rPr>
              <w:t>Descrição do serviço / peça / material</w:t>
            </w:r>
          </w:p>
        </w:tc>
        <w:tc>
          <w:tcPr>
            <w:tcW w:type="dxa" w:w="850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shd w:fill="111827" w:val="clear"/>
            <w:tcMar>
              <w:top w:w="55" w:type="dxa"/>
              <w:start w:w="50" w:type="dxa"/>
              <w:bottom w:w="55" w:type="dxa"/>
              <w:end w:w="50" w:type="dxa"/>
            </w:tcMar>
          </w:tcPr>
          <w:p>
            <w:pPr>
              <w:spacing w:before="0" w:after="0"/>
              <w:jc w:val="center"/>
            </w:pPr>
            <w:r/>
            <w:r>
              <w:rPr>
                <w:rFonts w:ascii="Arial" w:hAnsi="Arial" w:eastAsia="Arial"/>
                <w:b/>
                <w:color w:val="FFFFFF"/>
                <w:sz w:val="14"/>
              </w:rPr>
              <w:t>Qtd.</w:t>
            </w:r>
          </w:p>
        </w:tc>
        <w:tc>
          <w:tcPr>
            <w:tcW w:type="dxa" w:w="1360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shd w:fill="111827" w:val="clear"/>
            <w:tcMar>
              <w:top w:w="55" w:type="dxa"/>
              <w:start w:w="50" w:type="dxa"/>
              <w:bottom w:w="55" w:type="dxa"/>
              <w:end w:w="50" w:type="dxa"/>
            </w:tcMar>
          </w:tcPr>
          <w:p>
            <w:pPr>
              <w:spacing w:before="0" w:after="0"/>
              <w:jc w:val="center"/>
            </w:pPr>
            <w:r/>
            <w:r>
              <w:rPr>
                <w:rFonts w:ascii="Arial" w:hAnsi="Arial" w:eastAsia="Arial"/>
                <w:b/>
                <w:color w:val="FFFFFF"/>
                <w:sz w:val="14"/>
              </w:rPr>
              <w:t>Vlr. unit.</w:t>
            </w:r>
          </w:p>
        </w:tc>
        <w:tc>
          <w:tcPr>
            <w:tcW w:type="dxa" w:w="1360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shd w:fill="111827" w:val="clear"/>
            <w:tcMar>
              <w:top w:w="55" w:type="dxa"/>
              <w:start w:w="50" w:type="dxa"/>
              <w:bottom w:w="55" w:type="dxa"/>
              <w:end w:w="50" w:type="dxa"/>
            </w:tcMar>
          </w:tcPr>
          <w:p>
            <w:pPr>
              <w:spacing w:before="0" w:after="0"/>
              <w:jc w:val="center"/>
            </w:pPr>
            <w:r/>
            <w:r>
              <w:rPr>
                <w:rFonts w:ascii="Arial" w:hAnsi="Arial" w:eastAsia="Arial"/>
                <w:b/>
                <w:color w:val="FFFFFF"/>
                <w:sz w:val="14"/>
              </w:rPr>
              <w:t>Total</w:t>
            </w:r>
          </w:p>
        </w:tc>
        <w:tc>
          <w:tcPr>
            <w:tcW w:type="dxa" w:w="1814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shd w:fill="111827" w:val="clear"/>
            <w:tcMar>
              <w:top w:w="55" w:type="dxa"/>
              <w:start w:w="50" w:type="dxa"/>
              <w:bottom w:w="55" w:type="dxa"/>
              <w:end w:w="50" w:type="dxa"/>
            </w:tcMar>
          </w:tcPr>
          <w:p>
            <w:pPr>
              <w:spacing w:before="0" w:after="0"/>
              <w:jc w:val="center"/>
            </w:pPr>
            <w:r/>
            <w:r>
              <w:rPr>
                <w:rFonts w:ascii="Arial" w:hAnsi="Arial" w:eastAsia="Arial"/>
                <w:b/>
                <w:color w:val="FFFFFF"/>
                <w:sz w:val="14"/>
              </w:rPr>
              <w:t>Garantia / obs.</w:t>
            </w:r>
          </w:p>
        </w:tc>
      </w:tr>
      <w:tr>
        <w:trPr>
          <w:trHeight w:val="374" w:hRule="atLeast"/>
          <w:cantSplit/>
        </w:trPr>
        <w:tc>
          <w:tcPr>
            <w:tcW w:type="dxa" w:w="510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35" w:type="dxa"/>
              <w:start w:w="50" w:type="dxa"/>
              <w:bottom w:w="35" w:type="dxa"/>
              <w:end w:w="50" w:type="dxa"/>
            </w:tcMar>
          </w:tcPr>
          <w:p>
            <w:pPr>
              <w:spacing w:before="0" w:after="0"/>
              <w:jc w:val="center"/>
            </w:pPr>
            <w:r/>
            <w:r>
              <w:rPr>
                <w:rFonts w:ascii="Arial" w:hAnsi="Arial" w:eastAsia="Arial"/>
                <w:b w:val="0"/>
                <w:color w:val="111827"/>
                <w:sz w:val="15"/>
              </w:rPr>
              <w:t>1</w:t>
            </w:r>
          </w:p>
        </w:tc>
        <w:tc>
          <w:tcPr>
            <w:tcW w:type="dxa" w:w="4309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35" w:type="dxa"/>
              <w:start w:w="50" w:type="dxa"/>
              <w:bottom w:w="35" w:type="dxa"/>
              <w:end w:w="50" w:type="dxa"/>
            </w:tcMar>
          </w:tcPr>
          <w:p>
            <w:pPr>
              <w:spacing w:before="0" w:after="0"/>
              <w:jc w:val="left"/>
            </w:pPr>
            <w:r/>
            <w:r>
              <w:rPr>
                <w:rFonts w:ascii="Arial" w:hAnsi="Arial" w:eastAsia="Arial"/>
                <w:b w:val="0"/>
                <w:color w:val="111827"/>
                <w:sz w:val="15"/>
              </w:rPr>
            </w:r>
          </w:p>
        </w:tc>
        <w:tc>
          <w:tcPr>
            <w:tcW w:type="dxa" w:w="850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35" w:type="dxa"/>
              <w:start w:w="50" w:type="dxa"/>
              <w:bottom w:w="35" w:type="dxa"/>
              <w:end w:w="50" w:type="dxa"/>
            </w:tcMar>
          </w:tcPr>
          <w:p>
            <w:pPr>
              <w:spacing w:before="0" w:after="0"/>
              <w:jc w:val="center"/>
            </w:pPr>
            <w:r/>
            <w:r>
              <w:rPr>
                <w:rFonts w:ascii="Arial" w:hAnsi="Arial" w:eastAsia="Arial"/>
                <w:b w:val="0"/>
                <w:color w:val="111827"/>
                <w:sz w:val="15"/>
              </w:rPr>
            </w:r>
          </w:p>
        </w:tc>
        <w:tc>
          <w:tcPr>
            <w:tcW w:type="dxa" w:w="1360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35" w:type="dxa"/>
              <w:start w:w="50" w:type="dxa"/>
              <w:bottom w:w="35" w:type="dxa"/>
              <w:end w:w="50" w:type="dxa"/>
            </w:tcMar>
          </w:tcPr>
          <w:p>
            <w:pPr>
              <w:spacing w:before="0" w:after="0"/>
              <w:jc w:val="center"/>
            </w:pPr>
            <w:r/>
            <w:r>
              <w:rPr>
                <w:rFonts w:ascii="Arial" w:hAnsi="Arial" w:eastAsia="Arial"/>
                <w:b w:val="0"/>
                <w:color w:val="111827"/>
                <w:sz w:val="15"/>
              </w:rPr>
              <w:t>R$</w:t>
            </w:r>
          </w:p>
        </w:tc>
        <w:tc>
          <w:tcPr>
            <w:tcW w:type="dxa" w:w="1360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35" w:type="dxa"/>
              <w:start w:w="50" w:type="dxa"/>
              <w:bottom w:w="35" w:type="dxa"/>
              <w:end w:w="50" w:type="dxa"/>
            </w:tcMar>
          </w:tcPr>
          <w:p>
            <w:pPr>
              <w:spacing w:before="0" w:after="0"/>
              <w:jc w:val="center"/>
            </w:pPr>
            <w:r/>
            <w:r>
              <w:rPr>
                <w:rFonts w:ascii="Arial" w:hAnsi="Arial" w:eastAsia="Arial"/>
                <w:b w:val="0"/>
                <w:color w:val="111827"/>
                <w:sz w:val="15"/>
              </w:rPr>
              <w:t>R$</w:t>
            </w:r>
          </w:p>
        </w:tc>
        <w:tc>
          <w:tcPr>
            <w:tcW w:type="dxa" w:w="1814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35" w:type="dxa"/>
              <w:start w:w="50" w:type="dxa"/>
              <w:bottom w:w="35" w:type="dxa"/>
              <w:end w:w="50" w:type="dxa"/>
            </w:tcMar>
          </w:tcPr>
          <w:p>
            <w:pPr>
              <w:spacing w:before="0" w:after="0"/>
              <w:jc w:val="left"/>
            </w:pPr>
            <w:r/>
            <w:r>
              <w:rPr>
                <w:rFonts w:ascii="Arial" w:hAnsi="Arial" w:eastAsia="Arial"/>
                <w:b w:val="0"/>
                <w:color w:val="111827"/>
                <w:sz w:val="15"/>
              </w:rPr>
            </w:r>
          </w:p>
        </w:tc>
      </w:tr>
      <w:tr>
        <w:trPr>
          <w:trHeight w:val="374" w:hRule="atLeast"/>
          <w:cantSplit/>
        </w:trPr>
        <w:tc>
          <w:tcPr>
            <w:tcW w:type="dxa" w:w="510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35" w:type="dxa"/>
              <w:start w:w="50" w:type="dxa"/>
              <w:bottom w:w="35" w:type="dxa"/>
              <w:end w:w="50" w:type="dxa"/>
            </w:tcMar>
          </w:tcPr>
          <w:p>
            <w:pPr>
              <w:spacing w:before="0" w:after="0"/>
              <w:jc w:val="center"/>
            </w:pPr>
            <w:r/>
            <w:r>
              <w:rPr>
                <w:rFonts w:ascii="Arial" w:hAnsi="Arial" w:eastAsia="Arial"/>
                <w:b w:val="0"/>
                <w:color w:val="111827"/>
                <w:sz w:val="15"/>
              </w:rPr>
              <w:t>2</w:t>
            </w:r>
          </w:p>
        </w:tc>
        <w:tc>
          <w:tcPr>
            <w:tcW w:type="dxa" w:w="4309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35" w:type="dxa"/>
              <w:start w:w="50" w:type="dxa"/>
              <w:bottom w:w="35" w:type="dxa"/>
              <w:end w:w="50" w:type="dxa"/>
            </w:tcMar>
          </w:tcPr>
          <w:p>
            <w:pPr>
              <w:spacing w:before="0" w:after="0"/>
              <w:jc w:val="left"/>
            </w:pPr>
            <w:r/>
            <w:r>
              <w:rPr>
                <w:rFonts w:ascii="Arial" w:hAnsi="Arial" w:eastAsia="Arial"/>
                <w:b w:val="0"/>
                <w:color w:val="111827"/>
                <w:sz w:val="15"/>
              </w:rPr>
            </w:r>
          </w:p>
        </w:tc>
        <w:tc>
          <w:tcPr>
            <w:tcW w:type="dxa" w:w="850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35" w:type="dxa"/>
              <w:start w:w="50" w:type="dxa"/>
              <w:bottom w:w="35" w:type="dxa"/>
              <w:end w:w="50" w:type="dxa"/>
            </w:tcMar>
          </w:tcPr>
          <w:p>
            <w:pPr>
              <w:spacing w:before="0" w:after="0"/>
              <w:jc w:val="center"/>
            </w:pPr>
            <w:r/>
            <w:r>
              <w:rPr>
                <w:rFonts w:ascii="Arial" w:hAnsi="Arial" w:eastAsia="Arial"/>
                <w:b w:val="0"/>
                <w:color w:val="111827"/>
                <w:sz w:val="15"/>
              </w:rPr>
            </w:r>
          </w:p>
        </w:tc>
        <w:tc>
          <w:tcPr>
            <w:tcW w:type="dxa" w:w="1360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35" w:type="dxa"/>
              <w:start w:w="50" w:type="dxa"/>
              <w:bottom w:w="35" w:type="dxa"/>
              <w:end w:w="50" w:type="dxa"/>
            </w:tcMar>
          </w:tcPr>
          <w:p>
            <w:pPr>
              <w:spacing w:before="0" w:after="0"/>
              <w:jc w:val="center"/>
            </w:pPr>
            <w:r/>
            <w:r>
              <w:rPr>
                <w:rFonts w:ascii="Arial" w:hAnsi="Arial" w:eastAsia="Arial"/>
                <w:b w:val="0"/>
                <w:color w:val="111827"/>
                <w:sz w:val="15"/>
              </w:rPr>
              <w:t>R$</w:t>
            </w:r>
          </w:p>
        </w:tc>
        <w:tc>
          <w:tcPr>
            <w:tcW w:type="dxa" w:w="1360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35" w:type="dxa"/>
              <w:start w:w="50" w:type="dxa"/>
              <w:bottom w:w="35" w:type="dxa"/>
              <w:end w:w="50" w:type="dxa"/>
            </w:tcMar>
          </w:tcPr>
          <w:p>
            <w:pPr>
              <w:spacing w:before="0" w:after="0"/>
              <w:jc w:val="center"/>
            </w:pPr>
            <w:r/>
            <w:r>
              <w:rPr>
                <w:rFonts w:ascii="Arial" w:hAnsi="Arial" w:eastAsia="Arial"/>
                <w:b w:val="0"/>
                <w:color w:val="111827"/>
                <w:sz w:val="15"/>
              </w:rPr>
              <w:t>R$</w:t>
            </w:r>
          </w:p>
        </w:tc>
        <w:tc>
          <w:tcPr>
            <w:tcW w:type="dxa" w:w="1814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35" w:type="dxa"/>
              <w:start w:w="50" w:type="dxa"/>
              <w:bottom w:w="35" w:type="dxa"/>
              <w:end w:w="50" w:type="dxa"/>
            </w:tcMar>
          </w:tcPr>
          <w:p>
            <w:pPr>
              <w:spacing w:before="0" w:after="0"/>
              <w:jc w:val="left"/>
            </w:pPr>
            <w:r/>
            <w:r>
              <w:rPr>
                <w:rFonts w:ascii="Arial" w:hAnsi="Arial" w:eastAsia="Arial"/>
                <w:b w:val="0"/>
                <w:color w:val="111827"/>
                <w:sz w:val="15"/>
              </w:rPr>
            </w:r>
          </w:p>
        </w:tc>
      </w:tr>
      <w:tr>
        <w:trPr>
          <w:trHeight w:val="374" w:hRule="atLeast"/>
          <w:cantSplit/>
        </w:trPr>
        <w:tc>
          <w:tcPr>
            <w:tcW w:type="dxa" w:w="510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35" w:type="dxa"/>
              <w:start w:w="50" w:type="dxa"/>
              <w:bottom w:w="35" w:type="dxa"/>
              <w:end w:w="50" w:type="dxa"/>
            </w:tcMar>
          </w:tcPr>
          <w:p>
            <w:pPr>
              <w:spacing w:before="0" w:after="0"/>
              <w:jc w:val="center"/>
            </w:pPr>
            <w:r/>
            <w:r>
              <w:rPr>
                <w:rFonts w:ascii="Arial" w:hAnsi="Arial" w:eastAsia="Arial"/>
                <w:b w:val="0"/>
                <w:color w:val="111827"/>
                <w:sz w:val="15"/>
              </w:rPr>
              <w:t>3</w:t>
            </w:r>
          </w:p>
        </w:tc>
        <w:tc>
          <w:tcPr>
            <w:tcW w:type="dxa" w:w="4309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35" w:type="dxa"/>
              <w:start w:w="50" w:type="dxa"/>
              <w:bottom w:w="35" w:type="dxa"/>
              <w:end w:w="50" w:type="dxa"/>
            </w:tcMar>
          </w:tcPr>
          <w:p>
            <w:pPr>
              <w:spacing w:before="0" w:after="0"/>
              <w:jc w:val="left"/>
            </w:pPr>
            <w:r/>
            <w:r>
              <w:rPr>
                <w:rFonts w:ascii="Arial" w:hAnsi="Arial" w:eastAsia="Arial"/>
                <w:b w:val="0"/>
                <w:color w:val="111827"/>
                <w:sz w:val="15"/>
              </w:rPr>
            </w:r>
          </w:p>
        </w:tc>
        <w:tc>
          <w:tcPr>
            <w:tcW w:type="dxa" w:w="850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35" w:type="dxa"/>
              <w:start w:w="50" w:type="dxa"/>
              <w:bottom w:w="35" w:type="dxa"/>
              <w:end w:w="50" w:type="dxa"/>
            </w:tcMar>
          </w:tcPr>
          <w:p>
            <w:pPr>
              <w:spacing w:before="0" w:after="0"/>
              <w:jc w:val="center"/>
            </w:pPr>
            <w:r/>
            <w:r>
              <w:rPr>
                <w:rFonts w:ascii="Arial" w:hAnsi="Arial" w:eastAsia="Arial"/>
                <w:b w:val="0"/>
                <w:color w:val="111827"/>
                <w:sz w:val="15"/>
              </w:rPr>
            </w:r>
          </w:p>
        </w:tc>
        <w:tc>
          <w:tcPr>
            <w:tcW w:type="dxa" w:w="1360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35" w:type="dxa"/>
              <w:start w:w="50" w:type="dxa"/>
              <w:bottom w:w="35" w:type="dxa"/>
              <w:end w:w="50" w:type="dxa"/>
            </w:tcMar>
          </w:tcPr>
          <w:p>
            <w:pPr>
              <w:spacing w:before="0" w:after="0"/>
              <w:jc w:val="center"/>
            </w:pPr>
            <w:r/>
            <w:r>
              <w:rPr>
                <w:rFonts w:ascii="Arial" w:hAnsi="Arial" w:eastAsia="Arial"/>
                <w:b w:val="0"/>
                <w:color w:val="111827"/>
                <w:sz w:val="15"/>
              </w:rPr>
              <w:t>R$</w:t>
            </w:r>
          </w:p>
        </w:tc>
        <w:tc>
          <w:tcPr>
            <w:tcW w:type="dxa" w:w="1360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35" w:type="dxa"/>
              <w:start w:w="50" w:type="dxa"/>
              <w:bottom w:w="35" w:type="dxa"/>
              <w:end w:w="50" w:type="dxa"/>
            </w:tcMar>
          </w:tcPr>
          <w:p>
            <w:pPr>
              <w:spacing w:before="0" w:after="0"/>
              <w:jc w:val="center"/>
            </w:pPr>
            <w:r/>
            <w:r>
              <w:rPr>
                <w:rFonts w:ascii="Arial" w:hAnsi="Arial" w:eastAsia="Arial"/>
                <w:b w:val="0"/>
                <w:color w:val="111827"/>
                <w:sz w:val="15"/>
              </w:rPr>
              <w:t>R$</w:t>
            </w:r>
          </w:p>
        </w:tc>
        <w:tc>
          <w:tcPr>
            <w:tcW w:type="dxa" w:w="1814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35" w:type="dxa"/>
              <w:start w:w="50" w:type="dxa"/>
              <w:bottom w:w="35" w:type="dxa"/>
              <w:end w:w="50" w:type="dxa"/>
            </w:tcMar>
          </w:tcPr>
          <w:p>
            <w:pPr>
              <w:spacing w:before="0" w:after="0"/>
              <w:jc w:val="left"/>
            </w:pPr>
            <w:r/>
            <w:r>
              <w:rPr>
                <w:rFonts w:ascii="Arial" w:hAnsi="Arial" w:eastAsia="Arial"/>
                <w:b w:val="0"/>
                <w:color w:val="111827"/>
                <w:sz w:val="15"/>
              </w:rPr>
            </w:r>
          </w:p>
        </w:tc>
      </w:tr>
      <w:tr>
        <w:trPr>
          <w:trHeight w:val="374" w:hRule="atLeast"/>
          <w:cantSplit/>
        </w:trPr>
        <w:tc>
          <w:tcPr>
            <w:tcW w:type="dxa" w:w="510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35" w:type="dxa"/>
              <w:start w:w="50" w:type="dxa"/>
              <w:bottom w:w="35" w:type="dxa"/>
              <w:end w:w="50" w:type="dxa"/>
            </w:tcMar>
          </w:tcPr>
          <w:p>
            <w:pPr>
              <w:spacing w:before="0" w:after="0"/>
              <w:jc w:val="center"/>
            </w:pPr>
            <w:r/>
            <w:r>
              <w:rPr>
                <w:rFonts w:ascii="Arial" w:hAnsi="Arial" w:eastAsia="Arial"/>
                <w:b w:val="0"/>
                <w:color w:val="111827"/>
                <w:sz w:val="15"/>
              </w:rPr>
              <w:t>4</w:t>
            </w:r>
          </w:p>
        </w:tc>
        <w:tc>
          <w:tcPr>
            <w:tcW w:type="dxa" w:w="4309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35" w:type="dxa"/>
              <w:start w:w="50" w:type="dxa"/>
              <w:bottom w:w="35" w:type="dxa"/>
              <w:end w:w="50" w:type="dxa"/>
            </w:tcMar>
          </w:tcPr>
          <w:p>
            <w:pPr>
              <w:spacing w:before="0" w:after="0"/>
              <w:jc w:val="left"/>
            </w:pPr>
            <w:r/>
            <w:r>
              <w:rPr>
                <w:rFonts w:ascii="Arial" w:hAnsi="Arial" w:eastAsia="Arial"/>
                <w:b w:val="0"/>
                <w:color w:val="111827"/>
                <w:sz w:val="15"/>
              </w:rPr>
            </w:r>
          </w:p>
        </w:tc>
        <w:tc>
          <w:tcPr>
            <w:tcW w:type="dxa" w:w="850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35" w:type="dxa"/>
              <w:start w:w="50" w:type="dxa"/>
              <w:bottom w:w="35" w:type="dxa"/>
              <w:end w:w="50" w:type="dxa"/>
            </w:tcMar>
          </w:tcPr>
          <w:p>
            <w:pPr>
              <w:spacing w:before="0" w:after="0"/>
              <w:jc w:val="center"/>
            </w:pPr>
            <w:r/>
            <w:r>
              <w:rPr>
                <w:rFonts w:ascii="Arial" w:hAnsi="Arial" w:eastAsia="Arial"/>
                <w:b w:val="0"/>
                <w:color w:val="111827"/>
                <w:sz w:val="15"/>
              </w:rPr>
            </w:r>
          </w:p>
        </w:tc>
        <w:tc>
          <w:tcPr>
            <w:tcW w:type="dxa" w:w="1360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35" w:type="dxa"/>
              <w:start w:w="50" w:type="dxa"/>
              <w:bottom w:w="35" w:type="dxa"/>
              <w:end w:w="50" w:type="dxa"/>
            </w:tcMar>
          </w:tcPr>
          <w:p>
            <w:pPr>
              <w:spacing w:before="0" w:after="0"/>
              <w:jc w:val="center"/>
            </w:pPr>
            <w:r/>
            <w:r>
              <w:rPr>
                <w:rFonts w:ascii="Arial" w:hAnsi="Arial" w:eastAsia="Arial"/>
                <w:b w:val="0"/>
                <w:color w:val="111827"/>
                <w:sz w:val="15"/>
              </w:rPr>
              <w:t>R$</w:t>
            </w:r>
          </w:p>
        </w:tc>
        <w:tc>
          <w:tcPr>
            <w:tcW w:type="dxa" w:w="1360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35" w:type="dxa"/>
              <w:start w:w="50" w:type="dxa"/>
              <w:bottom w:w="35" w:type="dxa"/>
              <w:end w:w="50" w:type="dxa"/>
            </w:tcMar>
          </w:tcPr>
          <w:p>
            <w:pPr>
              <w:spacing w:before="0" w:after="0"/>
              <w:jc w:val="center"/>
            </w:pPr>
            <w:r/>
            <w:r>
              <w:rPr>
                <w:rFonts w:ascii="Arial" w:hAnsi="Arial" w:eastAsia="Arial"/>
                <w:b w:val="0"/>
                <w:color w:val="111827"/>
                <w:sz w:val="15"/>
              </w:rPr>
              <w:t>R$</w:t>
            </w:r>
          </w:p>
        </w:tc>
        <w:tc>
          <w:tcPr>
            <w:tcW w:type="dxa" w:w="1814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35" w:type="dxa"/>
              <w:start w:w="50" w:type="dxa"/>
              <w:bottom w:w="35" w:type="dxa"/>
              <w:end w:w="50" w:type="dxa"/>
            </w:tcMar>
          </w:tcPr>
          <w:p>
            <w:pPr>
              <w:spacing w:before="0" w:after="0"/>
              <w:jc w:val="left"/>
            </w:pPr>
            <w:r/>
            <w:r>
              <w:rPr>
                <w:rFonts w:ascii="Arial" w:hAnsi="Arial" w:eastAsia="Arial"/>
                <w:b w:val="0"/>
                <w:color w:val="111827"/>
                <w:sz w:val="15"/>
              </w:rPr>
            </w:r>
          </w:p>
        </w:tc>
      </w:tr>
      <w:tr>
        <w:trPr>
          <w:trHeight w:val="374" w:hRule="atLeast"/>
          <w:cantSplit/>
        </w:trPr>
        <w:tc>
          <w:tcPr>
            <w:tcW w:type="dxa" w:w="510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35" w:type="dxa"/>
              <w:start w:w="50" w:type="dxa"/>
              <w:bottom w:w="35" w:type="dxa"/>
              <w:end w:w="50" w:type="dxa"/>
            </w:tcMar>
          </w:tcPr>
          <w:p>
            <w:pPr>
              <w:spacing w:before="0" w:after="0"/>
              <w:jc w:val="center"/>
            </w:pPr>
            <w:r/>
            <w:r>
              <w:rPr>
                <w:rFonts w:ascii="Arial" w:hAnsi="Arial" w:eastAsia="Arial"/>
                <w:b w:val="0"/>
                <w:color w:val="111827"/>
                <w:sz w:val="15"/>
              </w:rPr>
              <w:t>5</w:t>
            </w:r>
          </w:p>
        </w:tc>
        <w:tc>
          <w:tcPr>
            <w:tcW w:type="dxa" w:w="4309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35" w:type="dxa"/>
              <w:start w:w="50" w:type="dxa"/>
              <w:bottom w:w="35" w:type="dxa"/>
              <w:end w:w="50" w:type="dxa"/>
            </w:tcMar>
          </w:tcPr>
          <w:p>
            <w:pPr>
              <w:spacing w:before="0" w:after="0"/>
              <w:jc w:val="left"/>
            </w:pPr>
            <w:r/>
            <w:r>
              <w:rPr>
                <w:rFonts w:ascii="Arial" w:hAnsi="Arial" w:eastAsia="Arial"/>
                <w:b w:val="0"/>
                <w:color w:val="111827"/>
                <w:sz w:val="15"/>
              </w:rPr>
            </w:r>
          </w:p>
        </w:tc>
        <w:tc>
          <w:tcPr>
            <w:tcW w:type="dxa" w:w="850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35" w:type="dxa"/>
              <w:start w:w="50" w:type="dxa"/>
              <w:bottom w:w="35" w:type="dxa"/>
              <w:end w:w="50" w:type="dxa"/>
            </w:tcMar>
          </w:tcPr>
          <w:p>
            <w:pPr>
              <w:spacing w:before="0" w:after="0"/>
              <w:jc w:val="center"/>
            </w:pPr>
            <w:r/>
            <w:r>
              <w:rPr>
                <w:rFonts w:ascii="Arial" w:hAnsi="Arial" w:eastAsia="Arial"/>
                <w:b w:val="0"/>
                <w:color w:val="111827"/>
                <w:sz w:val="15"/>
              </w:rPr>
            </w:r>
          </w:p>
        </w:tc>
        <w:tc>
          <w:tcPr>
            <w:tcW w:type="dxa" w:w="1360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35" w:type="dxa"/>
              <w:start w:w="50" w:type="dxa"/>
              <w:bottom w:w="35" w:type="dxa"/>
              <w:end w:w="50" w:type="dxa"/>
            </w:tcMar>
          </w:tcPr>
          <w:p>
            <w:pPr>
              <w:spacing w:before="0" w:after="0"/>
              <w:jc w:val="center"/>
            </w:pPr>
            <w:r/>
            <w:r>
              <w:rPr>
                <w:rFonts w:ascii="Arial" w:hAnsi="Arial" w:eastAsia="Arial"/>
                <w:b w:val="0"/>
                <w:color w:val="111827"/>
                <w:sz w:val="15"/>
              </w:rPr>
              <w:t>R$</w:t>
            </w:r>
          </w:p>
        </w:tc>
        <w:tc>
          <w:tcPr>
            <w:tcW w:type="dxa" w:w="1360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35" w:type="dxa"/>
              <w:start w:w="50" w:type="dxa"/>
              <w:bottom w:w="35" w:type="dxa"/>
              <w:end w:w="50" w:type="dxa"/>
            </w:tcMar>
          </w:tcPr>
          <w:p>
            <w:pPr>
              <w:spacing w:before="0" w:after="0"/>
              <w:jc w:val="center"/>
            </w:pPr>
            <w:r/>
            <w:r>
              <w:rPr>
                <w:rFonts w:ascii="Arial" w:hAnsi="Arial" w:eastAsia="Arial"/>
                <w:b w:val="0"/>
                <w:color w:val="111827"/>
                <w:sz w:val="15"/>
              </w:rPr>
              <w:t>R$</w:t>
            </w:r>
          </w:p>
        </w:tc>
        <w:tc>
          <w:tcPr>
            <w:tcW w:type="dxa" w:w="1814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35" w:type="dxa"/>
              <w:start w:w="50" w:type="dxa"/>
              <w:bottom w:w="35" w:type="dxa"/>
              <w:end w:w="50" w:type="dxa"/>
            </w:tcMar>
          </w:tcPr>
          <w:p>
            <w:pPr>
              <w:spacing w:before="0" w:after="0"/>
              <w:jc w:val="left"/>
            </w:pPr>
            <w:r/>
            <w:r>
              <w:rPr>
                <w:rFonts w:ascii="Arial" w:hAnsi="Arial" w:eastAsia="Arial"/>
                <w:b w:val="0"/>
                <w:color w:val="111827"/>
                <w:sz w:val="15"/>
              </w:rPr>
            </w:r>
          </w:p>
        </w:tc>
      </w:tr>
    </w:tbl>
    <w:p>
      <w:pPr>
        <w:spacing w:line="60" w:lineRule="auto" w:before="0" w:after="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36"/>
        <w:gridCol w:w="2636"/>
        <w:gridCol w:w="2636"/>
        <w:gridCol w:w="2636"/>
      </w:tblGrid>
      <w:tr>
        <w:trPr>
          <w:trHeight w:val="567" w:hRule="atLeast"/>
          <w:cantSplit/>
        </w:trPr>
        <w:tc>
          <w:tcPr>
            <w:tcW w:type="dxa" w:w="2551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top"/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667085"/>
                <w:sz w:val="14"/>
              </w:rPr>
              <w:t>FORMA DE PAGAMENTO</w:t>
              <w:br/>
            </w:r>
            <w:r>
              <w:rPr>
                <w:rFonts w:ascii="Arial" w:hAnsi="Arial" w:eastAsia="Arial"/>
                <w:b w:val="0"/>
                <w:color w:val="111827"/>
                <w:sz w:val="15"/>
              </w:rPr>
              <w:t>□ PIX  □ Cartão  □ Dinheiro  □ Boleto  □ Outro</w:t>
            </w:r>
          </w:p>
        </w:tc>
        <w:tc>
          <w:tcPr>
            <w:tcW w:type="dxa" w:w="2551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top"/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667085"/>
                <w:sz w:val="14"/>
              </w:rPr>
              <w:t>ORÇAMENTO APROVADO EM</w:t>
              <w:br/>
            </w:r>
            <w:r>
              <w:rPr>
                <w:rFonts w:ascii="Arial" w:hAnsi="Arial" w:eastAsia="Arial"/>
                <w:b w:val="0"/>
                <w:color w:val="111827"/>
                <w:sz w:val="15"/>
              </w:rPr>
              <w:t>____/____/______   ____:____</w:t>
            </w:r>
          </w:p>
        </w:tc>
        <w:tc>
          <w:tcPr>
            <w:tcW w:type="dxa" w:w="2551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top"/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667085"/>
                <w:sz w:val="14"/>
              </w:rPr>
              <w:t>SUBTOTAL</w:t>
              <w:br/>
            </w:r>
            <w:r>
              <w:rPr>
                <w:rFonts w:ascii="Arial" w:hAnsi="Arial" w:eastAsia="Arial"/>
                <w:b w:val="0"/>
                <w:color w:val="111827"/>
                <w:sz w:val="15"/>
              </w:rPr>
              <w:t>R$</w:t>
            </w:r>
          </w:p>
        </w:tc>
        <w:tc>
          <w:tcPr>
            <w:tcW w:type="dxa" w:w="2551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top"/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667085"/>
                <w:sz w:val="14"/>
              </w:rPr>
              <w:t>DESCONTO</w:t>
              <w:br/>
            </w:r>
            <w:r>
              <w:rPr>
                <w:rFonts w:ascii="Arial" w:hAnsi="Arial" w:eastAsia="Arial"/>
                <w:b w:val="0"/>
                <w:color w:val="111827"/>
                <w:sz w:val="15"/>
              </w:rPr>
              <w:t>R$ / %</w:t>
            </w:r>
          </w:p>
        </w:tc>
      </w:tr>
      <w:tr>
        <w:trPr>
          <w:trHeight w:val="567" w:hRule="atLeast"/>
          <w:cantSplit/>
        </w:trPr>
        <w:tc>
          <w:tcPr>
            <w:tcW w:type="dxa" w:w="2636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top"/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667085"/>
                <w:sz w:val="14"/>
              </w:rPr>
              <w:t>APROVAÇÃO DO CLIENTE</w:t>
              <w:br/>
            </w:r>
            <w:r>
              <w:rPr>
                <w:rFonts w:ascii="Arial" w:hAnsi="Arial" w:eastAsia="Arial"/>
                <w:b w:val="0"/>
                <w:color w:val="111827"/>
                <w:sz w:val="15"/>
              </w:rPr>
              <w:t>□ Assinatura  □ WhatsApp  □ E-mail  □ Link</w:t>
            </w:r>
          </w:p>
        </w:tc>
        <w:tc>
          <w:tcPr>
            <w:tcW w:type="dxa" w:w="2636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top"/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667085"/>
                <w:sz w:val="14"/>
              </w:rPr>
              <w:t>SINAL / ENTRADA</w:t>
              <w:br/>
            </w:r>
            <w:r>
              <w:rPr>
                <w:rFonts w:ascii="Arial" w:hAnsi="Arial" w:eastAsia="Arial"/>
                <w:b w:val="0"/>
                <w:color w:val="111827"/>
                <w:sz w:val="15"/>
              </w:rPr>
              <w:t>R$</w:t>
            </w:r>
          </w:p>
        </w:tc>
        <w:tc>
          <w:tcPr>
            <w:tcW w:type="dxa" w:w="2636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top"/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667085"/>
                <w:sz w:val="14"/>
              </w:rPr>
              <w:t>TOTAL</w:t>
              <w:br/>
            </w:r>
            <w:r>
              <w:rPr>
                <w:rFonts w:ascii="Arial" w:hAnsi="Arial" w:eastAsia="Arial"/>
                <w:b w:val="0"/>
                <w:color w:val="111827"/>
                <w:sz w:val="15"/>
              </w:rPr>
              <w:t>R$</w:t>
            </w:r>
          </w:p>
        </w:tc>
        <w:tc>
          <w:tcPr>
            <w:tcW w:type="dxa" w:w="2636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top"/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667085"/>
                <w:sz w:val="14"/>
              </w:rPr>
              <w:t>SALDO</w:t>
              <w:br/>
            </w:r>
            <w:r>
              <w:rPr>
                <w:rFonts w:ascii="Arial" w:hAnsi="Arial" w:eastAsia="Arial"/>
                <w:b w:val="0"/>
                <w:color w:val="111827"/>
                <w:sz w:val="15"/>
              </w:rPr>
              <w:t>R$</w:t>
            </w:r>
          </w:p>
        </w:tc>
      </w:tr>
    </w:tbl>
    <w:p>
      <w:pPr>
        <w:spacing w:line="60" w:lineRule="auto" w:before="0" w:after="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6"/>
      </w:tblGrid>
      <w:tr>
        <w:trPr>
          <w:cantSplit/>
        </w:trPr>
        <w:tc>
          <w:tcPr>
            <w:tcW w:type="dxa" w:w="10546"/>
            <w:shd w:fill="5A5AE6" w:val="clear"/>
            <w:tcBorders>
              <w:top w:val="single" w:sz="2" w:color="5A5AE6"/>
              <w:left w:val="single" w:sz="2" w:color="5A5AE6"/>
              <w:bottom w:val="single" w:sz="2" w:color="5A5AE6"/>
              <w:right w:val="single" w:sz="2" w:color="5A5AE6"/>
            </w:tcBorders>
            <w:tcMar>
              <w:top w:w="50" w:type="dxa"/>
              <w:start w:w="100" w:type="dxa"/>
              <w:bottom w:w="45" w:type="dxa"/>
              <w:end w:w="100" w:type="dxa"/>
            </w:tcMar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CHECKLIST FINAL DE FUNCIONAMENTO</w:t>
            </w:r>
          </w:p>
        </w:tc>
      </w:tr>
    </w:tbl>
    <w:p>
      <w:pPr>
        <w:spacing w:after="0" w:before="0" w:line="60" w:lineRule="auto"/>
      </w:pPr>
      <w:r/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73"/>
        <w:gridCol w:w="5273"/>
      </w:tblGrid>
      <w:tr>
        <w:trPr>
          <w:trHeight w:val="737" w:hRule="atLeast"/>
          <w:cantSplit/>
        </w:trPr>
        <w:tc>
          <w:tcPr>
            <w:tcW w:type="dxa" w:w="5103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top"/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667085"/>
                <w:sz w:val="14"/>
              </w:rPr>
              <w:t>TESTES</w:t>
              <w:br/>
            </w:r>
            <w:r>
              <w:rPr>
                <w:rFonts w:ascii="Arial" w:hAnsi="Arial" w:eastAsia="Arial"/>
                <w:b w:val="0"/>
                <w:color w:val="111827"/>
                <w:sz w:val="14"/>
              </w:rPr>
              <w:t>□ Refrigeração/aquecimento ok  □ Ventilação ok  □ Controle remoto ok</w:t>
              <w:br/>
              <w:t>□ Sem vazamento de água  □ Dreno testado  □ Sem ruído/vibração anormal</w:t>
            </w:r>
          </w:p>
        </w:tc>
        <w:tc>
          <w:tcPr>
            <w:tcW w:type="dxa" w:w="5103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top"/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667085"/>
                <w:sz w:val="14"/>
              </w:rPr>
              <w:t>FINALIZAÇÃO</w:t>
              <w:br/>
            </w:r>
            <w:r>
              <w:rPr>
                <w:rFonts w:ascii="Arial" w:hAnsi="Arial" w:eastAsia="Arial"/>
                <w:b w:val="0"/>
                <w:color w:val="111827"/>
                <w:sz w:val="14"/>
              </w:rPr>
              <w:t>□ Filtros limpos  □ Serpentina limpa  □ Bandeja limpa  □ Condensadora limpa</w:t>
              <w:br/>
              <w:t>□ Ambiente organizado  □ Resíduos recolhidos  □ Orientações passadas ao cliente</w:t>
            </w:r>
          </w:p>
        </w:tc>
      </w:tr>
      <w:tr>
        <w:trPr>
          <w:trHeight w:val="567" w:hRule="atLeast"/>
          <w:cantSplit/>
        </w:trPr>
        <w:tc>
          <w:tcPr>
            <w:tcW w:type="dxa" w:w="5103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top"/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667085"/>
                <w:sz w:val="14"/>
              </w:rPr>
              <w:t>RESULTADO FINAL</w:t>
              <w:br/>
            </w:r>
            <w:r>
              <w:rPr>
                <w:rFonts w:ascii="Arial" w:hAnsi="Arial" w:eastAsia="Arial"/>
                <w:b w:val="0"/>
                <w:color w:val="111827"/>
                <w:sz w:val="15"/>
              </w:rPr>
              <w:t>□ Equipamento liberado  □ Liberado com ressalvas  □ Pendente / retorno necessário</w:t>
            </w:r>
          </w:p>
        </w:tc>
        <w:tc>
          <w:tcPr>
            <w:tcW w:type="dxa" w:w="5103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top"/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667085"/>
                <w:sz w:val="14"/>
              </w:rPr>
              <w:t>TÉCNICO RESPONSÁVEL / DATA</w:t>
              <w:br/>
            </w:r>
            <w:r>
              <w:rPr>
                <w:rFonts w:ascii="Arial" w:hAnsi="Arial" w:eastAsia="Arial"/>
                <w:b w:val="0"/>
                <w:color w:val="111827"/>
                <w:sz w:val="15"/>
              </w:rPr>
              <w:t>______________________________   ____/____/______</w:t>
            </w:r>
          </w:p>
        </w:tc>
      </w:tr>
    </w:tbl>
    <w:p>
      <w:pPr>
        <w:spacing w:line="60" w:lineRule="auto" w:before="0" w:after="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6"/>
      </w:tblGrid>
      <w:tr>
        <w:trPr>
          <w:cantSplit/>
        </w:trPr>
        <w:tc>
          <w:tcPr>
            <w:tcW w:type="dxa" w:w="10546"/>
            <w:shd w:fill="5A5AE6" w:val="clear"/>
            <w:tcBorders>
              <w:top w:val="single" w:sz="2" w:color="5A5AE6"/>
              <w:left w:val="single" w:sz="2" w:color="5A5AE6"/>
              <w:bottom w:val="single" w:sz="2" w:color="5A5AE6"/>
              <w:right w:val="single" w:sz="2" w:color="5A5AE6"/>
            </w:tcBorders>
            <w:tcMar>
              <w:top w:w="50" w:type="dxa"/>
              <w:start w:w="100" w:type="dxa"/>
              <w:bottom w:w="45" w:type="dxa"/>
              <w:end w:w="100" w:type="dxa"/>
            </w:tcMar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GARANTIA E TERMOS SUGERIDOS</w:t>
            </w:r>
            <w:r>
              <w:rPr>
                <w:rFonts w:ascii="Arial" w:hAnsi="Arial" w:eastAsia="Arial"/>
                <w:b w:val="0"/>
                <w:color w:val="FFFFFF"/>
                <w:sz w:val="14"/>
              </w:rPr>
              <w:t xml:space="preserve">  •  adapte às regras da sua empresa e à legislação aplicável</w:t>
            </w:r>
          </w:p>
        </w:tc>
      </w:tr>
    </w:tbl>
    <w:p>
      <w:pPr>
        <w:spacing w:after="0" w:before="0" w:line="60" w:lineRule="auto"/>
      </w:pPr>
      <w:r/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6"/>
      </w:tblGrid>
      <w:tr>
        <w:trPr>
          <w:trHeight w:val="1134" w:hRule="atLeast"/>
          <w:cantSplit/>
        </w:trPr>
        <w:tc>
          <w:tcPr>
            <w:tcW w:type="dxa" w:w="10206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70" w:type="dxa"/>
              <w:start w:w="100" w:type="dxa"/>
              <w:bottom w:w="70" w:type="dxa"/>
              <w:end w:w="10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 w:eastAsia="Arial"/>
                <w:b w:val="0"/>
                <w:color w:val="111827"/>
                <w:sz w:val="13"/>
              </w:rPr>
              <w:t>1. Garantia informada nesta OS: ______ dias para o serviço executado, conforme escopo aprovado e legislação aplicável.</w:t>
              <w:br/>
              <w:t>2. A garantia não cobre defeitos externos ao serviço, mau uso, oscilação elétrica, falta de manutenção, instalação inadequada por terceiros ou novos vazamentos não relacionados ao reparo.</w:t>
              <w:br/>
              <w:t>3. Limpeza de filtros, drenagem adequada e manutenção preventiva periódica são de responsabilidade do cliente conforme orientação técnica.</w:t>
              <w:br/>
              <w:t>4. Serviços que envolvam fluido refrigerante devem considerar identificação do gás, estanqueidade, procedimentos técnicos e descarte/recuperação quando aplicável.</w:t>
              <w:br/>
              <w:t>5. Alterações de infraestrutura elétrica, civil ou de drenagem não descritas nesta OS dependem de aprovação adicional.</w:t>
            </w:r>
          </w:p>
        </w:tc>
      </w:tr>
    </w:tbl>
    <w:p>
      <w:pPr>
        <w:spacing w:line="60" w:lineRule="auto" w:before="0" w:after="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6"/>
      </w:tblGrid>
      <w:tr>
        <w:trPr>
          <w:cantSplit/>
        </w:trPr>
        <w:tc>
          <w:tcPr>
            <w:tcW w:type="dxa" w:w="10546"/>
            <w:shd w:fill="5A5AE6" w:val="clear"/>
            <w:tcBorders>
              <w:top w:val="single" w:sz="2" w:color="5A5AE6"/>
              <w:left w:val="single" w:sz="2" w:color="5A5AE6"/>
              <w:bottom w:val="single" w:sz="2" w:color="5A5AE6"/>
              <w:right w:val="single" w:sz="2" w:color="5A5AE6"/>
            </w:tcBorders>
            <w:tcMar>
              <w:top w:w="50" w:type="dxa"/>
              <w:start w:w="100" w:type="dxa"/>
              <w:bottom w:w="45" w:type="dxa"/>
              <w:end w:w="100" w:type="dxa"/>
            </w:tcMar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CONCLUSÃO E ACEITE</w:t>
            </w:r>
          </w:p>
        </w:tc>
      </w:tr>
    </w:tbl>
    <w:p>
      <w:pPr>
        <w:spacing w:after="0" w:before="0" w:line="60" w:lineRule="auto"/>
      </w:pPr>
      <w:r/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36"/>
        <w:gridCol w:w="2636"/>
        <w:gridCol w:w="2636"/>
        <w:gridCol w:w="2636"/>
      </w:tblGrid>
      <w:tr>
        <w:trPr>
          <w:trHeight w:val="510" w:hRule="atLeast"/>
          <w:cantSplit/>
        </w:trPr>
        <w:tc>
          <w:tcPr>
            <w:tcW w:type="dxa" w:w="2551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top"/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667085"/>
                <w:sz w:val="14"/>
              </w:rPr>
              <w:t>DATA DA CONCLUSÃO</w:t>
              <w:br/>
            </w:r>
            <w:r>
              <w:rPr>
                <w:rFonts w:ascii="Arial" w:hAnsi="Arial" w:eastAsia="Arial"/>
                <w:b w:val="0"/>
                <w:color w:val="111827"/>
                <w:sz w:val="16"/>
              </w:rPr>
              <w:t>____/____/______</w:t>
            </w:r>
          </w:p>
        </w:tc>
        <w:tc>
          <w:tcPr>
            <w:tcW w:type="dxa" w:w="2551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top"/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667085"/>
                <w:sz w:val="14"/>
              </w:rPr>
              <w:t>HORA</w:t>
              <w:br/>
            </w:r>
            <w:r>
              <w:rPr>
                <w:rFonts w:ascii="Arial" w:hAnsi="Arial" w:eastAsia="Arial"/>
                <w:b w:val="0"/>
                <w:color w:val="111827"/>
                <w:sz w:val="16"/>
              </w:rPr>
              <w:t>____:____</w:t>
            </w:r>
          </w:p>
        </w:tc>
        <w:tc>
          <w:tcPr>
            <w:tcW w:type="dxa" w:w="2551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top"/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667085"/>
                <w:sz w:val="14"/>
              </w:rPr>
              <w:t>VALOR RECEBIDO</w:t>
              <w:br/>
            </w:r>
            <w:r>
              <w:rPr>
                <w:rFonts w:ascii="Arial" w:hAnsi="Arial" w:eastAsia="Arial"/>
                <w:b w:val="0"/>
                <w:color w:val="111827"/>
                <w:sz w:val="16"/>
              </w:rPr>
              <w:t>R$</w:t>
            </w:r>
          </w:p>
        </w:tc>
        <w:tc>
          <w:tcPr>
            <w:tcW w:type="dxa" w:w="2551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top"/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667085"/>
                <w:sz w:val="14"/>
              </w:rPr>
              <w:t>STATUS</w:t>
              <w:br/>
            </w:r>
            <w:r>
              <w:rPr>
                <w:rFonts w:ascii="Arial" w:hAnsi="Arial" w:eastAsia="Arial"/>
                <w:b w:val="0"/>
                <w:color w:val="111827"/>
                <w:sz w:val="16"/>
              </w:rPr>
              <w:t>□ Pago  □ Parcial  □ Pendente</w:t>
            </w:r>
          </w:p>
        </w:tc>
      </w:tr>
      <w:tr>
        <w:trPr>
          <w:trHeight w:val="510" w:hRule="atLeast"/>
          <w:cantSplit/>
        </w:trPr>
        <w:tc>
          <w:tcPr>
            <w:tcW w:type="dxa" w:w="5272"/>
            <w:gridSpan w:val="2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top"/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667085"/>
                <w:sz w:val="14"/>
              </w:rPr>
              <w:t>CLIENTE / RESPONSÁVEL</w:t>
              <w:br/>
            </w:r>
            <w:r>
              <w:rPr>
                <w:rFonts w:ascii="Arial" w:hAnsi="Arial" w:eastAsia="Arial"/>
                <w:b w:val="0"/>
                <w:color w:val="111827"/>
                <w:sz w:val="16"/>
              </w:rPr>
              <w:t>Assinatura: _________________________________</w:t>
            </w:r>
          </w:p>
        </w:tc>
        <w:tc>
          <w:tcPr>
            <w:tcW w:type="dxa" w:w="5272"/>
            <w:gridSpan w:val="2"/>
            <w:tcBorders>
              <w:top w:val="single" w:sz="6" w:color="CBD5E1"/>
              <w:left w:val="single" w:sz="6" w:color="CBD5E1"/>
              <w:bottom w:val="single" w:sz="6" w:color="CBD5E1"/>
              <w:right w:val="single" w:sz="6" w:color="CBD5E1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top"/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667085"/>
                <w:sz w:val="14"/>
              </w:rPr>
              <w:t>TÉCNICO / EMPRESA</w:t>
              <w:br/>
            </w:r>
            <w:r>
              <w:rPr>
                <w:rFonts w:ascii="Arial" w:hAnsi="Arial" w:eastAsia="Arial"/>
                <w:b w:val="0"/>
                <w:color w:val="111827"/>
                <w:sz w:val="16"/>
              </w:rPr>
              <w:t>Assinatura: _________________________________</w:t>
            </w:r>
          </w:p>
        </w:tc>
      </w:tr>
    </w:tbl>
    <w:p>
      <w:pPr>
        <w:spacing w:line="60" w:lineRule="auto" w:before="0" w:after="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73"/>
        <w:gridCol w:w="5273"/>
      </w:tblGrid>
      <w:tr>
        <w:trPr>
          <w:cantSplit/>
        </w:trPr>
        <w:tc>
          <w:tcPr>
            <w:tcW w:type="dxa" w:w="5103"/>
            <w:shd w:fill="111827" w:val="clear"/>
            <w:tcMar>
              <w:top w:w="70" w:type="dxa"/>
              <w:start w:w="100" w:type="dxa"/>
              <w:bottom w:w="65" w:type="dxa"/>
              <w:end w:w="100" w:type="dxa"/>
            </w:tcMar>
          </w:tcPr>
          <w:p>
            <w:pPr>
              <w:spacing w:before="0" w:after="0"/>
            </w:pPr>
            <w:r/>
            <w:r>
              <w:rPr>
                <w:rFonts w:ascii="Arial" w:hAnsi="Arial" w:eastAsia="Arial"/>
                <w:b/>
                <w:color w:val="FFFFFF"/>
                <w:sz w:val="16"/>
              </w:rPr>
              <w:t>Quer transformar esta OS em um processo digital?</w:t>
              <w:br/>
            </w:r>
            <w:r>
              <w:rPr>
                <w:rFonts w:ascii="Arial" w:hAnsi="Arial" w:eastAsia="Arial"/>
                <w:b w:val="0"/>
                <w:color w:val="FFFFFF"/>
                <w:sz w:val="13"/>
              </w:rPr>
              <w:t>Crie, compartilhe e acompanhe ordens de serviço no Ordemio.</w:t>
            </w:r>
          </w:p>
        </w:tc>
        <w:tc>
          <w:tcPr>
            <w:tcW w:type="dxa" w:w="5103"/>
            <w:shd w:fill="5A5AE6" w:val="clear"/>
            <w:tcMar>
              <w:top w:w="100" w:type="dxa"/>
              <w:start w:w="100" w:type="dxa"/>
              <w:bottom w:w="90" w:type="dxa"/>
              <w:end w:w="100" w:type="dxa"/>
            </w:tcMar>
          </w:tcPr>
          <w:p>
            <w:pPr>
              <w:spacing w:before="0" w:after="0"/>
              <w:jc w:val="center"/>
            </w:pPr>
            <w:r/>
            <w:r>
              <w:rPr>
                <w:rFonts w:ascii="Arial" w:hAnsi="Arial" w:eastAsia="Arial"/>
                <w:b/>
                <w:color w:val="FFFFFF"/>
                <w:sz w:val="19"/>
              </w:rPr>
              <w:t>ordemio.com.br</w:t>
            </w:r>
          </w:p>
        </w:tc>
      </w:tr>
    </w:tbl>
    <w:sectPr w:rsidR="00FC693F" w:rsidRPr="0006063C" w:rsidSect="00034616">
      <w:footerReference w:type="default" r:id="rId9"/>
      <w:pgSz w:w="11906" w:h="16838"/>
      <w:pgMar w:top="567" w:right="680" w:bottom="737" w:left="680" w:header="283" w:footer="34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0"/>
    </w:pPr>
    <w:r/>
  </w:p>
  <w:tbl>
    <w:tblPr>
      <w:tblW w:type="auto" w:w="0"/>
      <w:tblLayout w:type="fixed"/>
      <w:tblLook w:firstColumn="1" w:firstRow="1" w:lastColumn="0" w:lastRow="0" w:noHBand="0" w:noVBand="1" w:val="04A0"/>
    </w:tblPr>
    <w:tblGrid>
      <w:gridCol w:w="3402"/>
      <w:gridCol w:w="3402"/>
      <w:gridCol w:w="3402"/>
    </w:tblGrid>
    <w:tr>
      <w:tc>
        <w:tcPr>
          <w:tcW w:type="dxa" w:w="3402"/>
          <w:tcBorders>
            <w:top w:val="single" w:sz="4" w:color="CBD5E1"/>
          </w:tcBorders>
          <w:tcMar>
            <w:top w:w="70" w:type="dxa"/>
            <w:start w:w="0" w:type="dxa"/>
            <w:bottom w:w="0" w:type="dxa"/>
            <w:end w:w="0" w:type="dxa"/>
          </w:tcMar>
        </w:tcPr>
        <w:p>
          <w:pPr>
            <w:spacing w:before="0" w:after="0"/>
            <w:jc w:val="left"/>
          </w:pPr>
          <w:r/>
          <w:r>
            <w:rPr>
              <w:rFonts w:ascii="Arial" w:hAnsi="Arial" w:eastAsia="Arial"/>
              <w:b/>
              <w:color w:val="5A5AE6"/>
              <w:sz w:val="15"/>
            </w:rPr>
            <w:t>ORDEMIO</w:t>
          </w:r>
        </w:p>
      </w:tc>
      <w:tc>
        <w:tcPr>
          <w:tcW w:type="dxa" w:w="3402"/>
          <w:tcBorders>
            <w:top w:val="single" w:sz="4" w:color="CBD5E1"/>
          </w:tcBorders>
          <w:tcMar>
            <w:top w:w="70" w:type="dxa"/>
            <w:start w:w="0" w:type="dxa"/>
            <w:bottom w:w="0" w:type="dxa"/>
            <w:end w:w="0" w:type="dxa"/>
          </w:tcMar>
        </w:tcPr>
        <w:p>
          <w:pPr>
            <w:spacing w:before="0" w:after="0"/>
            <w:jc w:val="center"/>
          </w:pPr>
          <w:r/>
          <w:r>
            <w:rPr>
              <w:rFonts w:ascii="Arial" w:hAnsi="Arial" w:eastAsia="Arial"/>
              <w:b w:val="0"/>
              <w:color w:val="667085"/>
              <w:sz w:val="15"/>
            </w:rPr>
            <w:t>Modelo gratuito • ordemio.com.br</w:t>
          </w:r>
        </w:p>
      </w:tc>
      <w:tc>
        <w:tcPr>
          <w:tcW w:type="dxa" w:w="3402"/>
          <w:tcBorders>
            <w:top w:val="single" w:sz="4" w:color="CBD5E1"/>
          </w:tcBorders>
          <w:tcMar>
            <w:top w:w="70" w:type="dxa"/>
            <w:start w:w="0" w:type="dxa"/>
            <w:bottom w:w="0" w:type="dxa"/>
            <w:end w:w="0" w:type="dxa"/>
          </w:tcMar>
        </w:tcPr>
        <w:p>
          <w:pPr>
            <w:spacing w:before="0" w:after="0"/>
            <w:jc w:val="right"/>
          </w:pPr>
          <w:r/>
          <w:r>
            <w:rPr>
              <w:rFonts w:ascii="Arial" w:hAnsi="Arial" w:eastAsia="Arial"/>
              <w:b w:val="0"/>
              <w:color w:val="667085"/>
              <w:sz w:val="15"/>
            </w:rPr>
            <w:t>Climatização e ar-condicionado</w:t>
          </w:r>
        </w:p>
      </w:tc>
    </w:tr>
  </w:tbl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 w:before="0" w:line="240" w:lineRule="auto"/>
    </w:pPr>
    <w:rPr>
      <w:rFonts w:ascii="Arial" w:hAnsi="Arial"/>
      <w:sz w:val="16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de Ordem de Serviço de Ar-Condicionado - Ordemio</dc:title>
  <dc:subject>Template de ordem de serviço para climatização, instalação, higienização e manutenção de ar-condicionado</dc:subject>
  <dc:creator>Ordemio</dc:creator>
  <cp:keywords>ordem de serviço, ar-condicionado, climatização, manutenção, instalação, Ordemio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