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color w:val="5B5CE2"/>
                <w:sz w:val="14"/>
              </w:rPr>
              <w:br/>
              <w:t>MODELO DE OS • ASSISTÊNCIA TÉCNICA DE CELULAR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color w:val="6B7280"/>
                <w:sz w:val="14"/>
              </w:rPr>
              <w:t>Entrada: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DA ASSISTÊNCIA TÉCNICA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EMPRESA / ASSISTÊNCIA TÉCNICA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RESPONSÁVEL / ATENDENTE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PREVISÃO DE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CONTATO ALTERNATIVO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DO APARELHO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registre o estado do celular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MODELO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COR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CAPACIDADE / MEMÓRIA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IMEI 1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IMEI 2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Nº DE SÉRIE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OPERADORA / CHIP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APARELHO JÁ FOI ABERTO?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Não   ☐ Sim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SINAIS DE LÍQUIDO/OXIDAÇÃO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Não   ☐ Sim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LIGA AO RECEBER?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Sim   ☐ Não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BATERIA RECEBIDA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 %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ACESSÓRIOS RECEBIDOS E ACESSO PARA TESTES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Carregador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Cabo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Chip/SIM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Cartão SD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Capa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Película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Caixa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Outro: __________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Cliente acompanha   ☐ Senha/padrão temporário: __________   ☐ Não autorizado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DOS ACESSÓRIOS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PRIVACIDADE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Prefira senha temporária. Apague qualquer credencial registrada após os testes e a entrega.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VISUAL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Tela íntegra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Tela trincada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Sem imagem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Touch falha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Carcaça riscada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Carcaça amassada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Vidro traseiro trincado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Botões ok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Câmeras íntegras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Conector íntegro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Alto-falante íntegro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Microfone íntegro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4"/>
              </w:rPr>
              <w:t>☐ Bandeja SIM íntegra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☐ Lentes íntegras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MARCAS, AVARIAS OU DETALHES IMPORTANTES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DEFEITO RELATADO PELO CLIENTE / SOLICITAÇÃO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Descreva sintomas, quando começou, quedas, contato com líquido, reparos anteriores e o que o cliente espera do atendimento.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4"/>
              </w:rPr>
              <w:t>☐ Autorizo apenas o diagnóstico   ☐ Autorizo serviço até R$ __________ sem novo contato   ☐ Exigir aprovação prévia do orçamento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ORDEMIO  •  OS PARA ASSISTÊNCIA TÉCNICA DE CELULAR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DIAGNÓSTICO TÉCNICO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DIAGNÓSTICO / CAUSA PROVÁVEL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Registre testes realizados, falhas identificadas, riscos, componentes envolvidos e observações técnicas.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SERVIÇOS, PEÇAS E MATERIAIS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Descrição do serviço / peça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Garantia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PIX   ☐ Cartão   ☐ Dinheiro   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Assinatura   ☐ WhatsApp   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DE TESTES ANTES DA ENTREGA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Liga/desliga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Carga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Touch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Tela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Botões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Chip/rede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Wi‑Fi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Bluetooth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Microfone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Alto-falante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Auricular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Câmera frontal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☐ Câmera traseira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Biometria/Face ID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Sensores</w:t>
            </w:r>
            <w:r>
              <w:t xml:space="preserve">    </w:t>
            </w:r>
            <w:r>
              <w:rPr>
                <w:rFonts w:ascii="Aptos" w:hAnsi="Aptos"/>
                <w:b w:val="0"/>
                <w:color w:val="1F2937"/>
                <w:sz w:val="13"/>
              </w:rPr>
              <w:t>☐ Vibração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Aprovado nos testes   ☐ Aprovado com ressalvas   ☐ Não concluído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RESPONSÁVEL / DATA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GARANTIA E TERMOS SUGERIDOS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1. Garantia informada nesta OS: ______ dias para o serviço executado / conforme especificação da peça e legislação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2. O cliente deve conferir o aparelho, acessórios e testes no ato da entrega e registrar imediatamente qualquer ressalva.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3. Recomenda-se backup prévio dos dados. Qualquer restauração, formatação ou apagamento deve ser expressamente autorizado e registrado.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4. Danos novos por impacto, líquido, mau uso ou intervenção posterior devem ser avaliados separadamente, respeitada a legislação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5. Peças substituídas: ☐ devolver ao cliente   ☐ encaminhar para descarte/reciclagem, quando permitido e autorizado.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6. A senha/padrão temporário, quando fornecido para testes, deve ser removido do registro após a conclusão do atendimento.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/ ASSISTÊNCIA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color w:val="E5E7EB"/>
                <w:sz w:val="13"/>
              </w:rPr>
              <w:br/>
              <w:t>Crie, envie, assine e acompanhe ordens de serviço pelo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6B7280"/>
              <w:sz w:val="13"/>
            </w:rPr>
            <w:t>Assistência Técnica de Celular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Assistência Técnica de Celular - Ordemio</dc:title>
  <dc:subject>Template de ordem de serviço para assistência técnica de celular</dc:subject>
  <dc:creator>Ordemio</dc:creator>
  <cp:keywords>Ordemio, ordem de serviço, assistência técnica, celular, smartphone, OS</cp:keywords>
  <dc:description>Modelo editável e imprimível da marca Ordemio.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