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26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111827"/>
                <w:sz w:val="27"/>
              </w:rPr>
              <w:t>ORDEMIO</w:t>
            </w:r>
            <w:r>
              <w:rPr>
                <w:rFonts w:ascii="Aptos" w:hAnsi="Aptos"/>
                <w:b/>
                <w:color w:val="5B5CE2"/>
                <w:sz w:val="15"/>
              </w:rPr>
              <w:br/>
              <w:t>MODELO DE ORDEM DE SERVIÇO • CELULAR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111827"/>
                <w:sz w:val="16"/>
              </w:rPr>
              <w:t>ORDEM DE SERVIÇO Nº  __________________</w:t>
              <w:br/>
            </w:r>
            <w:r>
              <w:rPr>
                <w:rFonts w:ascii="Aptos" w:hAnsi="Aptos"/>
                <w:b w:val="0"/>
                <w:color w:val="6B7280"/>
                <w:sz w:val="14"/>
              </w:rPr>
              <w:t>Entrada: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DA ASSISTÊNCIA TÉCNICA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EMPRESA / ASSISTÊNCIA TÉCNICA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CNPJ / CPF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RESPONSÁVEL / ATENDENTE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PREVISÃO DE ENTREGA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DADOS DO CLIENTE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NOME / RAZÃO SOCIAL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CPF / CNPJ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CONTATO ALTERNATIVO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DO APARELHO</w:t>
            </w:r>
            <w:r>
              <w:rPr>
                <w:rFonts w:ascii="Aptos" w:hAnsi="Aptos"/>
                <w:b w:val="0"/>
                <w:color w:val="E6E7FF"/>
                <w:sz w:val="13"/>
              </w:rPr>
              <w:t xml:space="preserve">   •   registre o estado do celular no recebimento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MARCA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MODELO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COR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CAPACIDADE / MEMÓRIA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IMEI 1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IMEI 2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Nº DE SÉRIE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OPERADORA / CHIP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APARELHO JÁ FOI ABERTO?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Não   ☐ Sim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SINAIS DE LÍQUIDO/OXIDAÇÃO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Não   ☐ Sim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LIGA AO RECEBER?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Sim   ☐ Não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BATERIA RECEBIDA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 %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ACESSÓRIOS RECEBIDOS E ACESSO PARA TESTES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Carregador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Cabo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Chip/SIM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Cartão SD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Capa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Película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Caixa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Outro: __________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Cliente acompanha   ☐ Senha/padrão temporário: __________   ☐ Não autorizado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DOS ACESSÓRIOS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PRIVACIDADE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Prefira senha temporária. Apague qualquer credencial registrada após os testes e a entrega.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CHECKLIST VISUAL NO RECEBIMENTO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Tela íntegra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Tela trincada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Sem imagem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Touch falha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Carcaça riscada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Carcaça amassada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Vidro traseiro trincado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Botões ok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Câmeras íntegras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Conector íntegro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Alto-falante íntegro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Microfone íntegro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Bandeja SIM íntegra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Lentes íntegras</w:t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MARCAS, AVARIAS OU DETALHES IMPORTANTES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DEFEITO RELATADO PELO CLIENTE / SOLICITAÇÃO</w:t>
              <w:br/>
            </w:r>
            <w:r>
              <w:rPr>
                <w:rFonts w:ascii="Aptos" w:hAnsi="Aptos"/>
                <w:b w:val="0"/>
                <w:color w:val="9CA3AF"/>
                <w:sz w:val="15"/>
              </w:rPr>
              <w:t>Descreva sintomas, quando começou, quedas, contato com líquido, reparos anteriores e o que o cliente espera do atendimento.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AUTORIZAÇÃO INICIAL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Autorizo apenas o diagnóstico   ☐ Autorizo serviço até R$ __________ sem novo contato   ☐ Exigir aprovação prévia do orçamento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B7280"/>
                <w:sz w:val="14"/>
              </w:rPr>
              <w:t>Assinatura do cliente: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6"/>
              </w:rPr>
              <w:t>ORDEMIO  •  CONTINUAÇÃO DA ORDEM DE SERVIÇO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DIAGNÓSTICO TÉCNICO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DIAGNÓSTICO / CAUSA PROVÁVEL</w:t>
              <w:br/>
            </w:r>
            <w:r>
              <w:rPr>
                <w:rFonts w:ascii="Aptos" w:hAnsi="Aptos"/>
                <w:b w:val="0"/>
                <w:color w:val="9CA3AF"/>
                <w:sz w:val="15"/>
              </w:rPr>
              <w:t>Registre testes realizados, falhas identificadas, riscos, componentes envolvidos e observações técnicas.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SERVIÇOS, PEÇAS E MATERIAIS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Descrição do serviço / peça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Qtd.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Vlr. unit.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Total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Garantia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PIX   ☐ Cartão   ☐ Dinheiro   ☐ Boleto   ☐ Outro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ORÇAMENTO APROVADO EM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____/____/______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SUBTOTAL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DESCONTO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APROVAÇÃO DO CLIENTE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Assinatura   ☐ WhatsApp   ☐ E-mail   ☐ Link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SINAL / ENTRADA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TOTAL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SALDO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FINANCEIRAS / CONDIÇÕES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CHECKLIST DE TESTES ANTES DA ENTREGA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Liga/desliga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Carga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Touch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Tela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Botões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Chip/rede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Wi‑Fi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Bluetooth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Microfone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Alto-falante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Auricular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Câmera frontal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Câmera traseira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Biometria/Face ID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Sensores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Vibração</w:t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RESULTADO FINAL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Aprovado nos testes   ☐ Aprovado com ressalvas   ☐ Não concluído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TÉCNICO RESPONSÁVEL / DATA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________________________________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GARANTIA E TERMOS SUGERIDOS</w:t>
            </w:r>
            <w:r>
              <w:rPr>
                <w:rFonts w:ascii="Aptos" w:hAnsi="Aptos"/>
                <w:b w:val="0"/>
                <w:color w:val="E6E7FF"/>
                <w:sz w:val="13"/>
              </w:rPr>
              <w:t xml:space="preserve">   •   adapte às regras da sua empresa e à legislação aplicável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1. Garantia informada nesta OS: ______ dias para o serviço executado / conforme especificação da peça e legislação aplicável.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2. O cliente deve conferir o aparelho, acessórios e testes no ato da entrega e registrar imediatamente qualquer ressalva.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3. Recomenda-se backup prévio dos dados. Qualquer restauração, formatação ou apagamento deve ser expressamente autorizado e registrado.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4. Danos novos por impacto, líquido, mau uso ou intervenção posterior devem ser avaliados separadamente, respeitada a legislação aplicável.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5. Peças substituídas: ☐ devolver ao cliente   ☐ encaminhar para descarte/reciclagem, quando permitido e autorizado.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6. A senha/padrão temporário, quando fornecido para testes, deve ser removido do registro após a conclusão do atendimento.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ENTREGA E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DATA DA ENTREGA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HORA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____:____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VALOR RECEBIDO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STATUS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Pago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CLIENTE / RESPONSÁVEL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Assinatura: ______________________________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TÉCNICO / ASSISTÊNCIA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Assinatura: ______________________________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6"/>
              </w:rPr>
              <w:t>Quer transformar esta OS em um processo digital?</w:t>
            </w:r>
            <w:r>
              <w:rPr>
                <w:rFonts w:ascii="Aptos" w:hAnsi="Aptos"/>
                <w:b w:val="0"/>
                <w:color w:val="E5E7EB"/>
                <w:sz w:val="13"/>
              </w:rPr>
              <w:br/>
              <w:t>Crie, compartilhe e acompanhe ordens de serviço no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color w:val="5B5CE2"/>
              <w:sz w:val="15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color w:val="6B7280"/>
              <w:sz w:val="13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color w:val="6B7280"/>
              <w:sz w:val="13"/>
            </w:rPr>
            <w:t>Assistência técnica de celular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de Celular - Ordemio</dc:title>
  <dc:subject>Template editável para assistência técnica de celulares</dc:subject>
  <dc:creator>Ordemio</dc:creator>
  <cp:keywords>ordem de serviço, celular, assistência técnica, Ordemio, template</cp:keywords>
  <dc:description>Modelo editável criado para uso como ordem de serviço de assistência técnica de celular.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