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90"/>
        <w:gridCol w:w="3490"/>
        <w:gridCol w:w="3490"/>
      </w:tblGrid>
      <w:tr>
        <w:trPr>
          <w:trHeight w:val="880" w:hRule="atLeast"/>
        </w:trPr>
        <w:tc>
          <w:tcPr>
            <w:tcW w:type="dxa" w:w="3096"/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  <w:tcMar>
              <w:top w:w="130" w:type="dxa"/>
              <w:start w:w="110" w:type="dxa"/>
              <w:bottom w:w="130" w:type="dxa"/>
              <w:end w:w="110" w:type="dxa"/>
            </w:tcMar>
            <w:shd w:fill="5B5CE2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 Display" w:hAnsi="Aptos Display"/>
                <w:b/>
                <w:color w:val="FFFFFF"/>
                <w:sz w:val="34"/>
              </w:rPr>
              <w:t>OS</w:t>
            </w:r>
          </w:p>
        </w:tc>
        <w:tc>
          <w:tcPr>
            <w:tcW w:type="dxa" w:w="3240"/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  <w:tcMar>
              <w:top w:w="130" w:type="dxa"/>
              <w:start w:w="110" w:type="dxa"/>
              <w:bottom w:w="130" w:type="dxa"/>
              <w:end w:w="110" w:type="dxa"/>
            </w:tcMar>
          </w:tcPr>
          <w:p>
            <w:pPr>
              <w:spacing w:before="0" w:after="0" w:line="240" w:lineRule="auto"/>
            </w:pPr>
            <w:r>
              <w:rPr>
                <w:rFonts w:ascii="Georgia" w:hAnsi="Georgia"/>
                <w:b/>
                <w:color w:val="111827"/>
                <w:sz w:val="34"/>
              </w:rPr>
              <w:t>ORDEMIO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5B5CE2"/>
                <w:sz w:val="17"/>
              </w:rPr>
              <w:t>MODELO DE ORDEM DE SERVIÇO •</w:t>
              <w:br/>
              <w:t>CONSTRUÇÃO CIVIL</w:t>
            </w:r>
          </w:p>
        </w:tc>
        <w:tc>
          <w:tcPr>
            <w:tcW w:type="dxa" w:w="3168"/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  <w:tcMar>
              <w:top w:w="130" w:type="dxa"/>
              <w:start w:w="110" w:type="dxa"/>
              <w:bottom w:w="130" w:type="dxa"/>
              <w:end w:w="110" w:type="dxa"/>
            </w:tcMar>
          </w:tcPr>
          <w:p>
            <w:pPr>
              <w:spacing w:before="0" w:after="0" w:line="240" w:lineRule="auto"/>
              <w:jc w:val="right"/>
            </w:pPr>
            <w:r>
              <w:rPr>
                <w:rFonts w:ascii="Aptos" w:hAnsi="Aptos"/>
                <w:b/>
                <w:color w:val="111827"/>
                <w:sz w:val="18"/>
              </w:rPr>
              <w:t>ORDEM DE SERVIÇO Nº  ______________</w:t>
            </w:r>
          </w:p>
          <w:p>
            <w:pPr>
              <w:spacing w:before="0" w:after="0" w:line="240" w:lineRule="auto"/>
              <w:jc w:val="right"/>
            </w:pPr>
            <w:r>
              <w:rPr>
                <w:rFonts w:ascii="Aptos" w:hAnsi="Aptos"/>
                <w:b w:val="0"/>
                <w:color w:val="667085"/>
                <w:sz w:val="16"/>
              </w:rPr>
              <w:t>Emissão: ____/____/______   ____:____</w:t>
            </w:r>
          </w:p>
        </w:tc>
      </w:tr>
    </w:tbl>
    <w:p>
      <w:pPr>
        <w:spacing w:before="0" w:after="0" w:line="48" w:lineRule="auto"/>
      </w:pPr>
      <w:r>
        <w:rPr>
          <w:sz w:val="6"/>
        </w:rPr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469"/>
      </w:tblGrid>
      <w:tr>
        <w:tc>
          <w:tcPr>
            <w:tcW w:type="dxa" w:w="10469"/>
            <w:shd w:fill="5B5CE2"/>
            <w:tcMar>
              <w:top w:w="50" w:type="dxa"/>
              <w:start w:w="90" w:type="dxa"/>
              <w:bottom w:w="50" w:type="dxa"/>
              <w:end w:w="9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8"/>
              </w:rPr>
              <w:t>IDENTIFICAÇÃO DA EMPRESA / PRESTADOR</w:t>
            </w:r>
          </w:p>
        </w:tc>
      </w:tr>
    </w:tbl>
    <w:p>
      <w:pPr>
        <w:spacing w:after="0" w:before="0" w:line="24" w:lineRule="auto"/>
      </w:pPr>
      <w:r>
        <w:rPr>
          <w:sz w:val="1"/>
        </w:rPr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7"/>
        <w:gridCol w:w="2617"/>
        <w:gridCol w:w="2617"/>
        <w:gridCol w:w="2617"/>
      </w:tblGrid>
      <w:tr>
        <w:trPr>
          <w:trHeight w:val="520" w:hRule="atLeast"/>
        </w:trPr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EMPRESA / PRESTADOR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CNPJ / CPF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TELEFONE / WHATSAPP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RESPONSÁVEL TÉCNICO</w:t>
            </w:r>
          </w:p>
        </w:tc>
      </w:tr>
      <w:tr>
        <w:trPr>
          <w:trHeight w:val="520" w:hRule="atLeast"/>
        </w:trPr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ENDEREÇO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E-MAIL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CREA / CAU / REGISTRO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PREVISÃO DE MOBILIZAÇÃO</w:t>
            </w:r>
          </w:p>
        </w:tc>
      </w:tr>
    </w:tbl>
    <w:p>
      <w:pPr>
        <w:spacing w:before="0" w:after="0" w:line="48" w:lineRule="auto"/>
      </w:pPr>
      <w:r>
        <w:rPr>
          <w:sz w:val="4"/>
        </w:rPr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469"/>
      </w:tblGrid>
      <w:tr>
        <w:tc>
          <w:tcPr>
            <w:tcW w:type="dxa" w:w="10469"/>
            <w:shd w:fill="5B5CE2"/>
            <w:tcMar>
              <w:top w:w="50" w:type="dxa"/>
              <w:start w:w="90" w:type="dxa"/>
              <w:bottom w:w="50" w:type="dxa"/>
              <w:end w:w="9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8"/>
              </w:rPr>
              <w:t>DADOS DO CONTRATANTE / CLIENTE</w:t>
            </w:r>
          </w:p>
        </w:tc>
      </w:tr>
    </w:tbl>
    <w:p>
      <w:pPr>
        <w:spacing w:after="0" w:before="0" w:line="24" w:lineRule="auto"/>
      </w:pPr>
      <w:r>
        <w:rPr>
          <w:sz w:val="1"/>
        </w:rPr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7"/>
        <w:gridCol w:w="2617"/>
        <w:gridCol w:w="2617"/>
        <w:gridCol w:w="2617"/>
      </w:tblGrid>
      <w:tr>
        <w:trPr>
          <w:trHeight w:val="520" w:hRule="atLeast"/>
        </w:trPr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NOME / RAZÃO SOCIAL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CPF / CNPJ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TELEFONE / WHATSAPP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E-MAIL</w:t>
            </w:r>
          </w:p>
        </w:tc>
      </w:tr>
      <w:tr>
        <w:trPr>
          <w:trHeight w:val="520" w:hRule="atLeast"/>
        </w:trPr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ENDEREÇO DE COBRANÇA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CONTATO RESPONSÁVEL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CARGO / SETOR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CENTRO DE CUSTO / REFERÊNCIA</w:t>
            </w:r>
          </w:p>
        </w:tc>
      </w:tr>
    </w:tbl>
    <w:p>
      <w:pPr>
        <w:spacing w:before="0" w:after="0" w:line="48" w:lineRule="auto"/>
      </w:pPr>
      <w:r>
        <w:rPr>
          <w:sz w:val="4"/>
        </w:rPr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469"/>
      </w:tblGrid>
      <w:tr>
        <w:tc>
          <w:tcPr>
            <w:tcW w:type="dxa" w:w="10469"/>
            <w:shd w:fill="5B5CE2"/>
            <w:tcMar>
              <w:top w:w="50" w:type="dxa"/>
              <w:start w:w="90" w:type="dxa"/>
              <w:bottom w:w="50" w:type="dxa"/>
              <w:end w:w="9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8"/>
              </w:rPr>
              <w:t>IDENTIFICAÇÃO DA OBRA / SERVIÇO</w:t>
            </w:r>
            <w:r>
              <w:rPr>
                <w:rFonts w:ascii="Aptos" w:hAnsi="Aptos"/>
                <w:b w:val="0"/>
                <w:color w:val="E0E7FF"/>
                <w:sz w:val="16"/>
              </w:rPr>
              <w:t xml:space="preserve">   •   preencha conforme o contrato, projeto ou solicitação</w:t>
            </w:r>
          </w:p>
        </w:tc>
      </w:tr>
    </w:tbl>
    <w:p>
      <w:pPr>
        <w:spacing w:after="0" w:before="0" w:line="24" w:lineRule="auto"/>
      </w:pPr>
      <w:r>
        <w:rPr>
          <w:sz w:val="1"/>
        </w:rPr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7"/>
        <w:gridCol w:w="2617"/>
        <w:gridCol w:w="2617"/>
        <w:gridCol w:w="2617"/>
      </w:tblGrid>
      <w:tr>
        <w:trPr>
          <w:trHeight w:val="500" w:hRule="atLeast"/>
        </w:trPr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TIPO DE OBRA / SERVIÇO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LOCAL DA EXECUÇÃO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CONTRATO / PEDIDO Nº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ART / RRT</w:t>
            </w:r>
          </w:p>
        </w:tc>
      </w:tr>
      <w:tr>
        <w:trPr>
          <w:trHeight w:val="500" w:hRule="atLeast"/>
        </w:trPr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RESPONSÁVEL NO LOCAL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DATA PREVISTA INÍCIO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8"/>
              </w:rPr>
              <w:t>____/____/______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DATA PREVISTA TÉRMINO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8"/>
              </w:rPr>
              <w:t>____/____/______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EQUIPE PREVISTA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8"/>
              </w:rPr>
              <w:t>______ pessoas</w:t>
            </w:r>
          </w:p>
        </w:tc>
      </w:tr>
      <w:tr>
        <w:trPr>
          <w:trHeight w:val="500" w:hRule="atLeast"/>
        </w:trPr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PROJETO / REVISÃO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ALVARÁ / LICENÇA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8"/>
              </w:rPr>
              <w:t>Quando aplicável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JORNADA / HORÁRIO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CONDIÇÃO DE ACESSO</w:t>
            </w:r>
          </w:p>
        </w:tc>
      </w:tr>
    </w:tbl>
    <w:p>
      <w:pPr>
        <w:spacing w:before="0" w:after="0" w:line="48" w:lineRule="auto"/>
      </w:pPr>
      <w:r>
        <w:rPr>
          <w:sz w:val="4"/>
        </w:rPr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469"/>
      </w:tblGrid>
      <w:tr>
        <w:tc>
          <w:tcPr>
            <w:tcW w:type="dxa" w:w="10469"/>
            <w:shd w:fill="5B5CE2"/>
            <w:tcMar>
              <w:top w:w="50" w:type="dxa"/>
              <w:start w:w="90" w:type="dxa"/>
              <w:bottom w:w="50" w:type="dxa"/>
              <w:end w:w="9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8"/>
              </w:rPr>
              <w:t>ESCOPO E SOLICITAÇÃO DO SERVIÇO</w:t>
            </w:r>
          </w:p>
        </w:tc>
      </w:tr>
    </w:tbl>
    <w:p>
      <w:pPr>
        <w:spacing w:after="0" w:before="0" w:line="24" w:lineRule="auto"/>
      </w:pPr>
      <w:r>
        <w:rPr>
          <w:sz w:val="1"/>
        </w:rPr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469"/>
      </w:tblGrid>
      <w:tr>
        <w:trPr>
          <w:trHeight w:val="700" w:hRule="atLeast"/>
        </w:trPr>
        <w:tc>
          <w:tcPr>
            <w:tcW w:type="dxa" w:w="10469"/>
            <w:vAlign w:val="top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DESCRIÇÃO DO ESCOPO / SERVIÇO SOLICITADO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98A2B3"/>
                <w:sz w:val="16"/>
              </w:rPr>
              <w:t>Descreva atividades, ambientes, dimensões, entregáveis, restrições, referências de projeto e critérios de aceitação.</w:t>
            </w:r>
          </w:p>
        </w:tc>
      </w:tr>
    </w:tbl>
    <w:p>
      <w:pPr>
        <w:spacing w:before="0" w:after="0" w:line="48" w:lineRule="auto"/>
      </w:pPr>
      <w:r>
        <w:rPr>
          <w:sz w:val="4"/>
        </w:rPr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469"/>
      </w:tblGrid>
      <w:tr>
        <w:tc>
          <w:tcPr>
            <w:tcW w:type="dxa" w:w="10469"/>
            <w:shd w:fill="5B5CE2"/>
            <w:tcMar>
              <w:top w:w="50" w:type="dxa"/>
              <w:start w:w="90" w:type="dxa"/>
              <w:bottom w:w="50" w:type="dxa"/>
              <w:end w:w="9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8"/>
              </w:rPr>
              <w:t>PLANEJAMENTO, RECURSOS E SEGURANÇA</w:t>
            </w:r>
          </w:p>
        </w:tc>
      </w:tr>
    </w:tbl>
    <w:p>
      <w:pPr>
        <w:spacing w:after="0" w:before="0" w:line="24" w:lineRule="auto"/>
      </w:pPr>
      <w:r>
        <w:rPr>
          <w:sz w:val="1"/>
        </w:rPr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34"/>
        <w:gridCol w:w="5234"/>
      </w:tblGrid>
      <w:tr>
        <w:trPr>
          <w:trHeight w:val="580" w:hRule="atLeast"/>
        </w:trPr>
        <w:tc>
          <w:tcPr>
            <w:tcW w:type="dxa" w:w="4752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DOCUMENTOS / PLANEJAMENTO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7"/>
              </w:rPr>
              <w:t>□ Projeto disponível   □ Memorial   □ Cronograma   □ Orçamento   □ ART/RRT   □ Outro: __________</w:t>
            </w:r>
          </w:p>
        </w:tc>
        <w:tc>
          <w:tcPr>
            <w:tcW w:type="dxa" w:w="4752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CONDIÇÕES DO LOCAL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7"/>
              </w:rPr>
              <w:t>□ Área liberada   □ Energia   □ Água   □ Acesso   □ Armazenamento   □ Interferências</w:t>
            </w:r>
          </w:p>
        </w:tc>
      </w:tr>
      <w:tr>
        <w:trPr>
          <w:trHeight w:val="580" w:hRule="atLeast"/>
        </w:trPr>
        <w:tc>
          <w:tcPr>
            <w:tcW w:type="dxa" w:w="4752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SEGURANÇA - QUANDO APLICÁVEL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7"/>
              </w:rPr>
              <w:t>□ EPI   □ EPC   □ DDS   □ Isolamento   □ Permissão de trabalho   □ Sinalização</w:t>
            </w:r>
          </w:p>
        </w:tc>
        <w:tc>
          <w:tcPr>
            <w:tcW w:type="dxa" w:w="4752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RECURSOS PREVISTOS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7"/>
              </w:rPr>
              <w:t>□ Mão de obra   □ Ferramentas   □ Equipamentos   □ Andaime   □ Caçamba   □ Transporte</w:t>
            </w:r>
          </w:p>
        </w:tc>
      </w:tr>
    </w:tbl>
    <w:p>
      <w:pPr>
        <w:spacing w:before="0" w:after="0" w:line="48" w:lineRule="auto"/>
      </w:pPr>
      <w:r>
        <w:rPr>
          <w:sz w:val="4"/>
        </w:rPr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469"/>
      </w:tblGrid>
      <w:tr>
        <w:tc>
          <w:tcPr>
            <w:tcW w:type="dxa" w:w="10469"/>
            <w:shd w:fill="5B5CE2"/>
            <w:tcMar>
              <w:top w:w="50" w:type="dxa"/>
              <w:start w:w="90" w:type="dxa"/>
              <w:bottom w:w="50" w:type="dxa"/>
              <w:end w:w="9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8"/>
              </w:rPr>
              <w:t>AUTORIZAÇÃO PARA INÍCIO</w:t>
            </w:r>
          </w:p>
        </w:tc>
      </w:tr>
    </w:tbl>
    <w:p>
      <w:pPr>
        <w:spacing w:after="0" w:before="0" w:line="24" w:lineRule="auto"/>
      </w:pPr>
      <w:r>
        <w:rPr>
          <w:sz w:val="1"/>
        </w:rPr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34"/>
        <w:gridCol w:w="5234"/>
      </w:tblGrid>
      <w:tr>
        <w:trPr>
          <w:trHeight w:val="560" w:hRule="atLeast"/>
        </w:trPr>
        <w:tc>
          <w:tcPr>
            <w:tcW w:type="dxa" w:w="4752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AUTORIZAÇÃO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7"/>
              </w:rPr>
              <w:t>□ Escopo aprovado   □ Acesso liberado   □ Orçamento aprovado   □ Início autorizado</w:t>
            </w:r>
          </w:p>
        </w:tc>
        <w:tc>
          <w:tcPr>
            <w:tcW w:type="dxa" w:w="4752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CONTRATANTE / RESPONSÁVEL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7"/>
              </w:rPr>
              <w:t>Assinatura: ________________________________</w:t>
            </w:r>
          </w:p>
        </w:tc>
      </w:tr>
    </w:tbl>
    <w:p>
      <w:pPr>
        <w:spacing w:before="0" w:after="0" w:line="240" w:lineRule="auto"/>
      </w:pPr>
      <w:r>
        <w:br w:type="page"/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34"/>
        <w:gridCol w:w="5234"/>
      </w:tblGrid>
      <w:tr>
        <w:tc>
          <w:tcPr>
            <w:tcW w:type="dxa" w:w="4752"/>
            <w:shd w:fill="111827"/>
            <w:tcMar>
              <w:top w:w="90" w:type="dxa"/>
              <w:start w:w="90" w:type="dxa"/>
              <w:bottom w:w="90" w:type="dxa"/>
              <w:end w:w="9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8"/>
              </w:rPr>
              <w:t>ORDEMIO  •  CONTINUAÇÃO DA ORDEM DE SERVIÇO</w:t>
            </w:r>
          </w:p>
        </w:tc>
        <w:tc>
          <w:tcPr>
            <w:tcW w:type="dxa" w:w="4752"/>
            <w:shd w:fill="5B5CE2"/>
            <w:tcMar>
              <w:top w:w="90" w:type="dxa"/>
              <w:start w:w="90" w:type="dxa"/>
              <w:bottom w:w="90" w:type="dxa"/>
              <w:end w:w="9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  <w:jc w:val="right"/>
            </w:pPr>
            <w:r>
              <w:rPr>
                <w:rFonts w:ascii="Aptos" w:hAnsi="Aptos"/>
                <w:b/>
                <w:color w:val="FFFFFF"/>
                <w:sz w:val="18"/>
              </w:rPr>
              <w:t>OS Nº __________________</w:t>
            </w:r>
          </w:p>
        </w:tc>
      </w:tr>
    </w:tbl>
    <w:p>
      <w:pPr>
        <w:spacing w:before="0" w:after="0" w:line="48" w:lineRule="auto"/>
      </w:pPr>
      <w:r>
        <w:rPr>
          <w:sz w:val="6"/>
        </w:rPr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469"/>
      </w:tblGrid>
      <w:tr>
        <w:tc>
          <w:tcPr>
            <w:tcW w:type="dxa" w:w="10469"/>
            <w:shd w:fill="5B5CE2"/>
            <w:tcMar>
              <w:top w:w="50" w:type="dxa"/>
              <w:start w:w="90" w:type="dxa"/>
              <w:bottom w:w="50" w:type="dxa"/>
              <w:end w:w="9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8"/>
              </w:rPr>
              <w:t>EXECUÇÃO / MEDIÇÃO DO SERVIÇO</w:t>
            </w:r>
          </w:p>
        </w:tc>
      </w:tr>
    </w:tbl>
    <w:p>
      <w:pPr>
        <w:spacing w:after="0" w:before="0" w:line="24" w:lineRule="auto"/>
      </w:pPr>
      <w:r>
        <w:rPr>
          <w:sz w:val="1"/>
        </w:rPr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469"/>
      </w:tblGrid>
      <w:tr>
        <w:trPr>
          <w:trHeight w:val="690" w:hRule="atLeast"/>
        </w:trPr>
        <w:tc>
          <w:tcPr>
            <w:tcW w:type="dxa" w:w="10469"/>
            <w:vAlign w:val="top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ATIVIDADES EXECUTADAS / MEDIÇÃO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98A2B3"/>
                <w:sz w:val="16"/>
              </w:rPr>
              <w:t>Registre etapas concluídas, quantidades medidas, frentes de trabalho, ambientes atendidos e referências do projeto.</w:t>
            </w:r>
          </w:p>
        </w:tc>
      </w:tr>
    </w:tbl>
    <w:p>
      <w:pPr>
        <w:spacing w:before="0" w:after="0" w:line="48" w:lineRule="auto"/>
      </w:pPr>
      <w:r>
        <w:rPr>
          <w:sz w:val="4"/>
        </w:rPr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469"/>
      </w:tblGrid>
      <w:tr>
        <w:tc>
          <w:tcPr>
            <w:tcW w:type="dxa" w:w="10469"/>
            <w:shd w:fill="5B5CE2"/>
            <w:tcMar>
              <w:top w:w="50" w:type="dxa"/>
              <w:start w:w="90" w:type="dxa"/>
              <w:bottom w:w="50" w:type="dxa"/>
              <w:end w:w="9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8"/>
              </w:rPr>
              <w:t>SERVIÇOS, MATERIAIS E CUSTOS</w:t>
            </w:r>
          </w:p>
        </w:tc>
      </w:tr>
    </w:tbl>
    <w:p>
      <w:pPr>
        <w:spacing w:after="0" w:before="0" w:line="24" w:lineRule="auto"/>
      </w:pPr>
      <w:r>
        <w:rPr>
          <w:sz w:val="1"/>
        </w:rPr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745"/>
        <w:gridCol w:w="1745"/>
        <w:gridCol w:w="1745"/>
        <w:gridCol w:w="1745"/>
        <w:gridCol w:w="1745"/>
        <w:gridCol w:w="1745"/>
      </w:tblGrid>
      <w:tr>
        <w:trPr>
          <w:tblHeader w:val="true"/>
          <w:trHeight w:val="390" w:hRule="atLeast"/>
        </w:trPr>
        <w:tc>
          <w:tcPr>
            <w:tcW w:type="dxa" w:w="648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  <w:shd w:fill="111827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5"/>
              </w:rPr>
              <w:t>#</w:t>
            </w:r>
          </w:p>
        </w:tc>
        <w:tc>
          <w:tcPr>
            <w:tcW w:type="dxa" w:w="3671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  <w:shd w:fill="111827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5"/>
              </w:rPr>
              <w:t>Descrição do serviço / material</w:t>
            </w:r>
          </w:p>
        </w:tc>
        <w:tc>
          <w:tcPr>
            <w:tcW w:type="dxa" w:w="93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  <w:shd w:fill="111827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5"/>
              </w:rPr>
              <w:t>Qtd.</w:t>
            </w:r>
          </w:p>
        </w:tc>
        <w:tc>
          <w:tcPr>
            <w:tcW w:type="dxa" w:w="108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  <w:shd w:fill="111827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5"/>
              </w:rPr>
              <w:t>Unid.</w:t>
            </w:r>
          </w:p>
        </w:tc>
        <w:tc>
          <w:tcPr>
            <w:tcW w:type="dxa" w:w="1512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  <w:shd w:fill="111827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5"/>
              </w:rPr>
              <w:t>Vlr. unit.</w:t>
            </w:r>
          </w:p>
        </w:tc>
        <w:tc>
          <w:tcPr>
            <w:tcW w:type="dxa" w:w="1655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  <w:shd w:fill="111827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5"/>
              </w:rPr>
              <w:t>Total</w:t>
            </w:r>
          </w:p>
        </w:tc>
      </w:tr>
      <w:tr>
        <w:trPr>
          <w:trHeight w:val="390" w:hRule="atLeast"/>
        </w:trPr>
        <w:tc>
          <w:tcPr>
            <w:tcW w:type="dxa" w:w="648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6"/>
              </w:rPr>
              <w:t>1</w:t>
            </w:r>
          </w:p>
        </w:tc>
        <w:tc>
          <w:tcPr>
            <w:tcW w:type="dxa" w:w="3671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93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108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1512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6"/>
              </w:rPr>
              <w:t>R$</w:t>
            </w:r>
          </w:p>
        </w:tc>
        <w:tc>
          <w:tcPr>
            <w:tcW w:type="dxa" w:w="1655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6"/>
              </w:rPr>
              <w:t>R$</w:t>
            </w:r>
          </w:p>
        </w:tc>
      </w:tr>
      <w:tr>
        <w:trPr>
          <w:trHeight w:val="390" w:hRule="atLeast"/>
        </w:trPr>
        <w:tc>
          <w:tcPr>
            <w:tcW w:type="dxa" w:w="648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6"/>
              </w:rPr>
              <w:t>2</w:t>
            </w:r>
          </w:p>
        </w:tc>
        <w:tc>
          <w:tcPr>
            <w:tcW w:type="dxa" w:w="3671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93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108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1512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6"/>
              </w:rPr>
              <w:t>R$</w:t>
            </w:r>
          </w:p>
        </w:tc>
        <w:tc>
          <w:tcPr>
            <w:tcW w:type="dxa" w:w="1655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6"/>
              </w:rPr>
              <w:t>R$</w:t>
            </w:r>
          </w:p>
        </w:tc>
      </w:tr>
      <w:tr>
        <w:trPr>
          <w:trHeight w:val="390" w:hRule="atLeast"/>
        </w:trPr>
        <w:tc>
          <w:tcPr>
            <w:tcW w:type="dxa" w:w="648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6"/>
              </w:rPr>
              <w:t>3</w:t>
            </w:r>
          </w:p>
        </w:tc>
        <w:tc>
          <w:tcPr>
            <w:tcW w:type="dxa" w:w="3671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93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108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1512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6"/>
              </w:rPr>
              <w:t>R$</w:t>
            </w:r>
          </w:p>
        </w:tc>
        <w:tc>
          <w:tcPr>
            <w:tcW w:type="dxa" w:w="1655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6"/>
              </w:rPr>
              <w:t>R$</w:t>
            </w:r>
          </w:p>
        </w:tc>
      </w:tr>
      <w:tr>
        <w:trPr>
          <w:trHeight w:val="390" w:hRule="atLeast"/>
        </w:trPr>
        <w:tc>
          <w:tcPr>
            <w:tcW w:type="dxa" w:w="648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6"/>
              </w:rPr>
              <w:t>4</w:t>
            </w:r>
          </w:p>
        </w:tc>
        <w:tc>
          <w:tcPr>
            <w:tcW w:type="dxa" w:w="3671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93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108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1512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6"/>
              </w:rPr>
              <w:t>R$</w:t>
            </w:r>
          </w:p>
        </w:tc>
        <w:tc>
          <w:tcPr>
            <w:tcW w:type="dxa" w:w="1655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6"/>
              </w:rPr>
              <w:t>R$</w:t>
            </w:r>
          </w:p>
        </w:tc>
      </w:tr>
      <w:tr>
        <w:trPr>
          <w:trHeight w:val="390" w:hRule="atLeast"/>
        </w:trPr>
        <w:tc>
          <w:tcPr>
            <w:tcW w:type="dxa" w:w="648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6"/>
              </w:rPr>
              <w:t>5</w:t>
            </w:r>
          </w:p>
        </w:tc>
        <w:tc>
          <w:tcPr>
            <w:tcW w:type="dxa" w:w="3671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93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108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1512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6"/>
              </w:rPr>
              <w:t>R$</w:t>
            </w:r>
          </w:p>
        </w:tc>
        <w:tc>
          <w:tcPr>
            <w:tcW w:type="dxa" w:w="1655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6"/>
              </w:rPr>
              <w:t>R$</w:t>
            </w:r>
          </w:p>
        </w:tc>
      </w:tr>
    </w:tbl>
    <w:p>
      <w:pPr>
        <w:spacing w:before="0" w:after="0" w:line="48" w:lineRule="auto"/>
      </w:pPr>
      <w:r>
        <w:rPr>
          <w:sz w:val="4"/>
        </w:rPr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7"/>
        <w:gridCol w:w="2617"/>
        <w:gridCol w:w="2617"/>
        <w:gridCol w:w="2617"/>
      </w:tblGrid>
      <w:tr>
        <w:trPr>
          <w:trHeight w:val="520" w:hRule="atLeast"/>
        </w:trPr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MEDIÇÃO Nº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8"/>
              </w:rPr>
              <w:t>_____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PERÍODO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8"/>
              </w:rPr>
              <w:t>____/____ a ____/____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SUBTOTAL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8"/>
              </w:rPr>
              <w:t>R$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DESCONTO / RETENÇÃO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8"/>
              </w:rPr>
              <w:t>R$ / %</w:t>
            </w:r>
          </w:p>
        </w:tc>
      </w:tr>
      <w:tr>
        <w:trPr>
          <w:trHeight w:val="520" w:hRule="atLeast"/>
        </w:trPr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ADITIVO / EXTRA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8"/>
              </w:rPr>
              <w:t>R$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ADIANTAMENTO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8"/>
              </w:rPr>
              <w:t>R$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TOTAL DESTA OS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8"/>
              </w:rPr>
              <w:t>R$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SALDO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8"/>
              </w:rPr>
              <w:t>R$</w:t>
            </w:r>
          </w:p>
        </w:tc>
      </w:tr>
    </w:tbl>
    <w:p>
      <w:pPr>
        <w:spacing w:before="0" w:after="0" w:line="48" w:lineRule="auto"/>
      </w:pPr>
      <w:r>
        <w:rPr>
          <w:sz w:val="4"/>
        </w:rPr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469"/>
      </w:tblGrid>
      <w:tr>
        <w:tc>
          <w:tcPr>
            <w:tcW w:type="dxa" w:w="10469"/>
            <w:shd w:fill="5B5CE2"/>
            <w:tcMar>
              <w:top w:w="50" w:type="dxa"/>
              <w:start w:w="90" w:type="dxa"/>
              <w:bottom w:w="50" w:type="dxa"/>
              <w:end w:w="9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8"/>
              </w:rPr>
              <w:t>EQUIPE, EQUIPAMENTOS E OCORRÊNCIAS</w:t>
            </w:r>
          </w:p>
        </w:tc>
      </w:tr>
    </w:tbl>
    <w:p>
      <w:pPr>
        <w:spacing w:after="0" w:before="0" w:line="24" w:lineRule="auto"/>
      </w:pPr>
      <w:r>
        <w:rPr>
          <w:sz w:val="1"/>
        </w:rPr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34"/>
        <w:gridCol w:w="5234"/>
      </w:tblGrid>
      <w:tr>
        <w:trPr>
          <w:trHeight w:val="470" w:hRule="atLeast"/>
        </w:trPr>
        <w:tc>
          <w:tcPr>
            <w:tcW w:type="dxa" w:w="4752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EQUIPE / EQUIPAMENTOS / APONTAMENTOS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5"/>
              </w:rPr>
              <w:t>□ Encarregado  □ Pedreiro  □ Servente  □ Equipamentos  □ Terceiros  □ Outro: ________</w:t>
            </w:r>
          </w:p>
        </w:tc>
        <w:tc>
          <w:tcPr>
            <w:tcW w:type="dxa" w:w="4752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OCORRÊNCIAS / IMPREVISTOS / ALTERAÇÕES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6"/>
              </w:rPr>
              <w:t>______________________________________________________________</w:t>
            </w:r>
          </w:p>
        </w:tc>
      </w:tr>
    </w:tbl>
    <w:p>
      <w:pPr>
        <w:spacing w:before="0" w:after="0" w:line="48" w:lineRule="auto"/>
      </w:pPr>
      <w:r>
        <w:rPr>
          <w:sz w:val="2"/>
        </w:rPr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469"/>
      </w:tblGrid>
      <w:tr>
        <w:tc>
          <w:tcPr>
            <w:tcW w:type="dxa" w:w="10469"/>
            <w:shd w:fill="5B5CE2"/>
            <w:tcMar>
              <w:top w:w="50" w:type="dxa"/>
              <w:start w:w="90" w:type="dxa"/>
              <w:bottom w:w="50" w:type="dxa"/>
              <w:end w:w="9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8"/>
              </w:rPr>
              <w:t>CHECKLIST DE CONCLUSÃO E QUALIDADE</w:t>
            </w:r>
          </w:p>
        </w:tc>
      </w:tr>
    </w:tbl>
    <w:p>
      <w:pPr>
        <w:spacing w:after="0" w:before="0" w:line="24" w:lineRule="auto"/>
      </w:pPr>
      <w:r>
        <w:rPr>
          <w:sz w:val="1"/>
        </w:rPr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34"/>
        <w:gridCol w:w="5234"/>
      </w:tblGrid>
      <w:tr>
        <w:trPr>
          <w:trHeight w:val="500" w:hRule="atLeast"/>
        </w:trPr>
        <w:tc>
          <w:tcPr>
            <w:tcW w:type="dxa" w:w="633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VERIFICAÇÕES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5"/>
              </w:rPr>
              <w:t>□ Conforme escopo  □ Medidas conferidas  □ Acabamento ok  □ Área limpa  □ Resíduos removidos  □ Fotos registradas  □ Pendências informadas</w:t>
            </w:r>
          </w:p>
        </w:tc>
        <w:tc>
          <w:tcPr>
            <w:tcW w:type="dxa" w:w="3168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RESPONSÁVEL TÉCNICO / DATA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5"/>
              </w:rPr>
              <w:t>Ass.: ______________  ____/____/______</w:t>
            </w:r>
          </w:p>
        </w:tc>
      </w:tr>
    </w:tbl>
    <w:p>
      <w:pPr>
        <w:spacing w:before="0" w:after="0" w:line="48" w:lineRule="auto"/>
      </w:pPr>
      <w:r>
        <w:rPr>
          <w:sz w:val="2"/>
        </w:rPr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469"/>
      </w:tblGrid>
      <w:tr>
        <w:tc>
          <w:tcPr>
            <w:tcW w:type="dxa" w:w="10469"/>
            <w:shd w:fill="5B5CE2"/>
            <w:tcMar>
              <w:top w:w="50" w:type="dxa"/>
              <w:start w:w="90" w:type="dxa"/>
              <w:bottom w:w="50" w:type="dxa"/>
              <w:end w:w="9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8"/>
              </w:rPr>
              <w:t>GARANTIA, CONDIÇÕES E ACEITE</w:t>
            </w:r>
            <w:r>
              <w:rPr>
                <w:rFonts w:ascii="Aptos" w:hAnsi="Aptos"/>
                <w:b w:val="0"/>
                <w:color w:val="E0E7FF"/>
                <w:sz w:val="16"/>
              </w:rPr>
              <w:t xml:space="preserve">   •   adapte ao contrato e à legislação aplicável</w:t>
            </w:r>
          </w:p>
        </w:tc>
      </w:tr>
    </w:tbl>
    <w:p>
      <w:pPr>
        <w:spacing w:after="0" w:before="0" w:line="24" w:lineRule="auto"/>
      </w:pPr>
      <w:r>
        <w:rPr>
          <w:sz w:val="1"/>
        </w:rPr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469"/>
      </w:tblGrid>
      <w:tr>
        <w:trPr>
          <w:trHeight w:val="520" w:hRule="atLeast"/>
        </w:trPr>
        <w:tc>
          <w:tcPr>
            <w:tcW w:type="dxa" w:w="10469"/>
            <w:vAlign w:val="top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5"/>
              </w:rPr>
              <w:t>1. Conferir o serviço conforme escopo, projeto, memorial, medições e demais documentos aplicáveis.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5"/>
              </w:rPr>
              <w:t>2. Serviços extras, alterações, pendências e não conformidades devem ser registrados e aprovados conforme o contrato.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5"/>
              </w:rPr>
              <w:t>3. Garantias e responsabilidades seguirão o contrato, as especificações dos materiais e a legislação aplicável.</w:t>
            </w:r>
          </w:p>
        </w:tc>
      </w:tr>
    </w:tbl>
    <w:p>
      <w:pPr>
        <w:spacing w:before="0" w:after="0" w:line="48" w:lineRule="auto"/>
      </w:pPr>
      <w:r>
        <w:rPr>
          <w:sz w:val="4"/>
        </w:rPr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469"/>
      </w:tblGrid>
      <w:tr>
        <w:tc>
          <w:tcPr>
            <w:tcW w:type="dxa" w:w="10469"/>
            <w:shd w:fill="5B5CE2"/>
            <w:tcMar>
              <w:top w:w="50" w:type="dxa"/>
              <w:start w:w="90" w:type="dxa"/>
              <w:bottom w:w="50" w:type="dxa"/>
              <w:end w:w="9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8"/>
              </w:rPr>
              <w:t>ENTREGA E ACEITE</w:t>
            </w:r>
          </w:p>
        </w:tc>
      </w:tr>
    </w:tbl>
    <w:p>
      <w:pPr>
        <w:spacing w:after="0" w:before="0" w:line="24" w:lineRule="auto"/>
      </w:pPr>
      <w:r>
        <w:rPr>
          <w:sz w:val="1"/>
        </w:rPr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7"/>
        <w:gridCol w:w="2617"/>
        <w:gridCol w:w="2617"/>
        <w:gridCol w:w="2617"/>
      </w:tblGrid>
      <w:tr>
        <w:trPr>
          <w:trHeight w:val="500" w:hRule="atLeast"/>
        </w:trPr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DATA DA ENTREGA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6"/>
              </w:rPr>
              <w:t>____/____/______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HORA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6"/>
              </w:rPr>
              <w:t>____:____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VALOR RECEBIDO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6"/>
              </w:rPr>
              <w:t>R$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STATUS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6"/>
              </w:rPr>
              <w:t>□ Pago   □ Parcial   □ Pendente</w:t>
            </w:r>
          </w:p>
        </w:tc>
      </w:tr>
      <w:tr>
        <w:trPr>
          <w:trHeight w:val="470" w:hRule="atLeast"/>
        </w:trPr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CONTRATANTE / RESPONSÁVEL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6"/>
              </w:rPr>
              <w:t>Assinatura: __________________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PRESTADOR / RESPONSÁVEL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6"/>
              </w:rPr>
              <w:t>Assinatura: __________________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DOCUMENTO / MEDIÇÃO RELACIONADA</w:t>
            </w:r>
          </w:p>
        </w:tc>
        <w:tc>
          <w:tcPr>
            <w:tcW w:type="dxa" w:w="2376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space="0" w:color="CBD5E1"/>
              <w:left w:val="single" w:sz="6" w:space="0" w:color="CBD5E1"/>
              <w:bottom w:val="single" w:sz="6" w:space="0" w:color="CBD5E1"/>
              <w:right w:val="single" w:sz="6" w:space="0" w:color="CBD5E1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67085"/>
                <w:sz w:val="15"/>
              </w:rPr>
              <w:t>OBSERVAÇÃO FINAL</w:t>
            </w:r>
          </w:p>
        </w:tc>
      </w:tr>
    </w:tbl>
    <w:p>
      <w:pPr>
        <w:spacing w:before="0" w:after="0" w:line="48" w:lineRule="auto"/>
      </w:pPr>
      <w:r>
        <w:rPr>
          <w:sz w:val="4"/>
        </w:rPr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34"/>
        <w:gridCol w:w="5234"/>
      </w:tblGrid>
      <w:tr>
        <w:tc>
          <w:tcPr>
            <w:tcW w:type="dxa" w:w="4752"/>
            <w:shd w:fill="111827"/>
            <w:tcMar>
              <w:top w:w="75" w:type="dxa"/>
              <w:start w:w="85" w:type="dxa"/>
              <w:bottom w:w="75" w:type="dxa"/>
              <w:end w:w="8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7"/>
              </w:rPr>
              <w:t>Quer transformar esta OS em um processo digital?</w:t>
            </w:r>
          </w:p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E5E7EB"/>
                <w:sz w:val="15"/>
              </w:rPr>
              <w:t>Crie, compartilhe e acompanhe ordens de serviço no Ordemio.</w:t>
            </w:r>
          </w:p>
        </w:tc>
        <w:tc>
          <w:tcPr>
            <w:tcW w:type="dxa" w:w="4752"/>
            <w:shd w:fill="5B5CE2"/>
            <w:tcMar>
              <w:top w:w="75" w:type="dxa"/>
              <w:start w:w="85" w:type="dxa"/>
              <w:bottom w:w="75" w:type="dxa"/>
              <w:end w:w="8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20"/>
              </w:rPr>
              <w:t>ordemio.com.br</w:t>
            </w:r>
          </w:p>
        </w:tc>
      </w:tr>
    </w:tbl>
    <w:sectPr w:rsidR="00FC693F" w:rsidRPr="0006063C" w:rsidSect="00034616">
      <w:footerReference w:type="default" r:id="rId9"/>
      <w:pgSz w:w="11909" w:h="16834"/>
      <w:pgMar w:top="490" w:right="720" w:bottom="605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0" w:line="240" w:lineRule="auto"/>
    </w:pPr>
    <w:r>
      <w:rPr>
        <w:sz w:val="2"/>
      </w:rPr>
    </w:r>
  </w:p>
  <w:tbl>
    <w:tblPr>
      <w:tblW w:type="auto" w:w="0"/>
      <w:jc w:val="center"/>
      <w:tblLayout w:type="fixed"/>
      <w:tblLook w:firstColumn="1" w:firstRow="1" w:lastColumn="0" w:lastRow="0" w:noHBand="0" w:noVBand="1" w:val="04A0"/>
    </w:tblPr>
    <w:tblGrid>
      <w:gridCol w:w="3168"/>
      <w:gridCol w:w="3168"/>
      <w:gridCol w:w="3168"/>
    </w:tblGrid>
    <w:tr>
      <w:tc>
        <w:tcPr>
          <w:tcW w:type="dxa" w:w="1800"/>
          <w:tcMar>
            <w:top w:w="45" w:type="dxa"/>
            <w:start w:w="0" w:type="dxa"/>
            <w:bottom w:w="15" w:type="dxa"/>
            <w:end w:w="0" w:type="dxa"/>
          </w:tcMar>
          <w:tcBorders>
            <w:top w:val="single" w:sz="6" w:space="0" w:color="CBD5E1"/>
            <w:left w:val="nil"/>
            <w:bottom w:val="nil"/>
            <w:right w:val="nil"/>
          </w:tcBorders>
        </w:tcPr>
        <w:p>
          <w:pPr>
            <w:spacing w:before="0" w:after="0" w:line="240" w:lineRule="auto"/>
          </w:pPr>
          <w:r>
            <w:rPr>
              <w:rFonts w:ascii="Aptos" w:hAnsi="Aptos"/>
              <w:b/>
              <w:color w:val="5B5CE2"/>
              <w:sz w:val="15"/>
            </w:rPr>
            <w:t>ORDEMIO</w:t>
          </w:r>
        </w:p>
      </w:tc>
      <w:tc>
        <w:tcPr>
          <w:tcW w:type="dxa" w:w="5616"/>
          <w:tcMar>
            <w:top w:w="45" w:type="dxa"/>
            <w:start w:w="0" w:type="dxa"/>
            <w:bottom w:w="15" w:type="dxa"/>
            <w:end w:w="0" w:type="dxa"/>
          </w:tcMar>
          <w:tcBorders>
            <w:top w:val="single" w:sz="6" w:space="0" w:color="CBD5E1"/>
            <w:left w:val="nil"/>
            <w:bottom w:val="nil"/>
            <w:right w:val="nil"/>
          </w:tcBorders>
        </w:tcPr>
        <w:p>
          <w:pPr>
            <w:spacing w:before="0" w:after="0" w:line="240" w:lineRule="auto"/>
            <w:jc w:val="center"/>
          </w:pPr>
          <w:r>
            <w:rPr>
              <w:rFonts w:ascii="Aptos" w:hAnsi="Aptos"/>
              <w:b w:val="0"/>
              <w:color w:val="667085"/>
              <w:sz w:val="14"/>
            </w:rPr>
            <w:t>Modelo gratuito • ordemio.com.br</w:t>
          </w:r>
        </w:p>
      </w:tc>
      <w:tc>
        <w:tcPr>
          <w:tcW w:type="dxa" w:w="2088"/>
          <w:tcMar>
            <w:top w:w="45" w:type="dxa"/>
            <w:start w:w="0" w:type="dxa"/>
            <w:bottom w:w="15" w:type="dxa"/>
            <w:end w:w="0" w:type="dxa"/>
          </w:tcMar>
          <w:tcBorders>
            <w:top w:val="single" w:sz="6" w:space="0" w:color="CBD5E1"/>
            <w:left w:val="nil"/>
            <w:bottom w:val="nil"/>
            <w:right w:val="nil"/>
          </w:tcBorders>
        </w:tcPr>
        <w:p>
          <w:pPr>
            <w:spacing w:before="0" w:after="0" w:line="240" w:lineRule="auto"/>
            <w:jc w:val="right"/>
          </w:pPr>
          <w:r>
            <w:rPr>
              <w:rFonts w:ascii="Aptos" w:hAnsi="Aptos"/>
              <w:b w:val="0"/>
              <w:color w:val="667085"/>
              <w:sz w:val="14"/>
            </w:rPr>
            <w:t>Construção civil</w:t>
          </w:r>
        </w:p>
      </w:tc>
    </w:tr>
  </w:tbl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ptos" w:hAnsi="Aptos"/>
      <w:color w:val="1F2937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0"/>
    </w:pPr>
    <w:rPr>
      <w:rFonts w:ascii="Aptos" w:hAnsi="Aptos"/>
      <w:color w:val="1F2937"/>
      <w:sz w:val="17"/>
    </w:r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Ordem de Serviço para Construção Civil - Ordemio</dc:title>
  <dc:subject>Template editável de ordem de serviço para construção civil</dc:subject>
  <dc:creator>Ordemio</dc:creator>
  <cp:keywords>ordem de serviço, construção civil, obra, modelo, Ordemio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