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629"/>
        <w:gridCol w:w="3629"/>
        <w:gridCol w:w="3629"/>
      </w:tblGrid>
      <w:tr>
        <w:trPr>
          <w:trHeight w:val="1109" w:hRule="exact"/>
        </w:trPr>
        <w:tc>
          <w:tcPr>
            <w:tcW w:type="dxa" w:w="3629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130" w:type="dxa"/>
              <w:start w:w="80" w:type="dxa"/>
              <w:bottom w:w="110" w:type="dxa"/>
              <w:end w:w="80" w:type="dxa"/>
            </w:tcMar>
            <w:shd w:fill="5B5CE2" w:val="clea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38"/>
              </w:rPr>
              <w:t>OS</w:t>
            </w:r>
          </w:p>
        </w:tc>
        <w:tc>
          <w:tcPr>
            <w:tcW w:type="dxa" w:w="367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100" w:type="dxa"/>
              <w:start w:w="110" w:type="dxa"/>
              <w:bottom w:w="80" w:type="dxa"/>
              <w:end w:w="7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0F172A"/>
                <w:sz w:val="34"/>
              </w:rPr>
              <w:t>ORDEMIO</w:t>
            </w:r>
            <w:r>
              <w:rPr>
                <w:rFonts w:ascii="Aptos" w:hAnsi="Aptos" w:eastAsia="Aptos"/>
                <w:b/>
                <w:i w:val="0"/>
                <w:color w:val="5B5CE2"/>
                <w:sz w:val="16"/>
              </w:rPr>
              <w:br/>
              <w:t>MODELO DE ORDEM DE SERVIÇO •</w:t>
              <w:br/>
              <w:t>ELETRICISTA</w:t>
            </w:r>
          </w:p>
        </w:tc>
        <w:tc>
          <w:tcPr>
            <w:tcW w:type="dxa" w:w="3614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95" w:type="dxa"/>
              <w:start w:w="110" w:type="dxa"/>
              <w:bottom w:w="80" w:type="dxa"/>
              <w:end w:w="100" w:type="dxa"/>
            </w:tcMar>
            <w:shd w:fill="F8FAFC" w:val="clear"/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ptos" w:hAnsi="Aptos" w:eastAsia="Aptos"/>
                <w:b/>
                <w:i w:val="0"/>
                <w:color w:val="0F172A"/>
                <w:sz w:val="17"/>
              </w:rPr>
              <w:t>ORDEM DE SERVIÇO Nº  __________________</w:t>
            </w:r>
            <w:r>
              <w:rPr>
                <w:rFonts w:ascii="Aptos" w:hAnsi="Aptos" w:eastAsia="Aptos"/>
                <w:b w:val="0"/>
                <w:i w:val="0"/>
                <w:color w:val="64748B"/>
                <w:sz w:val="15"/>
              </w:rPr>
              <w:br/>
              <w:t>Abertura: ____/____/______   ____:____</w:t>
            </w:r>
          </w:p>
        </w:tc>
      </w:tr>
    </w:tbl>
    <w:p>
      <w:pPr>
        <w:spacing w:before="0" w:after="0" w:line="10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6"/>
      </w:tblGrid>
      <w:tr>
        <w:trPr>
          <w:trHeight w:val="346" w:hRule="exact"/>
        </w:trPr>
        <w:tc>
          <w:tcPr>
            <w:tcW w:type="dxa" w:w="10915"/>
            <w:tcBorders>
              <w:top w:val="single" w:sz="1" w:color="5B5CE2"/>
              <w:left w:val="single" w:sz="1" w:color="5B5CE2"/>
              <w:bottom w:val="single" w:sz="1" w:color="5B5CE2"/>
              <w:right w:val="single" w:sz="1" w:color="5B5CE2"/>
            </w:tcBorders>
            <w:tcMar>
              <w:top w:w="30" w:type="dxa"/>
              <w:start w:w="90" w:type="dxa"/>
              <w:bottom w:w="20" w:type="dxa"/>
              <w:end w:w="90" w:type="dxa"/>
            </w:tcMar>
            <w:shd w:fill="5B5CE2" w:val="clea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8"/>
              </w:rPr>
              <w:t>IDENTIFICAÇÃO DO PROFISSIONAL / EMPRESA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2721"/>
        <w:gridCol w:w="2721"/>
        <w:gridCol w:w="2721"/>
      </w:tblGrid>
      <w:tr>
        <w:trPr>
          <w:trHeight w:val="562" w:hRule="atLeast"/>
        </w:trPr>
        <w:tc>
          <w:tcPr>
            <w:tcW w:type="dxa" w:w="27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EMPRESA / ELETRICISTA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  <w:tc>
          <w:tcPr>
            <w:tcW w:type="dxa" w:w="239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CNPJ / CPF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  <w:tc>
          <w:tcPr>
            <w:tcW w:type="dxa" w:w="295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TELEFONE / WHATSAPP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  <w:tc>
          <w:tcPr>
            <w:tcW w:type="dxa" w:w="2837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RESPONSÁVEL TÉCNICO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</w:tr>
      <w:tr>
        <w:trPr>
          <w:trHeight w:val="562" w:hRule="atLeast"/>
        </w:trPr>
        <w:tc>
          <w:tcPr>
            <w:tcW w:type="dxa" w:w="5126"/>
            <w:gridSpan w:val="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ENDEREÇO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  <w:tc>
          <w:tcPr>
            <w:tcW w:type="dxa" w:w="295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E-MAIL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  <w:tc>
          <w:tcPr>
            <w:tcW w:type="dxa" w:w="2837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REGISTRO PROFISSIONAL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CREA / CRT / outro, se aplicável</w:t>
            </w:r>
          </w:p>
        </w:tc>
      </w:tr>
    </w:tbl>
    <w:p>
      <w:pPr>
        <w:spacing w:before="0" w:after="0" w:line="10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6"/>
      </w:tblGrid>
      <w:tr>
        <w:trPr>
          <w:trHeight w:val="346" w:hRule="exact"/>
        </w:trPr>
        <w:tc>
          <w:tcPr>
            <w:tcW w:type="dxa" w:w="10915"/>
            <w:tcBorders>
              <w:top w:val="single" w:sz="1" w:color="5B5CE2"/>
              <w:left w:val="single" w:sz="1" w:color="5B5CE2"/>
              <w:bottom w:val="single" w:sz="1" w:color="5B5CE2"/>
              <w:right w:val="single" w:sz="1" w:color="5B5CE2"/>
            </w:tcBorders>
            <w:tcMar>
              <w:top w:w="30" w:type="dxa"/>
              <w:start w:w="90" w:type="dxa"/>
              <w:bottom w:w="20" w:type="dxa"/>
              <w:end w:w="90" w:type="dxa"/>
            </w:tcMar>
            <w:shd w:fill="5B5CE2" w:val="clea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8"/>
              </w:rPr>
              <w:t>DADOS DO CLIENTE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2721"/>
        <w:gridCol w:w="2721"/>
        <w:gridCol w:w="2721"/>
      </w:tblGrid>
      <w:tr>
        <w:trPr>
          <w:trHeight w:val="562" w:hRule="atLeast"/>
        </w:trPr>
        <w:tc>
          <w:tcPr>
            <w:tcW w:type="dxa" w:w="27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NOME / RAZÃO SOCIAL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  <w:tc>
          <w:tcPr>
            <w:tcW w:type="dxa" w:w="239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CPF / CNPJ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  <w:tc>
          <w:tcPr>
            <w:tcW w:type="dxa" w:w="295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TELEFONE / WHATSAPP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  <w:tc>
          <w:tcPr>
            <w:tcW w:type="dxa" w:w="2837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E-MAIL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</w:tr>
      <w:tr>
        <w:trPr>
          <w:trHeight w:val="562" w:hRule="atLeast"/>
        </w:trPr>
        <w:tc>
          <w:tcPr>
            <w:tcW w:type="dxa" w:w="8078"/>
            <w:gridSpan w:val="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ENDEREÇO / COBRANÇA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  <w:tc>
          <w:tcPr>
            <w:tcW w:type="dxa" w:w="2837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CONTATO ALTERNATIVO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</w:tr>
    </w:tbl>
    <w:p>
      <w:pPr>
        <w:spacing w:before="0" w:after="0" w:line="10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6"/>
      </w:tblGrid>
      <w:tr>
        <w:trPr>
          <w:trHeight w:val="346" w:hRule="exact"/>
        </w:trPr>
        <w:tc>
          <w:tcPr>
            <w:tcW w:type="dxa" w:w="10915"/>
            <w:tcBorders>
              <w:top w:val="single" w:sz="1" w:color="5B5CE2"/>
              <w:left w:val="single" w:sz="1" w:color="5B5CE2"/>
              <w:bottom w:val="single" w:sz="1" w:color="5B5CE2"/>
              <w:right w:val="single" w:sz="1" w:color="5B5CE2"/>
            </w:tcBorders>
            <w:tcMar>
              <w:top w:w="30" w:type="dxa"/>
              <w:start w:w="90" w:type="dxa"/>
              <w:bottom w:w="20" w:type="dxa"/>
              <w:end w:w="90" w:type="dxa"/>
            </w:tcMar>
            <w:shd w:fill="5B5CE2" w:val="clea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8"/>
              </w:rPr>
              <w:t>LOCAL E INSTALAÇÃO ELÉTRICA</w:t>
            </w:r>
            <w:r>
              <w:rPr>
                <w:rFonts w:ascii="Aptos" w:hAnsi="Aptos" w:eastAsia="Aptos"/>
                <w:b w:val="0"/>
                <w:i w:val="0"/>
                <w:color w:val="FFFFFF"/>
                <w:sz w:val="14"/>
              </w:rPr>
              <w:t xml:space="preserve">   •   registre as condições antes de intervir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2721"/>
        <w:gridCol w:w="2721"/>
        <w:gridCol w:w="2721"/>
      </w:tblGrid>
      <w:tr>
        <w:trPr>
          <w:trHeight w:val="562" w:hRule="atLeast"/>
        </w:trPr>
        <w:tc>
          <w:tcPr>
            <w:tcW w:type="dxa" w:w="5472"/>
            <w:gridSpan w:val="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ENDEREÇO DO SERVIÇO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  <w:tc>
          <w:tcPr>
            <w:tcW w:type="dxa" w:w="272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CONTATO NO LOCAL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  <w:tc>
          <w:tcPr>
            <w:tcW w:type="dxa" w:w="272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AMBIENTE / PONTO / CIRCUITO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</w:tr>
      <w:tr>
        <w:trPr>
          <w:trHeight w:val="562" w:hRule="atLeast"/>
        </w:trPr>
        <w:tc>
          <w:tcPr>
            <w:tcW w:type="dxa" w:w="27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TIPO DE IMÓVEL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☐ Resid.  ☐ Comercial</w:t>
              <w:br/>
              <w:t>☐ Industrial  ☐ Outro</w:t>
            </w:r>
          </w:p>
        </w:tc>
        <w:tc>
          <w:tcPr>
            <w:tcW w:type="dxa" w:w="27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TENSÃO NOMINAL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☐ 127 V  ☐ 220 V</w:t>
              <w:br/>
              <w:t>☐ 380 V  ☐ Outra</w:t>
            </w:r>
          </w:p>
        </w:tc>
        <w:tc>
          <w:tcPr>
            <w:tcW w:type="dxa" w:w="272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SISTEMA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☐ Monofásico</w:t>
              <w:br/>
              <w:t>☐ Bifásico  ☐ Trifásico</w:t>
            </w:r>
          </w:p>
        </w:tc>
        <w:tc>
          <w:tcPr>
            <w:tcW w:type="dxa" w:w="272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ATERRAMENTO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☐ Existe  ☐ Não</w:t>
              <w:br/>
              <w:t>☐ Não verificado</w:t>
            </w:r>
          </w:p>
        </w:tc>
      </w:tr>
      <w:tr>
        <w:trPr>
          <w:trHeight w:val="605" w:hRule="atLeast"/>
        </w:trPr>
        <w:tc>
          <w:tcPr>
            <w:tcW w:type="dxa" w:w="27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QUADRO / IDENTIFICAÇÃO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  <w:tc>
          <w:tcPr>
            <w:tcW w:type="dxa" w:w="27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DISJUNTOR GERAL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  <w:tc>
          <w:tcPr>
            <w:tcW w:type="dxa" w:w="272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DR / DPS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☐ DR  ☐ DPS  ☐ N/A</w:t>
            </w:r>
          </w:p>
        </w:tc>
        <w:tc>
          <w:tcPr>
            <w:tcW w:type="dxa" w:w="272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CONDIÇÃO APARENTE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☐ Normal  ☐ Atenção</w:t>
              <w:br/>
              <w:t>☐ Risco imediato</w:t>
            </w:r>
          </w:p>
        </w:tc>
      </w:tr>
    </w:tbl>
    <w:p>
      <w:pPr>
        <w:spacing w:before="0" w:after="0" w:line="10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6"/>
      </w:tblGrid>
      <w:tr>
        <w:trPr>
          <w:trHeight w:val="346" w:hRule="exact"/>
        </w:trPr>
        <w:tc>
          <w:tcPr>
            <w:tcW w:type="dxa" w:w="10915"/>
            <w:tcBorders>
              <w:top w:val="single" w:sz="1" w:color="5B5CE2"/>
              <w:left w:val="single" w:sz="1" w:color="5B5CE2"/>
              <w:bottom w:val="single" w:sz="1" w:color="5B5CE2"/>
              <w:right w:val="single" w:sz="1" w:color="5B5CE2"/>
            </w:tcBorders>
            <w:tcMar>
              <w:top w:w="30" w:type="dxa"/>
              <w:start w:w="90" w:type="dxa"/>
              <w:bottom w:w="20" w:type="dxa"/>
              <w:end w:w="90" w:type="dxa"/>
            </w:tcMar>
            <w:shd w:fill="5B5CE2" w:val="clea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8"/>
              </w:rPr>
              <w:t>INSPEÇÃO INICIAL E CONDIÇÕES DE SEGURANÇA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3"/>
        <w:gridCol w:w="5443"/>
      </w:tblGrid>
      <w:tr>
        <w:trPr>
          <w:trHeight w:val="691" w:hRule="atLeast"/>
        </w:trPr>
        <w:tc>
          <w:tcPr>
            <w:tcW w:type="dxa" w:w="5458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t>☐ Circuito identificado   ☐ Possível desenergizar</w:t>
              <w:br/>
              <w:t>☐ Impedimento de reenergização disponível   ☐ Ausência de tensão verificada</w:t>
            </w:r>
          </w:p>
        </w:tc>
        <w:tc>
          <w:tcPr>
            <w:tcW w:type="dxa" w:w="5458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t>☐ Sinais de aquecimento   ☐ Cabos expostos / danificados</w:t>
              <w:br/>
              <w:t>☐ Umidade / infiltração   ☐ Odor / marcas de queima   ☐ Sem anormalidade visível</w:t>
            </w:r>
          </w:p>
        </w:tc>
      </w:tr>
      <w:tr>
        <w:trPr>
          <w:trHeight w:val="706" w:hRule="atLeast"/>
        </w:trPr>
        <w:tc>
          <w:tcPr>
            <w:tcW w:type="dxa" w:w="5458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RISCOS / RESTRIÇÕES OBSERVADOS</w:t>
            </w:r>
            <w:r>
              <w:br/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t>Registre riscos, acesso, altura, áreas energizadas, interferências ou necessidade de equipamento/procedimento adicional.</w:t>
            </w:r>
          </w:p>
        </w:tc>
        <w:tc>
          <w:tcPr>
            <w:tcW w:type="dxa" w:w="5458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CONDUTA ANTES DO SERVIÇO</w:t>
            </w:r>
            <w:r>
              <w:br/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t>☐ Liberado para inspeção   ☐ Requer adequação prévia</w:t>
              <w:br/>
              <w:t>☐ Requer avaliação complementar   ☐ Serviço suspenso por segurança</w:t>
            </w:r>
          </w:p>
        </w:tc>
      </w:tr>
    </w:tbl>
    <w:p>
      <w:pPr>
        <w:spacing w:before="0" w:after="0" w:line="10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6"/>
      </w:tblGrid>
      <w:tr>
        <w:trPr>
          <w:trHeight w:val="346" w:hRule="exact"/>
        </w:trPr>
        <w:tc>
          <w:tcPr>
            <w:tcW w:type="dxa" w:w="10915"/>
            <w:tcBorders>
              <w:top w:val="single" w:sz="1" w:color="5B5CE2"/>
              <w:left w:val="single" w:sz="1" w:color="5B5CE2"/>
              <w:bottom w:val="single" w:sz="1" w:color="5B5CE2"/>
              <w:right w:val="single" w:sz="1" w:color="5B5CE2"/>
            </w:tcBorders>
            <w:tcMar>
              <w:top w:w="30" w:type="dxa"/>
              <w:start w:w="90" w:type="dxa"/>
              <w:bottom w:w="20" w:type="dxa"/>
              <w:end w:w="90" w:type="dxa"/>
            </w:tcMar>
            <w:shd w:fill="5B5CE2" w:val="clea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8"/>
              </w:rPr>
              <w:t>CHECKLIST TÉCNICO INICIAL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3"/>
        <w:gridCol w:w="5443"/>
      </w:tblGrid>
      <w:tr>
        <w:trPr>
          <w:trHeight w:val="720" w:hRule="atLeast"/>
        </w:trPr>
        <w:tc>
          <w:tcPr>
            <w:tcW w:type="dxa" w:w="5458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t>☐ Quadro identificado   ☐ Disjuntores compatíveis</w:t>
              <w:br/>
              <w:t>☐ Emendas aparentes   ☐ Condutores com identificação</w:t>
              <w:br/>
              <w:t>☐ Tomadas / interruptores firmes</w:t>
            </w:r>
          </w:p>
        </w:tc>
        <w:tc>
          <w:tcPr>
            <w:tcW w:type="dxa" w:w="5458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t>☐ Continuidade do PE   ☐ Polaridade aparente</w:t>
              <w:br/>
              <w:t>☐ Sinais de sobrecarga   ☐ Conexões frouxas</w:t>
              <w:br/>
              <w:t>☐ Necessita medição / ensaio complementar</w:t>
            </w:r>
          </w:p>
        </w:tc>
      </w:tr>
      <w:tr>
        <w:trPr>
          <w:trHeight w:val="562" w:hRule="atLeast"/>
        </w:trPr>
        <w:tc>
          <w:tcPr>
            <w:tcW w:type="dxa" w:w="10916"/>
            <w:gridSpan w:val="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OBSERVAÇÕES DA INSPEÇÃO / FOTOS / REFERÊNCIA DO PONTO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</w:tr>
    </w:tbl>
    <w:p>
      <w:pPr>
        <w:spacing w:before="0" w:after="0" w:line="10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6"/>
      </w:tblGrid>
      <w:tr>
        <w:trPr>
          <w:trHeight w:val="893" w:hRule="atLeast"/>
        </w:trPr>
        <w:tc>
          <w:tcPr>
            <w:tcW w:type="dxa" w:w="10915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SOLICITAÇÃO DO CLIENTE / ESCOPO PRETENDIDO</w:t>
            </w:r>
            <w:r>
              <w:br/>
            </w:r>
            <w:r>
              <w:rPr>
                <w:rFonts w:ascii="Aptos" w:hAnsi="Aptos" w:eastAsia="Aptos"/>
                <w:b w:val="0"/>
                <w:i w:val="0"/>
                <w:color w:val="94A3B8"/>
                <w:sz w:val="15"/>
              </w:rPr>
              <w:t>Descreva o defeito, instalação desejada, pontos envolvidos, sintomas, histórico, urgência e o resultado esperado.</w:t>
            </w:r>
          </w:p>
        </w:tc>
      </w:tr>
    </w:tbl>
    <w:p>
      <w:pPr>
        <w:spacing w:before="0" w:after="0" w:line="10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6"/>
      </w:tblGrid>
      <w:tr>
        <w:trPr>
          <w:trHeight w:val="346" w:hRule="exact"/>
        </w:trPr>
        <w:tc>
          <w:tcPr>
            <w:tcW w:type="dxa" w:w="10915"/>
            <w:tcBorders>
              <w:top w:val="single" w:sz="1" w:color="5B5CE2"/>
              <w:left w:val="single" w:sz="1" w:color="5B5CE2"/>
              <w:bottom w:val="single" w:sz="1" w:color="5B5CE2"/>
              <w:right w:val="single" w:sz="1" w:color="5B5CE2"/>
            </w:tcBorders>
            <w:tcMar>
              <w:top w:w="30" w:type="dxa"/>
              <w:start w:w="90" w:type="dxa"/>
              <w:bottom w:w="20" w:type="dxa"/>
              <w:end w:w="90" w:type="dxa"/>
            </w:tcMar>
            <w:shd w:fill="5B5CE2" w:val="clea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8"/>
              </w:rPr>
              <w:t>AUTORIZAÇÃO PARA EXECUÇÃO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3"/>
        <w:gridCol w:w="5443"/>
      </w:tblGrid>
      <w:tr>
        <w:trPr>
          <w:trHeight w:val="691" w:hRule="atLeast"/>
        </w:trPr>
        <w:tc>
          <w:tcPr>
            <w:tcW w:type="dxa" w:w="5458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t>☐ Autorizo somente diagnóstico / inspeção   ☐ Autorizo execução até R$ __________</w:t>
              <w:br/>
              <w:t>☐ Exigir nova aprovação acima do limite   ☐ Autorizo aquisição de materiais conforme orçamento</w:t>
            </w:r>
          </w:p>
        </w:tc>
        <w:tc>
          <w:tcPr>
            <w:tcW w:type="dxa" w:w="5458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AUTORIZAÇÃO DO CLIENTE</w:t>
            </w:r>
            <w:r>
              <w:br/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t>Assinatura: ______________________________    Data: ____/____/______</w:t>
            </w:r>
          </w:p>
        </w:tc>
      </w:tr>
    </w:tbl>
    <w:p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3"/>
        <w:gridCol w:w="5443"/>
      </w:tblGrid>
      <w:tr>
        <w:trPr>
          <w:trHeight w:val="446" w:hRule="exact"/>
        </w:trPr>
        <w:tc>
          <w:tcPr>
            <w:tcW w:type="dxa" w:w="5472"/>
            <w:tcBorders>
              <w:top w:val="single" w:sz="1" w:color="0F172A"/>
              <w:left w:val="single" w:sz="1" w:color="0F172A"/>
              <w:bottom w:val="single" w:sz="1" w:color="0F172A"/>
              <w:right w:val="single" w:sz="1" w:color="0F172A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0F172A" w:val="clear"/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8"/>
              </w:rPr>
              <w:t>ORDEMIO  •  CONTINUAÇÃO DA ORDEM DE SERVIÇO</w:t>
            </w:r>
          </w:p>
        </w:tc>
        <w:tc>
          <w:tcPr>
            <w:tcW w:type="dxa" w:w="5443"/>
            <w:tcBorders>
              <w:top w:val="single" w:sz="1" w:color="0F172A"/>
              <w:left w:val="single" w:sz="1" w:color="0F172A"/>
              <w:bottom w:val="single" w:sz="1" w:color="0F172A"/>
              <w:right w:val="single" w:sz="1" w:color="0F172A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5B5CE2" w:val="clear"/>
            <w:vAlign w:val="center"/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8"/>
              </w:rPr>
              <w:t>OS Nº __________________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6"/>
      </w:tblGrid>
      <w:tr>
        <w:trPr>
          <w:trHeight w:val="346" w:hRule="exact"/>
        </w:trPr>
        <w:tc>
          <w:tcPr>
            <w:tcW w:type="dxa" w:w="10915"/>
            <w:tcBorders>
              <w:top w:val="single" w:sz="1" w:color="5B5CE2"/>
              <w:left w:val="single" w:sz="1" w:color="5B5CE2"/>
              <w:bottom w:val="single" w:sz="1" w:color="5B5CE2"/>
              <w:right w:val="single" w:sz="1" w:color="5B5CE2"/>
            </w:tcBorders>
            <w:tcMar>
              <w:top w:w="30" w:type="dxa"/>
              <w:start w:w="90" w:type="dxa"/>
              <w:bottom w:w="20" w:type="dxa"/>
              <w:end w:w="90" w:type="dxa"/>
            </w:tcMar>
            <w:shd w:fill="5B5CE2" w:val="clea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8"/>
              </w:rPr>
              <w:t>DIAGNÓSTICO TÉCNICO E MEDIÇÕES</w:t>
            </w:r>
          </w:p>
        </w:tc>
      </w:tr>
    </w:tbl>
    <w:p>
      <w:pPr>
        <w:spacing w:before="0" w:after="0" w:line="4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2721"/>
        <w:gridCol w:w="2721"/>
        <w:gridCol w:w="2721"/>
      </w:tblGrid>
      <w:tr>
        <w:trPr>
          <w:trHeight w:val="518" w:hRule="atLeast"/>
        </w:trPr>
        <w:tc>
          <w:tcPr>
            <w:tcW w:type="dxa" w:w="2729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TENSÃO MEDIDA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F-N: ______ V</w:t>
              <w:br/>
              <w:t>F-F: ______ V</w:t>
            </w:r>
          </w:p>
        </w:tc>
        <w:tc>
          <w:tcPr>
            <w:tcW w:type="dxa" w:w="2729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TERRA / REFERÊNCIA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F-PE: _____ V</w:t>
              <w:br/>
              <w:t>N-PE: _____ V</w:t>
            </w:r>
          </w:p>
        </w:tc>
        <w:tc>
          <w:tcPr>
            <w:tcW w:type="dxa" w:w="2729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CORRENTE / CARGA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______ A</w:t>
              <w:br/>
              <w:t>☐ Medida  ☐ N/A</w:t>
            </w:r>
          </w:p>
        </w:tc>
        <w:tc>
          <w:tcPr>
            <w:tcW w:type="dxa" w:w="2729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INSTRUMENTO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Modelo: __________</w:t>
              <w:br/>
              <w:t>ID: __________</w:t>
            </w:r>
          </w:p>
        </w:tc>
      </w:tr>
      <w:tr>
        <w:trPr>
          <w:trHeight w:val="749" w:hRule="atLeast"/>
        </w:trPr>
        <w:tc>
          <w:tcPr>
            <w:tcW w:type="dxa" w:w="10916"/>
            <w:gridSpan w:val="4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DIAGNÓSTICO / CAUSA PROVÁVEL / MEDIÇÕES COMPLEMENTARES</w:t>
            </w:r>
            <w:r>
              <w:br/>
            </w:r>
            <w:r>
              <w:rPr>
                <w:rFonts w:ascii="Aptos" w:hAnsi="Aptos" w:eastAsia="Aptos"/>
                <w:b w:val="0"/>
                <w:i w:val="0"/>
                <w:color w:val="94A3B8"/>
                <w:sz w:val="15"/>
              </w:rPr>
              <w:t>Registre testes executados, resultados, circuitos envolvidos, não conformidades observadas e recomendações técnicas.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6"/>
      </w:tblGrid>
      <w:tr>
        <w:trPr>
          <w:trHeight w:val="346" w:hRule="exact"/>
        </w:trPr>
        <w:tc>
          <w:tcPr>
            <w:tcW w:type="dxa" w:w="10915"/>
            <w:tcBorders>
              <w:top w:val="single" w:sz="1" w:color="5B5CE2"/>
              <w:left w:val="single" w:sz="1" w:color="5B5CE2"/>
              <w:bottom w:val="single" w:sz="1" w:color="5B5CE2"/>
              <w:right w:val="single" w:sz="1" w:color="5B5CE2"/>
            </w:tcBorders>
            <w:tcMar>
              <w:top w:w="30" w:type="dxa"/>
              <w:start w:w="90" w:type="dxa"/>
              <w:bottom w:w="20" w:type="dxa"/>
              <w:end w:w="90" w:type="dxa"/>
            </w:tcMar>
            <w:shd w:fill="5B5CE2" w:val="clea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8"/>
              </w:rPr>
              <w:t>SERVIÇOS, MATERIAIS E COMPONENTES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14"/>
        <w:gridCol w:w="1814"/>
        <w:gridCol w:w="1814"/>
        <w:gridCol w:w="1814"/>
        <w:gridCol w:w="1814"/>
        <w:gridCol w:w="1814"/>
      </w:tblGrid>
      <w:tr>
        <w:trPr>
          <w:trHeight w:val="418" w:hRule="exact"/>
        </w:trPr>
        <w:tc>
          <w:tcPr>
            <w:tcW w:type="dxa" w:w="605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0F172A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5"/>
              </w:rPr>
              <w:t>#</w:t>
            </w:r>
          </w:p>
        </w:tc>
        <w:tc>
          <w:tcPr>
            <w:tcW w:type="dxa" w:w="439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0F172A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5"/>
              </w:rPr>
              <w:t>Serviço / material</w:t>
            </w:r>
          </w:p>
        </w:tc>
        <w:tc>
          <w:tcPr>
            <w:tcW w:type="dxa" w:w="89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0F172A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5"/>
              </w:rPr>
              <w:t>Qtd.</w:t>
            </w:r>
          </w:p>
        </w:tc>
        <w:tc>
          <w:tcPr>
            <w:tcW w:type="dxa" w:w="144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0F172A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5"/>
              </w:rPr>
              <w:t>Vlr. unit.</w:t>
            </w:r>
          </w:p>
        </w:tc>
        <w:tc>
          <w:tcPr>
            <w:tcW w:type="dxa" w:w="144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0F172A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5"/>
              </w:rPr>
              <w:t>Total</w:t>
            </w:r>
          </w:p>
        </w:tc>
        <w:tc>
          <w:tcPr>
            <w:tcW w:type="dxa" w:w="214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0F172A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5"/>
              </w:rPr>
              <w:t>Garantia / obs.</w:t>
            </w:r>
          </w:p>
        </w:tc>
      </w:tr>
      <w:tr>
        <w:trPr>
          <w:trHeight w:val="432" w:hRule="atLeast"/>
        </w:trPr>
        <w:tc>
          <w:tcPr>
            <w:tcW w:type="dxa" w:w="605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1</w:t>
            </w:r>
          </w:p>
        </w:tc>
        <w:tc>
          <w:tcPr>
            <w:tcW w:type="dxa" w:w="439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  <w:tc>
          <w:tcPr>
            <w:tcW w:type="dxa" w:w="89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  <w:tc>
          <w:tcPr>
            <w:tcW w:type="dxa" w:w="144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R$</w:t>
            </w:r>
          </w:p>
        </w:tc>
        <w:tc>
          <w:tcPr>
            <w:tcW w:type="dxa" w:w="144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R$</w:t>
            </w:r>
          </w:p>
        </w:tc>
        <w:tc>
          <w:tcPr>
            <w:tcW w:type="dxa" w:w="214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</w:tr>
      <w:tr>
        <w:trPr>
          <w:trHeight w:val="432" w:hRule="atLeast"/>
        </w:trPr>
        <w:tc>
          <w:tcPr>
            <w:tcW w:type="dxa" w:w="605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F8FAFC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2</w:t>
            </w:r>
          </w:p>
        </w:tc>
        <w:tc>
          <w:tcPr>
            <w:tcW w:type="dxa" w:w="439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F8FAFC" w:val="clear"/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  <w:tc>
          <w:tcPr>
            <w:tcW w:type="dxa" w:w="89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F8FAFC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  <w:tc>
          <w:tcPr>
            <w:tcW w:type="dxa" w:w="144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F8FAFC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R$</w:t>
            </w:r>
          </w:p>
        </w:tc>
        <w:tc>
          <w:tcPr>
            <w:tcW w:type="dxa" w:w="144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F8FAFC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R$</w:t>
            </w:r>
          </w:p>
        </w:tc>
        <w:tc>
          <w:tcPr>
            <w:tcW w:type="dxa" w:w="214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F8FAFC" w:val="clear"/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</w:tr>
      <w:tr>
        <w:trPr>
          <w:trHeight w:val="432" w:hRule="atLeast"/>
        </w:trPr>
        <w:tc>
          <w:tcPr>
            <w:tcW w:type="dxa" w:w="605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3</w:t>
            </w:r>
          </w:p>
        </w:tc>
        <w:tc>
          <w:tcPr>
            <w:tcW w:type="dxa" w:w="439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  <w:tc>
          <w:tcPr>
            <w:tcW w:type="dxa" w:w="89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  <w:tc>
          <w:tcPr>
            <w:tcW w:type="dxa" w:w="144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R$</w:t>
            </w:r>
          </w:p>
        </w:tc>
        <w:tc>
          <w:tcPr>
            <w:tcW w:type="dxa" w:w="144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R$</w:t>
            </w:r>
          </w:p>
        </w:tc>
        <w:tc>
          <w:tcPr>
            <w:tcW w:type="dxa" w:w="214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</w:tr>
      <w:tr>
        <w:trPr>
          <w:trHeight w:val="432" w:hRule="atLeast"/>
        </w:trPr>
        <w:tc>
          <w:tcPr>
            <w:tcW w:type="dxa" w:w="605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F8FAFC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4</w:t>
            </w:r>
          </w:p>
        </w:tc>
        <w:tc>
          <w:tcPr>
            <w:tcW w:type="dxa" w:w="439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F8FAFC" w:val="clear"/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  <w:tc>
          <w:tcPr>
            <w:tcW w:type="dxa" w:w="89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F8FAFC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  <w:tc>
          <w:tcPr>
            <w:tcW w:type="dxa" w:w="144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F8FAFC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R$</w:t>
            </w:r>
          </w:p>
        </w:tc>
        <w:tc>
          <w:tcPr>
            <w:tcW w:type="dxa" w:w="144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F8FAFC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R$</w:t>
            </w:r>
          </w:p>
        </w:tc>
        <w:tc>
          <w:tcPr>
            <w:tcW w:type="dxa" w:w="214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F8FAFC" w:val="clear"/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</w:tr>
      <w:tr>
        <w:trPr>
          <w:trHeight w:val="432" w:hRule="atLeast"/>
        </w:trPr>
        <w:tc>
          <w:tcPr>
            <w:tcW w:type="dxa" w:w="605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5</w:t>
            </w:r>
          </w:p>
        </w:tc>
        <w:tc>
          <w:tcPr>
            <w:tcW w:type="dxa" w:w="439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  <w:tc>
          <w:tcPr>
            <w:tcW w:type="dxa" w:w="89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  <w:tc>
          <w:tcPr>
            <w:tcW w:type="dxa" w:w="144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R$</w:t>
            </w:r>
          </w:p>
        </w:tc>
        <w:tc>
          <w:tcPr>
            <w:tcW w:type="dxa" w:w="144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R$</w:t>
            </w:r>
          </w:p>
        </w:tc>
        <w:tc>
          <w:tcPr>
            <w:tcW w:type="dxa" w:w="214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2721"/>
        <w:gridCol w:w="2721"/>
        <w:gridCol w:w="2721"/>
      </w:tblGrid>
      <w:tr>
        <w:trPr>
          <w:trHeight w:val="648" w:hRule="atLeast"/>
        </w:trPr>
        <w:tc>
          <w:tcPr>
            <w:tcW w:type="dxa" w:w="27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FORMA DE PAGAMENTO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☐ PIX   ☐ Cartão   ☐ Dinheiro</w:t>
              <w:br/>
              <w:t>☐ Boleto   ☐ Outro</w:t>
            </w:r>
          </w:p>
        </w:tc>
        <w:tc>
          <w:tcPr>
            <w:tcW w:type="dxa" w:w="27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ORÇAMENTO APROVADO EM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____/____/______   ____:____</w:t>
            </w:r>
          </w:p>
        </w:tc>
        <w:tc>
          <w:tcPr>
            <w:tcW w:type="dxa" w:w="272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SUBTOTAL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20"/>
              </w:rPr>
              <w:br/>
              <w:t>R$</w:t>
            </w:r>
          </w:p>
        </w:tc>
        <w:tc>
          <w:tcPr>
            <w:tcW w:type="dxa" w:w="272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DESCONTO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20"/>
              </w:rPr>
              <w:br/>
              <w:t>R$ / %</w:t>
            </w:r>
          </w:p>
        </w:tc>
      </w:tr>
      <w:tr>
        <w:trPr>
          <w:trHeight w:val="648" w:hRule="atLeast"/>
        </w:trPr>
        <w:tc>
          <w:tcPr>
            <w:tcW w:type="dxa" w:w="27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APROVAÇÃO DO CLIENTE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☐ Assinatura   ☐ WhatsApp</w:t>
              <w:br/>
              <w:t>☐ E-mail   ☐ Link</w:t>
            </w:r>
          </w:p>
        </w:tc>
        <w:tc>
          <w:tcPr>
            <w:tcW w:type="dxa" w:w="27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SINAL / ENTRADA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20"/>
              </w:rPr>
              <w:br/>
              <w:t>R$</w:t>
            </w:r>
          </w:p>
        </w:tc>
        <w:tc>
          <w:tcPr>
            <w:tcW w:type="dxa" w:w="272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TOTAL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20"/>
              </w:rPr>
              <w:br/>
              <w:t>R$</w:t>
            </w:r>
          </w:p>
        </w:tc>
        <w:tc>
          <w:tcPr>
            <w:tcW w:type="dxa" w:w="272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SALDO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20"/>
              </w:rPr>
              <w:br/>
              <w:t>R$</w:t>
            </w:r>
          </w:p>
        </w:tc>
      </w:tr>
      <w:tr>
        <w:trPr>
          <w:trHeight w:val="518" w:hRule="atLeast"/>
        </w:trPr>
        <w:tc>
          <w:tcPr>
            <w:tcW w:type="dxa" w:w="10916"/>
            <w:gridSpan w:val="4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OBSERVAÇÕES FINANCEIRAS / CONDIÇÕES / MATERIAIS FORNECIDOS PELO CLIENTE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8"/>
              </w:rPr>
              <w:br/>
              <w:t xml:space="preserve"> 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6"/>
      </w:tblGrid>
      <w:tr>
        <w:trPr>
          <w:trHeight w:val="346" w:hRule="exact"/>
        </w:trPr>
        <w:tc>
          <w:tcPr>
            <w:tcW w:type="dxa" w:w="10915"/>
            <w:tcBorders>
              <w:top w:val="single" w:sz="1" w:color="5B5CE2"/>
              <w:left w:val="single" w:sz="1" w:color="5B5CE2"/>
              <w:bottom w:val="single" w:sz="1" w:color="5B5CE2"/>
              <w:right w:val="single" w:sz="1" w:color="5B5CE2"/>
            </w:tcBorders>
            <w:tcMar>
              <w:top w:w="30" w:type="dxa"/>
              <w:start w:w="90" w:type="dxa"/>
              <w:bottom w:w="20" w:type="dxa"/>
              <w:end w:w="90" w:type="dxa"/>
            </w:tcMar>
            <w:shd w:fill="5B5CE2" w:val="clea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8"/>
              </w:rPr>
              <w:t>CHECKLIST DE TESTES E LIBERAÇÃO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3"/>
        <w:gridCol w:w="5443"/>
      </w:tblGrid>
      <w:tr>
        <w:trPr>
          <w:trHeight w:val="605" w:hRule="atLeast"/>
        </w:trPr>
        <w:tc>
          <w:tcPr>
            <w:tcW w:type="dxa" w:w="5458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t>☐ Tensão final   ☐ Continuidade   ☐ Polaridade</w:t>
              <w:br/>
              <w:t>☐ Aterramento / PE   ☐ Disjuntores   ☐ DR (quando existente)</w:t>
              <w:br/>
              <w:t>☐ Isolação / integridade visual</w:t>
            </w:r>
          </w:p>
        </w:tc>
        <w:tc>
          <w:tcPr>
            <w:tcW w:type="dxa" w:w="5458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t>☐ Funcionamento da carga   ☐ Fixação / aperto</w:t>
              <w:br/>
              <w:t>☐ Tomadas / interruptores   ☐ Identificação do circuito</w:t>
              <w:br/>
              <w:t>☐ Quadro fechado   ☐ Área limpa e liberada</w:t>
            </w:r>
          </w:p>
        </w:tc>
      </w:tr>
      <w:tr>
        <w:trPr>
          <w:trHeight w:val="576" w:hRule="atLeast"/>
        </w:trPr>
        <w:tc>
          <w:tcPr>
            <w:tcW w:type="dxa" w:w="5458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RESULTADO FINAL</w:t>
            </w:r>
            <w:r>
              <w:br/>
            </w:r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☐ Aprovado   ☐ Aprovado com ressalvas   ☐ Não concluído / pendente</w:t>
            </w:r>
          </w:p>
        </w:tc>
        <w:tc>
          <w:tcPr>
            <w:tcW w:type="dxa" w:w="5458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ELETRICISTA / RESPONSÁVEL TÉCNICO / DATA</w:t>
            </w:r>
            <w:r>
              <w:br/>
            </w:r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__________________________________    ____/____/______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6"/>
      </w:tblGrid>
      <w:tr>
        <w:trPr>
          <w:trHeight w:val="346" w:hRule="exact"/>
        </w:trPr>
        <w:tc>
          <w:tcPr>
            <w:tcW w:type="dxa" w:w="10915"/>
            <w:tcBorders>
              <w:top w:val="single" w:sz="1" w:color="5B5CE2"/>
              <w:left w:val="single" w:sz="1" w:color="5B5CE2"/>
              <w:bottom w:val="single" w:sz="1" w:color="5B5CE2"/>
              <w:right w:val="single" w:sz="1" w:color="5B5CE2"/>
            </w:tcBorders>
            <w:tcMar>
              <w:top w:w="30" w:type="dxa"/>
              <w:start w:w="90" w:type="dxa"/>
              <w:bottom w:w="20" w:type="dxa"/>
              <w:end w:w="90" w:type="dxa"/>
            </w:tcMar>
            <w:shd w:fill="5B5CE2" w:val="clea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8"/>
              </w:rPr>
              <w:t>SEGURANÇA, GARANTIA E TERMOS SUGERIDOS</w:t>
            </w:r>
            <w:r>
              <w:rPr>
                <w:rFonts w:ascii="Aptos" w:hAnsi="Aptos" w:eastAsia="Aptos"/>
                <w:b w:val="0"/>
                <w:i w:val="0"/>
                <w:color w:val="FFFFFF"/>
                <w:sz w:val="14"/>
              </w:rPr>
              <w:t xml:space="preserve">   •   adapte às normas e à legislação aplicáveis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6"/>
      </w:tblGrid>
      <w:tr>
        <w:trPr>
          <w:trHeight w:val="1051" w:hRule="atLeast"/>
        </w:trPr>
        <w:tc>
          <w:tcPr>
            <w:tcW w:type="dxa" w:w="10915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ptos" w:hAnsi="Aptos" w:eastAsia="Aptos"/>
                <w:b w:val="0"/>
                <w:i w:val="0"/>
                <w:color w:val="111827"/>
                <w:sz w:val="14"/>
              </w:rPr>
              <w:t>1. O serviço deve respeitar o escopo aprovado e as condições encontradas no local; alterações de escopo devem ser registradas e aprovadas.</w:t>
              <w:br/>
              <w:t>2. Recomendações de segurança, correções adicionais e riscos identificados devem ser comunicados ao cliente antes da liberação do serviço.</w:t>
              <w:br/>
              <w:t>3. Garantia informada nesta OS: ______ dias, limitada ao serviço/material descrito e observadas as condições legais aplicáveis.</w:t>
              <w:br/>
              <w:t>4. Materiais fornecidos pelo cliente devem ser identificados; sua especificação, procedência e compatibilidade podem exigir validação técnica.</w:t>
              <w:br/>
              <w:t>5. Este modelo não substitui projeto, laudo, prontuário, procedimento de segurança, ART/TRT ou outro documento exigível quando aplicável.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6"/>
      </w:tblGrid>
      <w:tr>
        <w:trPr>
          <w:trHeight w:val="346" w:hRule="exact"/>
        </w:trPr>
        <w:tc>
          <w:tcPr>
            <w:tcW w:type="dxa" w:w="10915"/>
            <w:tcBorders>
              <w:top w:val="single" w:sz="1" w:color="5B5CE2"/>
              <w:left w:val="single" w:sz="1" w:color="5B5CE2"/>
              <w:bottom w:val="single" w:sz="1" w:color="5B5CE2"/>
              <w:right w:val="single" w:sz="1" w:color="5B5CE2"/>
            </w:tcBorders>
            <w:tcMar>
              <w:top w:w="30" w:type="dxa"/>
              <w:start w:w="90" w:type="dxa"/>
              <w:bottom w:w="20" w:type="dxa"/>
              <w:end w:w="90" w:type="dxa"/>
            </w:tcMar>
            <w:shd w:fill="5B5CE2" w:val="clea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8"/>
              </w:rPr>
              <w:t>ENTREGA E ACEITE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2721"/>
        <w:gridCol w:w="2721"/>
        <w:gridCol w:w="2721"/>
      </w:tblGrid>
      <w:tr>
        <w:trPr>
          <w:trHeight w:val="547" w:hRule="atLeast"/>
        </w:trPr>
        <w:tc>
          <w:tcPr>
            <w:tcW w:type="dxa" w:w="27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DATA DA CONCLUSÃO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7"/>
              </w:rPr>
              <w:br/>
              <w:t>____/____/______</w:t>
            </w:r>
          </w:p>
        </w:tc>
        <w:tc>
          <w:tcPr>
            <w:tcW w:type="dxa" w:w="27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HORA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7"/>
              </w:rPr>
              <w:br/>
              <w:t>____:____</w:t>
            </w:r>
          </w:p>
        </w:tc>
        <w:tc>
          <w:tcPr>
            <w:tcW w:type="dxa" w:w="272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VALOR RECEBIDO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20"/>
              </w:rPr>
              <w:br/>
              <w:t>R$</w:t>
            </w:r>
          </w:p>
        </w:tc>
        <w:tc>
          <w:tcPr>
            <w:tcW w:type="dxa" w:w="272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STATUS</w:t>
            </w:r>
            <w:r>
              <w:rPr>
                <w:rFonts w:ascii="Aptos" w:hAnsi="Aptos" w:eastAsia="Aptos"/>
                <w:b w:val="0"/>
                <w:i w:val="0"/>
                <w:color w:val="111827"/>
                <w:sz w:val="15"/>
              </w:rPr>
              <w:br/>
              <w:t>☐ Pago   ☐ Parcial</w:t>
              <w:br/>
              <w:t>☐ Pendente</w:t>
            </w:r>
          </w:p>
        </w:tc>
      </w:tr>
      <w:tr>
        <w:trPr>
          <w:trHeight w:val="576" w:hRule="atLeast"/>
        </w:trPr>
        <w:tc>
          <w:tcPr>
            <w:tcW w:type="dxa" w:w="5472"/>
            <w:gridSpan w:val="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CLIENTE / RESPONSÁVEL</w:t>
            </w:r>
            <w:r>
              <w:br/>
            </w:r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Assinatura: __________________________________________</w:t>
            </w:r>
          </w:p>
        </w:tc>
        <w:tc>
          <w:tcPr>
            <w:tcW w:type="dxa" w:w="5444"/>
            <w:gridSpan w:val="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8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64748B"/>
                <w:sz w:val="14"/>
              </w:rPr>
              <w:t>ELETRICISTA / EMPRESA</w:t>
            </w:r>
            <w:r>
              <w:br/>
            </w:r>
            <w:r>
              <w:rPr>
                <w:rFonts w:ascii="Aptos" w:hAnsi="Aptos" w:eastAsia="Aptos"/>
                <w:b w:val="0"/>
                <w:i w:val="0"/>
                <w:color w:val="111827"/>
                <w:sz w:val="16"/>
              </w:rPr>
              <w:t>Assinatura: __________________________________________</w:t>
            </w:r>
          </w:p>
        </w:tc>
      </w:tr>
    </w:tbl>
    <w:p>
      <w:pPr>
        <w:spacing w:before="0" w:after="0" w:line="60" w:lineRule="exact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3"/>
        <w:gridCol w:w="5443"/>
      </w:tblGrid>
      <w:tr>
        <w:trPr>
          <w:trHeight w:val="562" w:hRule="exact"/>
        </w:trPr>
        <w:tc>
          <w:tcPr>
            <w:tcW w:type="dxa" w:w="5458"/>
            <w:tcBorders>
              <w:top w:val="single" w:sz="1" w:color="0F172A"/>
              <w:left w:val="single" w:sz="1" w:color="0F172A"/>
              <w:bottom w:val="single" w:sz="1" w:color="0F172A"/>
              <w:right w:val="single" w:sz="1" w:color="0F172A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0F172A" w:val="clear"/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16"/>
              </w:rPr>
              <w:t>Quer transformar esta OS em um processo digital?</w:t>
            </w:r>
            <w:r>
              <w:br/>
            </w:r>
            <w:r>
              <w:rPr>
                <w:rFonts w:ascii="Aptos" w:hAnsi="Aptos" w:eastAsia="Aptos"/>
                <w:b w:val="0"/>
                <w:i w:val="0"/>
                <w:color w:val="FFFFFF"/>
                <w:sz w:val="14"/>
              </w:rPr>
              <w:t>Crie, compartilhe e acompanhe ordens de serviço no Ordemio.</w:t>
            </w:r>
          </w:p>
        </w:tc>
        <w:tc>
          <w:tcPr>
            <w:tcW w:type="dxa" w:w="5458"/>
            <w:tcBorders>
              <w:top w:val="single" w:sz="1" w:color="0F172A"/>
              <w:left w:val="single" w:sz="1" w:color="0F172A"/>
              <w:bottom w:val="single" w:sz="1" w:color="0F172A"/>
              <w:right w:val="single" w:sz="1" w:color="0F172A"/>
            </w:tcBorders>
            <w:tcMar>
              <w:top w:w="80" w:type="dxa"/>
              <w:start w:w="90" w:type="dxa"/>
              <w:bottom w:w="70" w:type="dxa"/>
              <w:end w:w="90" w:type="dxa"/>
            </w:tcMar>
            <w:shd w:fill="5B5CE2" w:val="clear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ptos" w:hAnsi="Aptos" w:eastAsia="Aptos"/>
                <w:b/>
                <w:i w:val="0"/>
                <w:color w:val="FFFFFF"/>
                <w:sz w:val="20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662" w:right="677" w:bottom="662" w:left="677" w:header="173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/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32"/>
      <w:gridCol w:w="3432"/>
      <w:gridCol w:w="3432"/>
    </w:tblGrid>
    <w:tr>
      <w:tc>
        <w:tcPr>
          <w:tcW w:type="dxa" w:w="3024"/>
          <w:tcMar>
            <w:top w:w="70" w:type="dxa"/>
            <w:start w:w="0" w:type="dxa"/>
            <w:bottom w:w="0" w:type="dxa"/>
            <w:end w:w="0" w:type="dxa"/>
          </w:tcMar>
          <w:tcBorders>
            <w:top w:val="single" w:sz="5" w:color="CBD5E1"/>
          </w:tcBorders>
        </w:tcPr>
        <w:p>
          <w:pPr>
            <w:spacing w:before="0" w:after="0" w:line="240" w:lineRule="auto"/>
          </w:pPr>
          <w:r/>
          <w:r>
            <w:rPr>
              <w:rFonts w:ascii="Aptos" w:hAnsi="Aptos" w:eastAsia="Aptos"/>
              <w:b/>
              <w:i w:val="0"/>
              <w:color w:val="5B5CE2"/>
              <w:sz w:val="16"/>
            </w:rPr>
            <w:t>ORDEMIO</w:t>
          </w:r>
        </w:p>
      </w:tc>
      <w:tc>
        <w:tcPr>
          <w:tcW w:type="dxa" w:w="4248"/>
          <w:tcMar>
            <w:top w:w="70" w:type="dxa"/>
            <w:start w:w="0" w:type="dxa"/>
            <w:bottom w:w="0" w:type="dxa"/>
            <w:end w:w="0" w:type="dxa"/>
          </w:tcMar>
          <w:tcBorders>
            <w:top w:val="single" w:sz="5" w:color="CBD5E1"/>
          </w:tcBorders>
        </w:tcPr>
        <w:p>
          <w:pPr>
            <w:spacing w:before="0" w:after="0" w:line="240" w:lineRule="auto"/>
            <w:jc w:val="center"/>
          </w:pPr>
          <w:r/>
          <w:r>
            <w:rPr>
              <w:rFonts w:ascii="Aptos" w:hAnsi="Aptos" w:eastAsia="Aptos"/>
              <w:b w:val="0"/>
              <w:i w:val="0"/>
              <w:color w:val="64748B"/>
              <w:sz w:val="14"/>
            </w:rPr>
            <w:t>Modelo gratuito • ordemio.com.br</w:t>
          </w:r>
        </w:p>
      </w:tc>
      <w:tc>
        <w:tcPr>
          <w:tcW w:type="dxa" w:w="3024"/>
          <w:tcMar>
            <w:top w:w="70" w:type="dxa"/>
            <w:start w:w="0" w:type="dxa"/>
            <w:bottom w:w="0" w:type="dxa"/>
            <w:end w:w="0" w:type="dxa"/>
          </w:tcMar>
          <w:tcBorders>
            <w:top w:val="single" w:sz="5" w:color="CBD5E1"/>
          </w:tcBorders>
        </w:tcPr>
        <w:p>
          <w:pPr>
            <w:spacing w:before="0" w:after="0" w:line="240" w:lineRule="auto"/>
            <w:jc w:val="right"/>
          </w:pPr>
          <w:r/>
          <w:r>
            <w:rPr>
              <w:rFonts w:ascii="Aptos" w:hAnsi="Aptos" w:eastAsia="Aptos"/>
              <w:b w:val="0"/>
              <w:i w:val="0"/>
              <w:color w:val="64748B"/>
              <w:sz w:val="14"/>
            </w:rPr>
            <w:t>Ordem de serviço para eletricista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ptos" w:hAnsi="Aptos"/>
      <w:sz w:val="1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para Eletricista - Ordemio</dc:title>
  <dc:subject>Template editável de ordem de serviço para serviços elétricos</dc:subject>
  <dc:creator>Ordemio</dc:creator>
  <cp:keywords>ordem de serviço, eletricista, modelo, Ordemio, manutenção elétrica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