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627"/>
        <w:gridCol w:w="3627"/>
        <w:gridCol w:w="3627"/>
      </w:tblGrid>
      <w:tr>
        <w:trPr>
          <w:cantSplit/>
        </w:trPr>
        <w:tc>
          <w:tcPr>
            <w:tcW w:type="dxa" w:w="709"/>
            <w:shd w:fill="5B5CE2"/>
            <w:tcMar>
              <w:top w:w="150" w:type="dxa"/>
              <w:start w:w="80" w:type="dxa"/>
              <w:bottom w:w="150" w:type="dxa"/>
              <w:end w:w="80" w:type="dxa"/>
            </w:tcMar>
            <w:tcBorders>
              <w:top w:val="single" w:sz="5" w:space="0" w:color="D7DAE2"/>
              <w:left w:val="single" w:sz="5" w:space="0" w:color="D7DAE2"/>
              <w:bottom w:val="single" w:sz="5" w:space="0" w:color="D7DAE2"/>
              <w:right w:val="single" w:sz="5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i w:val="0"/>
                <w:color w:val="FFFFFF"/>
                <w:sz w:val="26"/>
              </w:rPr>
              <w:t>OS</w:t>
            </w:r>
          </w:p>
        </w:tc>
        <w:tc>
          <w:tcPr>
            <w:tcW w:type="dxa" w:w="5386"/>
            <w:tcMar>
              <w:top w:w="80" w:type="dxa"/>
              <w:start w:w="150" w:type="dxa"/>
              <w:bottom w:w="80" w:type="dxa"/>
              <w:end w:w="100" w:type="dxa"/>
            </w:tcMar>
            <w:tcBorders>
              <w:top w:val="single" w:sz="5" w:space="0" w:color="D7DAE2"/>
              <w:left w:val="single" w:sz="5" w:space="0" w:color="D7DAE2"/>
              <w:bottom w:val="single" w:sz="5" w:space="0" w:color="D7DAE2"/>
              <w:right w:val="single" w:sz="5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111827"/>
                <w:sz w:val="27"/>
              </w:rPr>
              <w:t>ORDEMIO</w:t>
            </w:r>
            <w:r>
              <w:rPr>
                <w:rFonts w:ascii="Aptos" w:hAnsi="Aptos"/>
                <w:b/>
                <w:i w:val="0"/>
                <w:color w:val="5B5CE2"/>
                <w:sz w:val="15"/>
              </w:rPr>
              <w:br/>
              <w:t>MODELO DE ORDEM DE SERVIÇO • MANUTENÇÃO</w:t>
            </w:r>
          </w:p>
        </w:tc>
        <w:tc>
          <w:tcPr>
            <w:tcW w:type="dxa" w:w="4195"/>
            <w:shd w:fill="F9FAFB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5" w:space="0" w:color="D7DAE2"/>
              <w:left w:val="single" w:sz="5" w:space="0" w:color="D7DAE2"/>
              <w:bottom w:val="single" w:sz="5" w:space="0" w:color="D7DAE2"/>
              <w:right w:val="single" w:sz="5" w:space="0" w:color="D7DAE2"/>
            </w:tcBorders>
          </w:tcPr>
          <w:p>
            <w:pPr>
              <w:spacing w:before="0" w:after="0" w:line="240" w:lineRule="auto"/>
              <w:jc w:val="right"/>
            </w:pPr>
            <w:r>
              <w:rPr>
                <w:rFonts w:ascii="Aptos" w:hAnsi="Aptos"/>
                <w:b/>
                <w:i w:val="0"/>
                <w:color w:val="111827"/>
                <w:sz w:val="16"/>
              </w:rPr>
              <w:t>ORDEM DE SERVIÇO Nº  __________________</w:t>
              <w:br/>
            </w:r>
            <w:r>
              <w:rPr>
                <w:rFonts w:ascii="Aptos" w:hAnsi="Aptos"/>
                <w:b w:val="0"/>
                <w:i w:val="0"/>
                <w:color w:val="6B7280"/>
                <w:sz w:val="14"/>
              </w:rPr>
              <w:t>Abertura: ____/____/______  ____:____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FFFFFF"/>
                <w:sz w:val="16"/>
              </w:rPr>
              <w:t>IDENTIFICAÇÃO DA EMPRESA / PRESTADOR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0"/>
        <w:gridCol w:w="2720"/>
        <w:gridCol w:w="2720"/>
        <w:gridCol w:w="2720"/>
      </w:tblGrid>
      <w:tr>
        <w:trPr>
          <w:trHeight w:val="408" w:hRule="atLeast"/>
          <w:cantSplit/>
        </w:trPr>
        <w:tc>
          <w:tcPr>
            <w:tcW w:type="dxa" w:w="3402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EMPRESA / PRESTADOR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268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CNPJ / CPF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268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TELEFONE / WHATSAPP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353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RESPONSÁVEL / ATENDENTE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</w:tr>
      <w:tr>
        <w:trPr>
          <w:trHeight w:val="408" w:hRule="atLeast"/>
          <w:cantSplit/>
        </w:trPr>
        <w:tc>
          <w:tcPr>
            <w:tcW w:type="dxa" w:w="5670"/>
            <w:vAlign w:val="center"/>
            <w:gridSpan w:val="2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ENDEREÇO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268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E-MAIL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353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TÉCNICO / EQUIPE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FFFFFF"/>
                <w:sz w:val="16"/>
              </w:rPr>
              <w:t>DADOS DO CLIENTE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0"/>
        <w:gridCol w:w="2720"/>
        <w:gridCol w:w="2720"/>
        <w:gridCol w:w="2720"/>
      </w:tblGrid>
      <w:tr>
        <w:trPr>
          <w:trHeight w:val="408" w:hRule="atLeast"/>
          <w:cantSplit/>
        </w:trPr>
        <w:tc>
          <w:tcPr>
            <w:tcW w:type="dxa" w:w="3402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NOME / RAZÃO SOCIAL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268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CPF / CNPJ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268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TELEFONE / WHATSAPP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353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E-MAIL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</w:tr>
      <w:tr>
        <w:trPr>
          <w:trHeight w:val="408" w:hRule="atLeast"/>
          <w:cantSplit/>
        </w:trPr>
        <w:tc>
          <w:tcPr>
            <w:tcW w:type="dxa" w:w="7938"/>
            <w:vAlign w:val="center"/>
            <w:gridSpan w:val="3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ENDEREÇO / LOCAL DO SERVIÇO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353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CONTATO NO LOCAL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FFFFFF"/>
                <w:sz w:val="16"/>
              </w:rPr>
              <w:t>IDENTIFICAÇÃO DO LOCAL / EQUIPAMENTO</w:t>
            </w:r>
            <w:r>
              <w:rPr>
                <w:rFonts w:ascii="Aptos" w:hAnsi="Aptos"/>
                <w:b w:val="0"/>
                <w:i w:val="0"/>
                <w:color w:val="FFFFFF"/>
                <w:sz w:val="14"/>
              </w:rPr>
              <w:t xml:space="preserve">   •   registre o ativo e a condição no recebimento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0"/>
        <w:gridCol w:w="2720"/>
        <w:gridCol w:w="2720"/>
        <w:gridCol w:w="2720"/>
      </w:tblGrid>
      <w:tr>
        <w:trPr>
          <w:trHeight w:val="408" w:hRule="atLeast"/>
          <w:cantSplit/>
        </w:trPr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UNIDADE / LOCAL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SETOR / AMBIENTE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EQUIPAMENTO / ATIVO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55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PATRIMÔNIO / TAG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</w:tr>
      <w:tr>
        <w:trPr>
          <w:trHeight w:val="408" w:hRule="atLeast"/>
          <w:cantSplit/>
        </w:trPr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MARCA / FABRICANTE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MODELO / REFERÊNCIA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Nº DE SÉRIE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55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ANO / IDENTIFICAÇÃO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</w:tr>
      <w:tr>
        <w:trPr>
          <w:trHeight w:val="408" w:hRule="atLeast"/>
          <w:cantSplit/>
        </w:trPr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TIPO DE MANUTENÇÃO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☐ Preventiva   ☐ Corretiva</w:t>
              <w:br/>
              <w:t>☐ Preditiva   ☐ Emergencial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PRIORIDADE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☐ Baixa   ☐ Média   ☐ Alta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STATUS DO EQUIPAMENTO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☐ Operando   ☐ Parado</w:t>
              <w:br/>
              <w:t>☐ Intermitente</w:t>
            </w:r>
          </w:p>
        </w:tc>
        <w:tc>
          <w:tcPr>
            <w:tcW w:type="dxa" w:w="255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HORÍMETRO / MEDIDOR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________________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FFFFFF"/>
                <w:sz w:val="16"/>
              </w:rPr>
              <w:t>CONDIÇÕES INICIAIS E SEGURANÇA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trHeight w:val="487" w:hRule="atLeast"/>
          <w:cantSplit/>
        </w:trPr>
        <w:tc>
          <w:tcPr>
            <w:tcW w:type="dxa" w:w="5159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i w:val="0"/>
                <w:color w:val="1F2937"/>
                <w:sz w:val="13"/>
              </w:rPr>
              <w:t>☐ Equipamento liberado para manutenção    ☐ Área isolada</w:t>
            </w:r>
            <w:r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3"/>
              </w:rPr>
              <w:t>☐ Necessita parada programada    ☐ Atendimento emergencial</w:t>
            </w:r>
          </w:p>
        </w:tc>
        <w:tc>
          <w:tcPr>
            <w:tcW w:type="dxa" w:w="513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i w:val="0"/>
                <w:color w:val="1F2937"/>
                <w:sz w:val="13"/>
              </w:rPr>
              <w:t>☐ Desligamento autorizado    ☐ Bloqueio / etiquetagem</w:t>
            </w:r>
            <w:r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3"/>
              </w:rPr>
              <w:t>☐ EPI específico    ☐ Permissão de trabalho necessária</w:t>
            </w:r>
          </w:p>
        </w:tc>
      </w:tr>
      <w:tr>
        <w:trPr>
          <w:trHeight w:val="487" w:hRule="atLeast"/>
          <w:cantSplit/>
        </w:trPr>
        <w:tc>
          <w:tcPr>
            <w:tcW w:type="dxa" w:w="5159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RISCOS / CONDIÇÕES DO LOCAL / OBSERVAÇÕES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513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SEGURANÇA</w:t>
              <w:br/>
            </w:r>
            <w:r>
              <w:rPr>
                <w:rFonts w:ascii="Aptos" w:hAnsi="Aptos"/>
                <w:b w:val="0"/>
                <w:i w:val="0"/>
                <w:color w:val="9CA3AF"/>
                <w:sz w:val="13"/>
              </w:rPr>
              <w:t>Registre riscos, bloqueios, liberações e cuidados necessários antes da intervenção.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FFFFFF"/>
                <w:sz w:val="16"/>
              </w:rPr>
              <w:t>CHECKLIST INICIAL DO ATIVO / INSTALAÇÃO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trHeight w:val="652" w:hRule="atLeast"/>
          <w:cantSplit/>
        </w:trPr>
        <w:tc>
          <w:tcPr>
            <w:tcW w:type="dxa" w:w="5159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i w:val="0"/>
                <w:color w:val="1F2937"/>
                <w:sz w:val="13"/>
              </w:rPr>
              <w:t>☐ Ruído anormal    ☐ Vibração    ☐ Aquecimento</w:t>
            </w:r>
            <w:r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3"/>
              </w:rPr>
              <w:t>☐ Vazamento    ☐ Sujidade    ☐ Corrosão</w:t>
            </w:r>
            <w:r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3"/>
              </w:rPr>
              <w:t>☐ Fixação irregular    ☐ Desgaste aparente</w:t>
            </w:r>
          </w:p>
        </w:tc>
        <w:tc>
          <w:tcPr>
            <w:tcW w:type="dxa" w:w="513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i w:val="0"/>
                <w:color w:val="1F2937"/>
                <w:sz w:val="13"/>
              </w:rPr>
              <w:t>☐ Cabos / conexões    ☐ Proteções    ☐ Lubrificação</w:t>
            </w:r>
            <w:r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3"/>
              </w:rPr>
              <w:t>☐ Nível / pressão    ☐ Sinalização    ☐ Acesso seguro</w:t>
            </w:r>
            <w:r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3"/>
              </w:rPr>
              <w:t>☐ Sem anomalia visual    ☐ Outro: __________________</w:t>
            </w:r>
          </w:p>
        </w:tc>
      </w:tr>
      <w:tr>
        <w:trPr>
          <w:trHeight w:val="510" w:hRule="atLeast"/>
          <w:cantSplit/>
        </w:trPr>
        <w:tc>
          <w:tcPr>
            <w:tcW w:type="dxa" w:w="10290"/>
            <w:vAlign w:val="center"/>
            <w:gridSpan w:val="2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CONDIÇÃO INICIAL / AVARIAS / EVIDÊNCIAS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trHeight w:val="878" w:hRule="atLeast"/>
          <w:cantSplit/>
        </w:trPr>
        <w:tc>
          <w:tcPr>
            <w:tcW w:type="dxa" w:w="10290"/>
            <w:shd w:fill="FFFFFF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tcMar>
              <w:top w:w="85" w:type="dxa"/>
              <w:start w:w="105" w:type="dxa"/>
              <w:bottom w:w="85" w:type="dxa"/>
              <w:end w:w="105" w:type="dxa"/>
            </w:tcMar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SOLICITAÇÃO / DEFEITO / ESCOPO DA MANUTENÇÃO</w:t>
              <w:br/>
            </w:r>
            <w:r>
              <w:rPr>
                <w:rFonts w:ascii="Aptos" w:hAnsi="Aptos"/>
                <w:b w:val="0"/>
                <w:i w:val="0"/>
                <w:color w:val="9CA3AF"/>
                <w:sz w:val="14"/>
              </w:rPr>
              <w:t>Descreva sintomas, falhas, histórico, frequência do problema, serviço solicitado e resultado esperado.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FFFFFF"/>
                <w:sz w:val="16"/>
              </w:rPr>
              <w:t>AUTORIZAÇÃO INICIAL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trHeight w:val="453" w:hRule="atLeast"/>
          <w:cantSplit/>
        </w:trPr>
        <w:tc>
          <w:tcPr>
            <w:tcW w:type="dxa" w:w="6803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i w:val="0"/>
                <w:color w:val="1F2937"/>
                <w:sz w:val="13"/>
              </w:rPr>
              <w:t>☐ Autorizo inspeção / diagnóstico   ☐ Autorizo intervenção até R$ __________ sem novo contato</w:t>
            </w:r>
            <w:r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3"/>
              </w:rPr>
              <w:t>☐ Exigir aprovação prévia do orçamento   ☐ Autoriza parada do equipamento, quando necessária</w:t>
            </w:r>
          </w:p>
        </w:tc>
        <w:tc>
          <w:tcPr>
            <w:tcW w:type="dxa" w:w="348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6B7280"/>
                <w:sz w:val="14"/>
              </w:rPr>
              <w:t>Assinatura / aceite do cliente: __________________________</w:t>
            </w:r>
          </w:p>
        </w:tc>
      </w:tr>
    </w:tbl>
    <w:p>
      <w:pPr>
        <w:spacing w:before="0" w:after="0"/>
      </w:pPr>
      <w:r>
        <w:br w:type="page"/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cantSplit/>
        </w:trPr>
        <w:tc>
          <w:tcPr>
            <w:tcW w:type="dxa" w:w="6803"/>
            <w:shd w:fill="111827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FFFFFF"/>
                <w:sz w:val="16"/>
              </w:rPr>
              <w:t>ORDEMIO  •  CONTINUAÇÃO DA ORDEM DE SERVIÇO</w:t>
            </w:r>
          </w:p>
        </w:tc>
        <w:tc>
          <w:tcPr>
            <w:tcW w:type="dxa" w:w="3487"/>
            <w:shd w:fill="5B5CE2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before="0" w:after="0" w:line="240" w:lineRule="auto"/>
              <w:jc w:val="right"/>
            </w:pPr>
            <w:r>
              <w:rPr>
                <w:rFonts w:ascii="Aptos" w:hAnsi="Aptos"/>
                <w:b/>
                <w:i w:val="0"/>
                <w:color w:val="FFFFFF"/>
                <w:sz w:val="16"/>
              </w:rPr>
              <w:t>OS Nº __________________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FFFFFF"/>
                <w:sz w:val="16"/>
              </w:rPr>
              <w:t>DIAGNÓSTICO TÉCNICO E CAUSA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trHeight w:val="708" w:hRule="atLeast"/>
          <w:cantSplit/>
        </w:trPr>
        <w:tc>
          <w:tcPr>
            <w:tcW w:type="dxa" w:w="10290"/>
            <w:shd w:fill="FFFFFF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tcMar>
              <w:top w:w="85" w:type="dxa"/>
              <w:start w:w="105" w:type="dxa"/>
              <w:bottom w:w="85" w:type="dxa"/>
              <w:end w:w="105" w:type="dxa"/>
            </w:tcMar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DIAGNÓSTICO / CAUSA / AÇÕES RECOMENDADAS</w:t>
              <w:br/>
            </w:r>
            <w:r>
              <w:rPr>
                <w:rFonts w:ascii="Aptos" w:hAnsi="Aptos"/>
                <w:b w:val="0"/>
                <w:i w:val="0"/>
                <w:color w:val="9CA3AF"/>
                <w:sz w:val="14"/>
              </w:rPr>
              <w:t>Registre medições, testes, falhas identificadas, causa provável, riscos, componentes envolvidos e ações recomendadas.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FFFFFF"/>
                <w:sz w:val="16"/>
              </w:rPr>
              <w:t>SERVIÇOS, PEÇAS E MATERIAIS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813"/>
        <w:gridCol w:w="1813"/>
        <w:gridCol w:w="1813"/>
        <w:gridCol w:w="1813"/>
        <w:gridCol w:w="1813"/>
        <w:gridCol w:w="1813"/>
      </w:tblGrid>
      <w:tr>
        <w:trPr>
          <w:trHeight w:val="272" w:hRule="atLeast"/>
          <w:cantSplit/>
        </w:trPr>
        <w:tc>
          <w:tcPr>
            <w:tcW w:type="dxa" w:w="510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i w:val="0"/>
                <w:color w:val="FFFFFF"/>
                <w:sz w:val="13"/>
              </w:rPr>
              <w:t>#</w:t>
            </w:r>
          </w:p>
        </w:tc>
        <w:tc>
          <w:tcPr>
            <w:tcW w:type="dxa" w:w="4025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i w:val="0"/>
                <w:color w:val="FFFFFF"/>
                <w:sz w:val="13"/>
              </w:rPr>
              <w:t>Descrição do serviço / peça / material</w:t>
            </w:r>
          </w:p>
        </w:tc>
        <w:tc>
          <w:tcPr>
            <w:tcW w:type="dxa" w:w="794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i w:val="0"/>
                <w:color w:val="FFFFFF"/>
                <w:sz w:val="13"/>
              </w:rPr>
              <w:t>Qtd.</w:t>
            </w:r>
          </w:p>
        </w:tc>
        <w:tc>
          <w:tcPr>
            <w:tcW w:type="dxa" w:w="1304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i w:val="0"/>
                <w:color w:val="FFFFFF"/>
                <w:sz w:val="13"/>
              </w:rPr>
              <w:t>Vlr. unit.</w:t>
            </w:r>
          </w:p>
        </w:tc>
        <w:tc>
          <w:tcPr>
            <w:tcW w:type="dxa" w:w="1361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i w:val="0"/>
                <w:color w:val="FFFFFF"/>
                <w:sz w:val="13"/>
              </w:rPr>
              <w:t>Total</w:t>
            </w:r>
          </w:p>
        </w:tc>
        <w:tc>
          <w:tcPr>
            <w:tcW w:type="dxa" w:w="2296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i w:val="0"/>
                <w:color w:val="FFFFFF"/>
                <w:sz w:val="13"/>
              </w:rPr>
              <w:t>Técnico / obs.</w:t>
            </w:r>
          </w:p>
        </w:tc>
      </w:tr>
      <w:tr>
        <w:trPr>
          <w:trHeight w:val="283" w:hRule="atLeast"/>
          <w:cantSplit/>
        </w:trPr>
        <w:tc>
          <w:tcPr>
            <w:tcW w:type="dxa" w:w="510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1</w:t>
            </w:r>
          </w:p>
        </w:tc>
        <w:tc>
          <w:tcPr>
            <w:tcW w:type="dxa" w:w="4025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  <w:tc>
          <w:tcPr>
            <w:tcW w:type="dxa" w:w="79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  <w:tc>
          <w:tcPr>
            <w:tcW w:type="dxa" w:w="130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R$</w:t>
            </w:r>
          </w:p>
        </w:tc>
        <w:tc>
          <w:tcPr>
            <w:tcW w:type="dxa" w:w="1361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R$</w:t>
            </w:r>
          </w:p>
        </w:tc>
        <w:tc>
          <w:tcPr>
            <w:tcW w:type="dxa" w:w="2296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</w:tr>
      <w:tr>
        <w:trPr>
          <w:trHeight w:val="283" w:hRule="atLeast"/>
          <w:cantSplit/>
        </w:trPr>
        <w:tc>
          <w:tcPr>
            <w:tcW w:type="dxa" w:w="510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2</w:t>
            </w:r>
          </w:p>
        </w:tc>
        <w:tc>
          <w:tcPr>
            <w:tcW w:type="dxa" w:w="4025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  <w:tc>
          <w:tcPr>
            <w:tcW w:type="dxa" w:w="794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  <w:tc>
          <w:tcPr>
            <w:tcW w:type="dxa" w:w="1304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R$</w:t>
            </w:r>
          </w:p>
        </w:tc>
        <w:tc>
          <w:tcPr>
            <w:tcW w:type="dxa" w:w="1361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R$</w:t>
            </w:r>
          </w:p>
        </w:tc>
        <w:tc>
          <w:tcPr>
            <w:tcW w:type="dxa" w:w="2296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</w:tr>
      <w:tr>
        <w:trPr>
          <w:trHeight w:val="283" w:hRule="atLeast"/>
          <w:cantSplit/>
        </w:trPr>
        <w:tc>
          <w:tcPr>
            <w:tcW w:type="dxa" w:w="510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3</w:t>
            </w:r>
          </w:p>
        </w:tc>
        <w:tc>
          <w:tcPr>
            <w:tcW w:type="dxa" w:w="4025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  <w:tc>
          <w:tcPr>
            <w:tcW w:type="dxa" w:w="79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  <w:tc>
          <w:tcPr>
            <w:tcW w:type="dxa" w:w="130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R$</w:t>
            </w:r>
          </w:p>
        </w:tc>
        <w:tc>
          <w:tcPr>
            <w:tcW w:type="dxa" w:w="1361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R$</w:t>
            </w:r>
          </w:p>
        </w:tc>
        <w:tc>
          <w:tcPr>
            <w:tcW w:type="dxa" w:w="2296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</w:tr>
      <w:tr>
        <w:trPr>
          <w:trHeight w:val="283" w:hRule="atLeast"/>
          <w:cantSplit/>
        </w:trPr>
        <w:tc>
          <w:tcPr>
            <w:tcW w:type="dxa" w:w="510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4</w:t>
            </w:r>
          </w:p>
        </w:tc>
        <w:tc>
          <w:tcPr>
            <w:tcW w:type="dxa" w:w="4025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  <w:tc>
          <w:tcPr>
            <w:tcW w:type="dxa" w:w="794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  <w:tc>
          <w:tcPr>
            <w:tcW w:type="dxa" w:w="1304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R$</w:t>
            </w:r>
          </w:p>
        </w:tc>
        <w:tc>
          <w:tcPr>
            <w:tcW w:type="dxa" w:w="1361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R$</w:t>
            </w:r>
          </w:p>
        </w:tc>
        <w:tc>
          <w:tcPr>
            <w:tcW w:type="dxa" w:w="2296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</w:tr>
      <w:tr>
        <w:trPr>
          <w:trHeight w:val="283" w:hRule="atLeast"/>
          <w:cantSplit/>
        </w:trPr>
        <w:tc>
          <w:tcPr>
            <w:tcW w:type="dxa" w:w="510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5</w:t>
            </w:r>
          </w:p>
        </w:tc>
        <w:tc>
          <w:tcPr>
            <w:tcW w:type="dxa" w:w="4025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  <w:tc>
          <w:tcPr>
            <w:tcW w:type="dxa" w:w="79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  <w:tc>
          <w:tcPr>
            <w:tcW w:type="dxa" w:w="130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R$</w:t>
            </w:r>
          </w:p>
        </w:tc>
        <w:tc>
          <w:tcPr>
            <w:tcW w:type="dxa" w:w="1361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R$</w:t>
            </w:r>
          </w:p>
        </w:tc>
        <w:tc>
          <w:tcPr>
            <w:tcW w:type="dxa" w:w="2296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0"/>
        <w:gridCol w:w="2720"/>
        <w:gridCol w:w="2720"/>
        <w:gridCol w:w="2720"/>
      </w:tblGrid>
      <w:tr>
        <w:trPr>
          <w:trHeight w:val="362" w:hRule="atLeast"/>
          <w:cantSplit/>
        </w:trPr>
        <w:tc>
          <w:tcPr>
            <w:tcW w:type="dxa" w:w="4082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FORMA DE PAGAMENTO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☐ PIX   ☐ Cartão   ☐ Dinheiro</w:t>
              <w:br/>
              <w:t>☐ Boleto   ☐ Outro</w:t>
            </w:r>
          </w:p>
        </w:tc>
        <w:tc>
          <w:tcPr>
            <w:tcW w:type="dxa" w:w="272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ORÇAMENTO APROVADO EM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5"/>
              </w:rPr>
              <w:t>____/____/______   ____:____</w:t>
            </w:r>
          </w:p>
        </w:tc>
        <w:tc>
          <w:tcPr>
            <w:tcW w:type="dxa" w:w="170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SUBTOTAL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>R$</w:t>
            </w:r>
          </w:p>
        </w:tc>
        <w:tc>
          <w:tcPr>
            <w:tcW w:type="dxa" w:w="1786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DESCONTO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>R$ / %</w:t>
            </w:r>
          </w:p>
        </w:tc>
      </w:tr>
      <w:tr>
        <w:trPr>
          <w:trHeight w:val="362" w:hRule="atLeast"/>
          <w:cantSplit/>
        </w:trPr>
        <w:tc>
          <w:tcPr>
            <w:tcW w:type="dxa" w:w="4082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APROVAÇÃO DO CLIENTE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☐ Assinatura   ☐ WhatsApp</w:t>
              <w:br/>
              <w:t>☐ E-mail   ☐ Link</w:t>
            </w:r>
          </w:p>
        </w:tc>
        <w:tc>
          <w:tcPr>
            <w:tcW w:type="dxa" w:w="272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SINAL / ENTRADA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>R$</w:t>
            </w:r>
          </w:p>
        </w:tc>
        <w:tc>
          <w:tcPr>
            <w:tcW w:type="dxa" w:w="170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TOTAL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>R$</w:t>
            </w:r>
          </w:p>
        </w:tc>
        <w:tc>
          <w:tcPr>
            <w:tcW w:type="dxa" w:w="1786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SALDO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>R$</w:t>
            </w:r>
          </w:p>
        </w:tc>
      </w:tr>
      <w:tr>
        <w:trPr>
          <w:trHeight w:val="362" w:hRule="atLeast"/>
          <w:cantSplit/>
        </w:trPr>
        <w:tc>
          <w:tcPr>
            <w:tcW w:type="dxa" w:w="10290"/>
            <w:vAlign w:val="center"/>
            <w:gridSpan w:val="4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OBSERVAÇÕES FINANCEIRAS / CONDIÇÕES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FFFFFF"/>
                <w:sz w:val="16"/>
              </w:rPr>
              <w:t>CHECKLIST DE EXECUÇÃO E TESTES FINAIS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trHeight w:val="408" w:hRule="atLeast"/>
          <w:cantSplit/>
        </w:trPr>
        <w:tc>
          <w:tcPr>
            <w:tcW w:type="dxa" w:w="5159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i w:val="0"/>
                <w:color w:val="1F2937"/>
                <w:sz w:val="13"/>
              </w:rPr>
              <w:t>☐ Limpeza   ☐ Ajuste   ☐ Aperto   ☐ Lubrificação</w:t>
            </w:r>
            <w:r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3"/>
              </w:rPr>
              <w:t>☐ Substituição   ☐ Calibração   ☐ Configuração   ☐ Reparo</w:t>
            </w:r>
          </w:p>
        </w:tc>
        <w:tc>
          <w:tcPr>
            <w:tcW w:type="dxa" w:w="513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i w:val="0"/>
                <w:color w:val="1F2937"/>
                <w:sz w:val="13"/>
              </w:rPr>
              <w:t>☐ Teste funcional   ☐ Segurança   ☐ Estanqueidade   ☐ Temperatura</w:t>
            </w:r>
            <w:r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3"/>
              </w:rPr>
              <w:t>☐ Pressão   ☐ Tensão/corrente   ☐ Ruído/vibração   ☐ Sem vazamentos</w:t>
            </w:r>
          </w:p>
        </w:tc>
      </w:tr>
      <w:tr>
        <w:trPr>
          <w:trHeight w:val="408" w:hRule="atLeast"/>
          <w:cantSplit/>
        </w:trPr>
        <w:tc>
          <w:tcPr>
            <w:tcW w:type="dxa" w:w="5159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RESULTADO FINAL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☐ Operacional   ☐ Operacional com ressalvas   ☐ Não liberado</w:t>
            </w:r>
          </w:p>
        </w:tc>
        <w:tc>
          <w:tcPr>
            <w:tcW w:type="dxa" w:w="513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TÉCNICO RESPONSÁVEL / DATA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5"/>
              </w:rPr>
              <w:t>____________________________   ____/____/______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FFFFFF"/>
                <w:sz w:val="16"/>
              </w:rPr>
              <w:t>RECOMENDAÇÕES, PRÓXIMA MANUTENÇÃO E GARANTIA</w:t>
            </w:r>
            <w:r>
              <w:rPr>
                <w:rFonts w:ascii="Aptos" w:hAnsi="Aptos"/>
                <w:b w:val="0"/>
                <w:i w:val="0"/>
                <w:color w:val="FFFFFF"/>
                <w:sz w:val="14"/>
              </w:rPr>
              <w:t xml:space="preserve">   •   adapte às regras da sua empresa e à legislação aplicável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trHeight w:val="878" w:hRule="atLeast"/>
          <w:cantSplit/>
        </w:trPr>
        <w:tc>
          <w:tcPr>
            <w:tcW w:type="dxa" w:w="10290"/>
            <w:shd w:fill="F9FAFB"/>
            <w:tcMar>
              <w:top w:w="90" w:type="dxa"/>
              <w:start w:w="110" w:type="dxa"/>
              <w:bottom w:w="90" w:type="dxa"/>
              <w:end w:w="11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i w:val="0"/>
                <w:color w:val="1F2937"/>
                <w:sz w:val="12"/>
              </w:rPr>
              <w:t>1. Garantia informada nesta OS: ______ dias para o serviço executado / conforme especificação de peças, materiais e legislação aplicável.</w:t>
              <w:br/>
              <w:t>2. Condição após a manutenção: ☐ Equipamento liberado   ☐ Liberado com ressalvas   ☐ Não liberado para operação.</w:t>
              <w:br/>
              <w:t>3. Próxima manutenção recomendada: ____/____/______   ou medidor/horímetro: __________________.</w:t>
              <w:br/>
              <w:t>4. Recomendações preventivas / pendências: ____________________________________________________________________________________.</w:t>
              <w:br/>
              <w:t>5. Peças substituídas: ☐ devolver ao cliente   ☐ encaminhar para descarte/reciclagem, quando permitido e autorizado.</w:t>
              <w:br/>
              <w:t>6. Serviços adicionais não previstos nesta OS devem ser avaliados e aprovados separadamente antes da execução.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FFFFFF"/>
                <w:sz w:val="16"/>
              </w:rPr>
              <w:t>ENCERRAMENTO E ACEITE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0"/>
        <w:gridCol w:w="2720"/>
        <w:gridCol w:w="2720"/>
        <w:gridCol w:w="2720"/>
      </w:tblGrid>
      <w:tr>
        <w:trPr>
          <w:trHeight w:val="351" w:hRule="atLeast"/>
          <w:cantSplit/>
        </w:trPr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DATA DA CONCLUSÃO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____/____/______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HORA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____:____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VALOR RECEBIDO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>R$</w:t>
            </w:r>
          </w:p>
        </w:tc>
        <w:tc>
          <w:tcPr>
            <w:tcW w:type="dxa" w:w="255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STATUS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☐ Concluído   ☐ Parcial   ☐ Pendente</w:t>
            </w:r>
          </w:p>
        </w:tc>
      </w:tr>
      <w:tr>
        <w:trPr>
          <w:trHeight w:val="419" w:hRule="atLeast"/>
          <w:cantSplit/>
        </w:trPr>
        <w:tc>
          <w:tcPr>
            <w:tcW w:type="dxa" w:w="5160"/>
            <w:vAlign w:val="center"/>
            <w:gridSpan w:val="2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CLIENTE / RESPONSÁVEL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Assinatura: ______________________________</w:t>
            </w:r>
          </w:p>
        </w:tc>
        <w:tc>
          <w:tcPr>
            <w:tcW w:type="dxa" w:w="5131"/>
            <w:vAlign w:val="center"/>
            <w:gridSpan w:val="2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TÉCNICO / PRESTADOR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Assinatura: ______________________________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6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cantSplit/>
        </w:trPr>
        <w:tc>
          <w:tcPr>
            <w:tcW w:type="dxa" w:w="7455"/>
            <w:shd w:fill="111827"/>
            <w:tcMar>
              <w:top w:w="70" w:type="dxa"/>
              <w:start w:w="120" w:type="dxa"/>
              <w:bottom w:w="70" w:type="dxa"/>
              <w:end w:w="120" w:type="dxa"/>
            </w:tcMar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FFFFFF"/>
                <w:sz w:val="16"/>
              </w:rPr>
              <w:t>Quer transformar esta OS em um processo digital?</w:t>
            </w:r>
            <w:r>
              <w:rPr>
                <w:rFonts w:ascii="Aptos" w:hAnsi="Aptos"/>
                <w:b w:val="0"/>
                <w:i w:val="0"/>
                <w:color w:val="E5E7EB"/>
                <w:sz w:val="13"/>
              </w:rPr>
              <w:br/>
              <w:t>Crie, compartilhe e acompanhe ordens de serviço no Ordemio.</w:t>
            </w:r>
          </w:p>
        </w:tc>
        <w:tc>
          <w:tcPr>
            <w:tcW w:type="dxa" w:w="2835"/>
            <w:shd w:fill="5B5CE2"/>
            <w:tcMar>
              <w:top w:w="70" w:type="dxa"/>
              <w:start w:w="120" w:type="dxa"/>
              <w:bottom w:w="70" w:type="dxa"/>
              <w:end w:w="120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i w:val="0"/>
                <w:color w:val="FFFFFF"/>
                <w:sz w:val="16"/>
              </w:rPr>
              <w:t>ordemio.com.br</w:t>
            </w:r>
          </w:p>
        </w:tc>
      </w:tr>
    </w:tbl>
    <w:sectPr w:rsidR="00FC693F" w:rsidRPr="0006063C" w:rsidSect="00034616">
      <w:footerReference w:type="default" r:id="rId9"/>
      <w:pgSz w:w="12240" w:h="15840"/>
      <w:pgMar w:top="652" w:right="680" w:bottom="652" w:left="680" w:header="227" w:footer="25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auto" w:w="0"/>
      <w:jc w:val="center"/>
      <w:tblLayout w:type="fixed"/>
      <w:tblLook w:firstColumn="1" w:firstRow="1" w:lastColumn="0" w:lastRow="0" w:noHBand="0" w:noVBand="1" w:val="04A0"/>
    </w:tblPr>
    <w:tblGrid>
      <w:gridCol w:w="3430"/>
      <w:gridCol w:w="3430"/>
      <w:gridCol w:w="3430"/>
    </w:tblGrid>
    <w:tr>
      <w:tc>
        <w:tcPr>
          <w:tcW w:type="dxa" w:w="3118"/>
          <w:tcBorders>
            <w:top w:val="single" w:sz="8" w:color="D7DAE2"/>
            <w:left w:val="nil"/>
            <w:bottom w:val="nil"/>
            <w:right w:val="nil"/>
          </w:tcBorders>
          <w:tcMar>
            <w:top w:w="70" w:type="dxa"/>
            <w:start w:w="0" w:type="dxa"/>
            <w:bottom w:w="0" w:type="dxa"/>
            <w:end w:w="0" w:type="dxa"/>
          </w:tcMar>
        </w:tcPr>
        <w:p>
          <w:pPr>
            <w:spacing w:before="0" w:after="0" w:line="240" w:lineRule="auto"/>
            <w:jc w:val="left"/>
          </w:pPr>
          <w:r>
            <w:rPr>
              <w:rFonts w:ascii="Aptos" w:hAnsi="Aptos"/>
              <w:b/>
              <w:i w:val="0"/>
              <w:color w:val="5B5CE2"/>
              <w:sz w:val="14"/>
            </w:rPr>
            <w:t>ORDEMIO</w:t>
          </w:r>
        </w:p>
      </w:tc>
      <w:tc>
        <w:tcPr>
          <w:tcW w:type="dxa" w:w="4054"/>
          <w:tcBorders>
            <w:top w:val="single" w:sz="8" w:color="D7DAE2"/>
            <w:left w:val="nil"/>
            <w:bottom w:val="nil"/>
            <w:right w:val="nil"/>
          </w:tcBorders>
          <w:tcMar>
            <w:top w:w="70" w:type="dxa"/>
            <w:start w:w="0" w:type="dxa"/>
            <w:bottom w:w="0" w:type="dxa"/>
            <w:end w:w="0" w:type="dxa"/>
          </w:tcMar>
        </w:tcPr>
        <w:p>
          <w:pPr>
            <w:spacing w:before="0" w:after="0" w:line="240" w:lineRule="auto"/>
            <w:jc w:val="center"/>
          </w:pPr>
          <w:r>
            <w:rPr>
              <w:rFonts w:ascii="Aptos" w:hAnsi="Aptos"/>
              <w:b w:val="0"/>
              <w:i w:val="0"/>
              <w:color w:val="6B7280"/>
              <w:sz w:val="13"/>
            </w:rPr>
            <w:t>Modelo gratuito • ordemio.com.br</w:t>
          </w:r>
        </w:p>
      </w:tc>
      <w:tc>
        <w:tcPr>
          <w:tcW w:type="dxa" w:w="3118"/>
          <w:tcBorders>
            <w:top w:val="single" w:sz="8" w:color="D7DAE2"/>
            <w:left w:val="nil"/>
            <w:bottom w:val="nil"/>
            <w:right w:val="nil"/>
          </w:tcBorders>
          <w:tcMar>
            <w:top w:w="70" w:type="dxa"/>
            <w:start w:w="0" w:type="dxa"/>
            <w:bottom w:w="0" w:type="dxa"/>
            <w:end w:w="0" w:type="dxa"/>
          </w:tcMar>
        </w:tcPr>
        <w:p>
          <w:pPr>
            <w:spacing w:before="0" w:after="0" w:line="240" w:lineRule="auto"/>
            <w:jc w:val="right"/>
          </w:pPr>
          <w:r>
            <w:rPr>
              <w:rFonts w:ascii="Aptos" w:hAnsi="Aptos"/>
              <w:b w:val="0"/>
              <w:i w:val="0"/>
              <w:color w:val="6B7280"/>
              <w:sz w:val="13"/>
            </w:rPr>
            <w:t>Manutenção preventiva e corretiva</w:t>
          </w:r>
        </w:p>
      </w:tc>
    </w:tr>
  </w:tbl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before="0"/>
    </w:pPr>
    <w:rPr>
      <w:rFonts w:ascii="Aptos" w:hAnsi="Aptos"/>
      <w:color w:val="1F2937"/>
      <w:sz w:val="17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Ordem de Serviço para Manutenção - Ordemio</dc:title>
  <dc:subject>Template de ordem de serviço para manutenção preventiva, corretiva, preditiva e emergencial</dc:subject>
  <dc:creator>Ordemio</dc:creator>
  <cp:keywords>ordem de serviço, manutenção, manutenção preventiva, manutenção corretiva, Ordemio</cp:keywords>
  <dc:description>Modelo gratuito da Ordemio</dc:description>
  <cp:lastModifiedBy>Ordemio</cp:lastModifiedBy>
  <cp:revision>1</cp:revision>
  <dcterms:created xsi:type="dcterms:W3CDTF">2013-12-23T23:15:00Z</dcterms:created>
  <dcterms:modified xsi:type="dcterms:W3CDTF">2013-12-23T23:15:00Z</dcterms:modified>
  <cp:category/>
</cp:coreProperties>
</file>