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111827"/>
                <w:sz w:val="27"/>
              </w:rPr>
              <w:t>ORDEMIO</w:t>
            </w:r>
            <w:r>
              <w:rPr>
                <w:rFonts w:ascii="Aptos" w:hAnsi="Aptos" w:eastAsia="Aptos"/>
                <w:b/>
                <w:color w:val="5B5CE2"/>
                <w:sz w:val="15"/>
              </w:rPr>
              <w:br/>
              <w:t>MODELO DE ORDEM DE SERVIÇO • OBRA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  <w:vAlign w:val="center"/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 w:eastAsia="Aptos"/>
                <w:b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ptos" w:hAnsi="Aptos" w:eastAsia="Aptos"/>
                <w:b w:val="0"/>
                <w:color w:val="6B7280"/>
                <w:sz w:val="14"/>
              </w:rPr>
              <w:t>Emissão: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IDENTIFICAÇÃO DA EMPRESA / PRESTADOR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EMPRESA / PRESTADOR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CNPJ / CPF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RESPONSÁVEL / CONTATO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RESPONSÁVEL TÉCNICO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DADOS DO CLIENTE / CONTRATANTE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CPF / CNPJ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ENDEREÇO / SEDE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CONTATO NA OBRA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IDENTIFICAÇÃO DA OBRA</w:t>
            </w:r>
            <w:r>
              <w:rPr>
                <w:rFonts w:ascii="Aptos" w:hAnsi="Aptos" w:eastAsia="Aptos"/>
                <w:b w:val="0"/>
                <w:color w:val="E6E7FF"/>
                <w:sz w:val="13"/>
              </w:rPr>
              <w:t xml:space="preserve">   •   registre o local, responsáveis e período previsto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NOME / IDENTIFICAÇÃO DA OBRA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TIPO DE OBRA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CONTRATO / REFERÊNCIA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ETAPA / FRENTE DE SERVIÇO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ENDEREÇO DA OBRA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CIDADE / UF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RESPONSÁVEL TÉCNICO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CREA / CAU • ART / RRT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INÍCIO PREVISTO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CONCLUSÃO PREVISTA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ENCARREGADO / EQUIPE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HORÁRIO / JANELA DE EXECUÇÃO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CONDIÇÕES DO LOCAL E RECURSOS DISPONÍVEIS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Acesso liberado    ☐ Energia disponível    ☐ Água disponível</w:t>
              <w:br/>
              <w:t>☐ Área para materiais    ☐ Banheiro    ☐ Estacionamento / carga e descarga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Projeto / memorial disponível    ☐ Medidas conferidas</w:t>
              <w:br/>
              <w:t>☐ Materiais no local    ☐ Equipamentos disponíveis    ☐ Licenças / autorização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OBSERVAÇÕES SOBRE O LOCAL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SEGURANÇA / RESTRIÇÕES</w:t>
              <w:br/>
            </w:r>
            <w:r>
              <w:rPr>
                <w:rFonts w:ascii="Aptos" w:hAnsi="Aptos" w:eastAsia="Aptos"/>
                <w:b w:val="0"/>
                <w:color w:val="9CA3AF"/>
                <w:sz w:val="14"/>
              </w:rPr>
              <w:t>Registre exigências de EPI/EPC, isolamento, acesso, horários, trabalho em altura e demais cuidados.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CHECKLIST ANTES DO INÍCIO DA EXECUÇÃO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Área liberada    ☐ Local isolado / sinalizado</w:t>
              <w:br/>
              <w:t>☐ Projeto conferido    ☐ Níveis / medidas conferidos</w:t>
              <w:br/>
              <w:t>☐ Interferências identificadas    ☐ Proteções instaladas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EPI/EPC conferidos    ☐ Ferramentas inspecionadas</w:t>
              <w:br/>
              <w:t>☐ Materiais conferidos    ☐ Equipe orientada</w:t>
              <w:br/>
              <w:t>☐ Riscos comunicados    ☐ Responsável avisado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CONDIÇÕES EXISTENTES / AVARIAS / PENDÊNCIAS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ESCOPO / SERVIÇO SOLICITADO</w:t>
              <w:br/>
            </w:r>
            <w:r>
              <w:rPr>
                <w:rFonts w:ascii="Aptos" w:hAnsi="Aptos" w:eastAsia="Aptos"/>
                <w:b w:val="0"/>
                <w:color w:val="9CA3AF"/>
                <w:sz w:val="15"/>
              </w:rPr>
              <w:t>Descreva o que será executado, ambiente ou área, medidas, especificações, padrão de acabamento, projeto de referência e entregáveis.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AUTORIZAÇÃO PARA INÍCIO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Autorizo o início conforme escopo desta OS    ☐ Exigir aprovação prévia para serviços adicionais</w:t>
              <w:br/>
              <w:t>☐ Autorizo compras emergenciais até R$ __________, mediante comprovação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6B7280"/>
                <w:sz w:val="14"/>
              </w:rPr>
              <w:t>Assinatura do contratante: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 w:eastAsia="Aptos"/>
                <w:b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REGISTRO DE EXECUÇÃO / MEDIÇÃO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ATIVIDADES EXECUTADAS / MEDIÇÃO / OCORRÊNCIAS</w:t>
              <w:br/>
            </w:r>
            <w:r>
              <w:rPr>
                <w:rFonts w:ascii="Aptos" w:hAnsi="Aptos" w:eastAsia="Aptos"/>
                <w:b w:val="0"/>
                <w:color w:val="9CA3AF"/>
                <w:sz w:val="15"/>
              </w:rPr>
              <w:t>Registre avanço físico, serviços concluídos, quantidades medidas, alterações de escopo, interferências, paralisações, condições climáticas e pendências.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SERVIÇOS, MATERIAIS E MEDIÇÕES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3"/>
              </w:rPr>
              <w:t>Descrição do serviço / material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3"/>
              </w:rPr>
              <w:t>Unid.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3"/>
              </w:rPr>
              <w:t>Qtd. / medição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3"/>
              </w:rPr>
              <w:t>Vlr. unit.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3"/>
              </w:rPr>
              <w:t>Total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R$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 w:eastAsia="Aptos"/>
                <w:b w:val="0"/>
                <w:color w:val="9CA3AF"/>
                <w:sz w:val="14"/>
              </w:rPr>
              <w:t>☐ PIX   ☐ Cartão   ☐ Dinheiro</w:t>
              <w:br/>
              <w:t>☐ Boleto   ☐ Transferência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MEDIÇÃO / APROVAÇÃO EM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SUBTOTAL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DESCONTO / RETENÇÃO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ACEITE DA MEDIÇÃO</w:t>
              <w:br/>
            </w:r>
            <w:r>
              <w:rPr>
                <w:rFonts w:ascii="Aptos" w:hAnsi="Aptos" w:eastAsia="Aptos"/>
                <w:b w:val="0"/>
                <w:color w:val="9CA3AF"/>
                <w:sz w:val="14"/>
              </w:rPr>
              <w:t>☐ Assinatura   ☐ WhatsApp</w:t>
              <w:br/>
              <w:t>☐ E-mail   ☐ Link / sistema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ADIANTAMENTO / SINAL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TOTAL DA MEDIÇÃO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SALDO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OBSERVAÇÕES FINANCEIRAS / RETENÇÕES / CONDIÇÕES</w:t>
              <w:br/>
            </w:r>
            <w:r>
              <w:rPr>
                <w:rFonts w:ascii="Aptos" w:hAnsi="Aptos" w:eastAsia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CHECKLIST DE QUALIDADE E SEGURANÇA ANTES DO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Medidas conferidas    ☐ Prumo / nível conferidos    ☐ Acabamento verificado</w:t>
              <w:br/>
              <w:t>☐ Limpeza realizada    ☐ Resíduos retirados    ☐ Proteções removidas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4"/>
              </w:rPr>
              <w:t>☐ EPI/EPC utilizados    ☐ Área segura para liberação    ☐ Instalações testadas</w:t>
              <w:br/>
              <w:t>☐ Pendências registradas    ☐ Fotos finais registradas    ☐ Cliente orientado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☐ Aprovado    ☐ Aprovado com ressalvas    ☐ Pendente / retrabalho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RESPONSÁVEL PELA EXECUÇÃO / DATA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TERMOS E CONDIÇÕES SUGERIDOS</w:t>
            </w:r>
            <w:r>
              <w:rPr>
                <w:rFonts w:ascii="Aptos" w:hAnsi="Aptos" w:eastAsia="Aptos"/>
                <w:b w:val="0"/>
                <w:color w:val="E6E7FF"/>
                <w:sz w:val="13"/>
              </w:rPr>
              <w:t xml:space="preserve">   •   adapte ao contrato, à obra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 w:val="0"/>
                <w:color w:val="1F2937"/>
                <w:sz w:val="12"/>
              </w:rPr>
              <w:t>1. Esta OS registra o escopo, a medição e as condições observadas na execução; alterações devem ser documentadas e aprovadas.</w:t>
              <w:br/>
              <w:t>2. Serviços adicionais, retrabalhos por mudança de escopo ou interferências não previstas podem exigir novo orçamento e prazo.</w:t>
              <w:br/>
              <w:t>3. O contratante deve disponibilizar acesso, informações, projetos, liberações e condições necessárias à execução segura dos serviços.</w:t>
              <w:br/>
              <w:t>4. Ocorrências, paralisações e condições externas que impactem prazo, custo ou qualidade devem ser registradas nesta OS ou em documento complementar.</w:t>
              <w:br/>
              <w:t>5. O aceite deve considerar o escopo contratado, as medições, eventuais ressalvas e as garantias aplicáveis ao serviço executado.</w:t>
              <w:br/>
              <w:t>6. ART/RRT, licenças, responsabilidade técnica e normas de segurança devem ser tratadas conforme a natureza da obra e a legislação aplicável.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5"/>
              </w:rPr>
              <w:t>CONCLUSÃO, MEDIÇÃO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DATA DA MEDIÇÃO / ACEITE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PERÍODO EXECUTADO</w:t>
              <w:br/>
            </w:r>
            <w:r>
              <w:rPr>
                <w:rFonts w:ascii="Aptos" w:hAnsi="Aptos" w:eastAsia="Aptos"/>
                <w:b w:val="0"/>
                <w:color w:val="9CA3AF"/>
                <w:sz w:val="15"/>
              </w:rPr>
              <w:t>____/____ a ____/____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VALOR DA MEDIÇÃO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STATUS</w:t>
              <w:br/>
            </w:r>
            <w:r>
              <w:rPr>
                <w:rFonts w:ascii="Aptos" w:hAnsi="Aptos" w:eastAsia="Aptos"/>
                <w:b w:val="0"/>
                <w:color w:val="9CA3AF"/>
                <w:sz w:val="15"/>
              </w:rPr>
              <w:t>☐ Aprovado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CONTRATANTE / RESPONSÁVEL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6B7280"/>
                <w:sz w:val="13"/>
              </w:rPr>
              <w:t>EXECUTOR / RESPONSÁVEL TÉCNICO</w:t>
              <w:br/>
            </w:r>
            <w:r>
              <w:rPr>
                <w:rFonts w:ascii="Aptos" w:hAnsi="Aptos" w:eastAsia="Aptos"/>
                <w:b w:val="0"/>
                <w:color w:val="9CA3AF"/>
                <w:sz w:val="16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 w:eastAsia="Aptos"/>
                <w:b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 w:eastAsia="Aptos"/>
                <w:b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 w:eastAsia="Aptos"/>
                <w:b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  <w:vAlign w:val="center"/>
        </w:tcPr>
        <w:p>
          <w:pPr>
            <w:spacing w:before="0" w:after="0" w:line="240" w:lineRule="auto"/>
            <w:jc w:val="left"/>
          </w:pPr>
          <w:r>
            <w:rPr>
              <w:rFonts w:ascii="Aptos" w:hAnsi="Aptos" w:eastAsia="Aptos"/>
              <w:b/>
              <w:color w:val="5B5CE2"/>
              <w:sz w:val="14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  <w:vAlign w:val="center"/>
        </w:tcPr>
        <w:p>
          <w:pPr>
            <w:spacing w:before="0" w:after="0" w:line="240" w:lineRule="auto"/>
            <w:jc w:val="center"/>
          </w:pPr>
          <w:r>
            <w:rPr>
              <w:rFonts w:ascii="Aptos" w:hAnsi="Aptos" w:eastAsia="Aptos"/>
              <w:b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ptos" w:hAnsi="Aptos" w:eastAsia="Aptos"/>
              <w:b w:val="0"/>
              <w:color w:val="6B7280"/>
              <w:sz w:val="13"/>
            </w:rPr>
            <w:t>Ordem de serviço de obra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Obra - Ordemio</dc:title>
  <dc:subject>Template de ordem de serviço para obras e construção civil</dc:subject>
  <dc:creator>Ordemio</dc:creator>
  <cp:keywords>ordem de serviço, obra, construção civil, medição, Ordemio</cp:keywords>
  <dc:description>Modelo editável criado para uso como ordem de serviço de assistência técnica de celular.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