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60" w:after="0" w:line="240" w:lineRule="auto"/>
        <w:jc w:val="center"/>
      </w:pPr>
      <w:r>
        <w:rPr>
          <w:rFonts w:ascii="Aptos" w:hAnsi="Aptos"/>
          <w:b/>
          <w:color w:val="0F172A"/>
          <w:sz w:val="30"/>
        </w:rPr>
        <w:t>ORDEM DE SERVIÇO - OFICINA MECÂNICA</w:t>
      </w:r>
    </w:p>
    <w:p>
      <w:pPr>
        <w:spacing w:before="0" w:after="80" w:line="240" w:lineRule="auto"/>
        <w:jc w:val="center"/>
      </w:pPr>
      <w:r>
        <w:rPr>
          <w:rFonts w:ascii="Aptos" w:hAnsi="Aptos"/>
          <w:b w:val="0"/>
          <w:color w:val="475569"/>
          <w:sz w:val="15"/>
        </w:rPr>
        <w:t>Recepção do veículo • diagnóstico • orçamento • execução • entrega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665"/>
        <w:gridCol w:w="2665"/>
        <w:gridCol w:w="1701"/>
        <w:gridCol w:w="3515"/>
      </w:tblGrid>
      <w:tr>
        <w:trPr>
          <w:cantSplit/>
        </w:trPr>
        <w:tc>
          <w:tcPr>
            <w:tcW w:type="dxa" w:w="2665"/>
            <w:tcBorders>
              <w:top w:val="single" w:sz="6" w:color="CBD5E1"/>
              <w:bottom w:val="single" w:sz="6" w:color="CBD5E1"/>
              <w:left w:val="single" w:sz="6" w:color="CBD5E1"/>
              <w:right w:val="single" w:sz="6" w:color="CBD5E1"/>
            </w:tcBorders>
            <w:tcMar>
              <w:top w:w="55" w:type="dxa"/>
              <w:start w:w="90" w:type="dxa"/>
              <w:bottom w:w="55" w:type="dxa"/>
              <w:end w:w="90" w:type="dxa"/>
            </w:tcMar>
            <w:vAlign w:val="center"/>
          </w:tcPr>
          <w:p>
            <w:pPr>
              <w:spacing w:before="0" w:after="0" w:line="228" w:lineRule="auto"/>
              <w:jc w:val="left"/>
            </w:pPr>
            <w:r>
              <w:rPr>
                <w:rFonts w:ascii="Aptos" w:hAnsi="Aptos"/>
                <w:b/>
                <w:color w:val="475569"/>
                <w:sz w:val="14"/>
              </w:rPr>
              <w:t>DATA DE ENTRADA</w:t>
            </w:r>
            <w:r>
              <w:rPr>
                <w:rFonts w:ascii="Aptos" w:hAnsi="Aptos"/>
                <w:b w:val="0"/>
                <w:color w:val="0F172A"/>
                <w:sz w:val="17"/>
              </w:rPr>
              <w:br/>
              <w:t>____/____/______</w:t>
            </w:r>
          </w:p>
        </w:tc>
        <w:tc>
          <w:tcPr>
            <w:tcW w:type="dxa" w:w="2665"/>
            <w:tcBorders>
              <w:top w:val="single" w:sz="6" w:color="CBD5E1"/>
              <w:bottom w:val="single" w:sz="6" w:color="CBD5E1"/>
              <w:left w:val="single" w:sz="6" w:color="CBD5E1"/>
              <w:right w:val="single" w:sz="6" w:color="CBD5E1"/>
            </w:tcBorders>
            <w:tcMar>
              <w:top w:w="55" w:type="dxa"/>
              <w:start w:w="90" w:type="dxa"/>
              <w:bottom w:w="55" w:type="dxa"/>
              <w:end w:w="90" w:type="dxa"/>
            </w:tcMar>
            <w:vAlign w:val="center"/>
          </w:tcPr>
          <w:p>
            <w:pPr>
              <w:spacing w:before="0" w:after="0" w:line="228" w:lineRule="auto"/>
              <w:jc w:val="left"/>
            </w:pPr>
            <w:r>
              <w:rPr>
                <w:rFonts w:ascii="Aptos" w:hAnsi="Aptos"/>
                <w:b/>
                <w:color w:val="475569"/>
                <w:sz w:val="14"/>
              </w:rPr>
              <w:t>PREVISÃO DE ENTREGA</w:t>
            </w:r>
            <w:r>
              <w:rPr>
                <w:rFonts w:ascii="Aptos" w:hAnsi="Aptos"/>
                <w:b w:val="0"/>
                <w:color w:val="0F172A"/>
                <w:sz w:val="17"/>
              </w:rPr>
              <w:br/>
              <w:t>____/____/______</w:t>
            </w:r>
          </w:p>
        </w:tc>
        <w:tc>
          <w:tcPr>
            <w:tcW w:type="dxa" w:w="1701"/>
            <w:tcBorders>
              <w:top w:val="single" w:sz="6" w:color="CBD5E1"/>
              <w:bottom w:val="single" w:sz="6" w:color="CBD5E1"/>
              <w:left w:val="single" w:sz="6" w:color="CBD5E1"/>
              <w:right w:val="single" w:sz="6" w:color="CBD5E1"/>
            </w:tcBorders>
            <w:tcMar>
              <w:top w:w="55" w:type="dxa"/>
              <w:start w:w="90" w:type="dxa"/>
              <w:bottom w:w="55" w:type="dxa"/>
              <w:end w:w="90" w:type="dxa"/>
            </w:tcMar>
            <w:vAlign w:val="center"/>
          </w:tcPr>
          <w:p>
            <w:pPr>
              <w:spacing w:before="0" w:after="0" w:line="228" w:lineRule="auto"/>
              <w:jc w:val="left"/>
            </w:pPr>
            <w:r>
              <w:rPr>
                <w:rFonts w:ascii="Aptos" w:hAnsi="Aptos"/>
                <w:b/>
                <w:color w:val="475569"/>
                <w:sz w:val="14"/>
              </w:rPr>
              <w:t>HORA</w:t>
            </w:r>
            <w:r>
              <w:rPr>
                <w:rFonts w:ascii="Aptos" w:hAnsi="Aptos"/>
                <w:b w:val="0"/>
                <w:color w:val="0F172A"/>
                <w:sz w:val="17"/>
              </w:rPr>
              <w:br/>
              <w:t>________</w:t>
            </w:r>
          </w:p>
        </w:tc>
        <w:tc>
          <w:tcPr>
            <w:tcW w:type="dxa" w:w="3515"/>
            <w:tcBorders>
              <w:top w:val="single" w:sz="6" w:color="CBD5E1"/>
              <w:bottom w:val="single" w:sz="6" w:color="CBD5E1"/>
              <w:left w:val="single" w:sz="6" w:color="CBD5E1"/>
              <w:right w:val="single" w:sz="6" w:color="CBD5E1"/>
            </w:tcBorders>
            <w:tcMar>
              <w:top w:w="55" w:type="dxa"/>
              <w:start w:w="90" w:type="dxa"/>
              <w:bottom w:w="55" w:type="dxa"/>
              <w:end w:w="90" w:type="dxa"/>
            </w:tcMar>
            <w:vAlign w:val="center"/>
          </w:tcPr>
          <w:p>
            <w:pPr>
              <w:spacing w:before="0" w:after="0" w:line="228" w:lineRule="auto"/>
              <w:jc w:val="left"/>
            </w:pPr>
            <w:r>
              <w:rPr>
                <w:rFonts w:ascii="Aptos" w:hAnsi="Aptos"/>
                <w:b/>
                <w:color w:val="475569"/>
                <w:sz w:val="14"/>
              </w:rPr>
              <w:t>STATUS</w:t>
            </w:r>
            <w:r>
              <w:rPr>
                <w:rFonts w:ascii="Aptos" w:hAnsi="Aptos"/>
                <w:b w:val="0"/>
                <w:color w:val="0F172A"/>
                <w:sz w:val="17"/>
              </w:rPr>
              <w:br/>
              <w:t>________________</w:t>
            </w:r>
          </w:p>
        </w:tc>
      </w:tr>
    </w:tbl>
    <w:p>
      <w:pPr>
        <w:keepNext/>
        <w:spacing w:before="50" w:after="40" w:line="240" w:lineRule="auto"/>
        <w:pBdr>
          <w:bottom w:val="single" w:sz="16" w:space="2" w:color="F97316"/>
        </w:pBdr>
      </w:pPr>
      <w:r>
        <w:rPr>
          <w:rFonts w:ascii="Aptos" w:hAnsi="Aptos"/>
          <w:b/>
          <w:color w:val="0F172A"/>
          <w:sz w:val="20"/>
        </w:rPr>
        <w:t>1. DADOS DA OFICINA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4535"/>
        <w:gridCol w:w="2835"/>
        <w:gridCol w:w="3175"/>
      </w:tblGrid>
      <w:tr>
        <w:trPr>
          <w:cantSplit/>
        </w:trPr>
        <w:tc>
          <w:tcPr>
            <w:tcW w:type="dxa" w:w="4535"/>
            <w:tcBorders>
              <w:top w:val="single" w:sz="6" w:color="CBD5E1"/>
              <w:bottom w:val="single" w:sz="6" w:color="CBD5E1"/>
              <w:left w:val="single" w:sz="6" w:color="CBD5E1"/>
              <w:right w:val="single" w:sz="6" w:color="CBD5E1"/>
            </w:tcBorders>
            <w:tcMar>
              <w:top w:w="55" w:type="dxa"/>
              <w:start w:w="90" w:type="dxa"/>
              <w:bottom w:w="55" w:type="dxa"/>
              <w:end w:w="90" w:type="dxa"/>
            </w:tcMar>
            <w:vAlign w:val="center"/>
          </w:tcPr>
          <w:p>
            <w:pPr>
              <w:spacing w:before="0" w:after="0" w:line="228" w:lineRule="auto"/>
              <w:jc w:val="left"/>
            </w:pPr>
            <w:r>
              <w:rPr>
                <w:rFonts w:ascii="Aptos" w:hAnsi="Aptos"/>
                <w:b/>
                <w:color w:val="475569"/>
                <w:sz w:val="14"/>
              </w:rPr>
              <w:t>OFICINA / RAZÃO SOCIAL</w:t>
            </w:r>
            <w:r>
              <w:rPr>
                <w:rFonts w:ascii="Aptos" w:hAnsi="Aptos"/>
                <w:b w:val="0"/>
                <w:color w:val="0F172A"/>
                <w:sz w:val="17"/>
              </w:rPr>
              <w:br/>
              <w:t>______________________________________________</w:t>
            </w:r>
          </w:p>
        </w:tc>
        <w:tc>
          <w:tcPr>
            <w:tcW w:type="dxa" w:w="2835"/>
            <w:tcBorders>
              <w:top w:val="single" w:sz="6" w:color="CBD5E1"/>
              <w:bottom w:val="single" w:sz="6" w:color="CBD5E1"/>
              <w:left w:val="single" w:sz="6" w:color="CBD5E1"/>
              <w:right w:val="single" w:sz="6" w:color="CBD5E1"/>
            </w:tcBorders>
            <w:tcMar>
              <w:top w:w="55" w:type="dxa"/>
              <w:start w:w="90" w:type="dxa"/>
              <w:bottom w:w="55" w:type="dxa"/>
              <w:end w:w="90" w:type="dxa"/>
            </w:tcMar>
            <w:vAlign w:val="center"/>
          </w:tcPr>
          <w:p>
            <w:pPr>
              <w:spacing w:before="0" w:after="0" w:line="228" w:lineRule="auto"/>
              <w:jc w:val="left"/>
            </w:pPr>
            <w:r>
              <w:rPr>
                <w:rFonts w:ascii="Aptos" w:hAnsi="Aptos"/>
                <w:b/>
                <w:color w:val="475569"/>
                <w:sz w:val="14"/>
              </w:rPr>
              <w:t>CNPJ / CPF</w:t>
            </w:r>
            <w:r>
              <w:rPr>
                <w:rFonts w:ascii="Aptos" w:hAnsi="Aptos"/>
                <w:b w:val="0"/>
                <w:color w:val="0F172A"/>
                <w:sz w:val="17"/>
              </w:rPr>
              <w:br/>
              <w:t>________________________</w:t>
            </w:r>
          </w:p>
        </w:tc>
        <w:tc>
          <w:tcPr>
            <w:tcW w:type="dxa" w:w="3175"/>
            <w:tcBorders>
              <w:top w:val="single" w:sz="6" w:color="CBD5E1"/>
              <w:bottom w:val="single" w:sz="6" w:color="CBD5E1"/>
              <w:left w:val="single" w:sz="6" w:color="CBD5E1"/>
              <w:right w:val="single" w:sz="6" w:color="CBD5E1"/>
            </w:tcBorders>
            <w:tcMar>
              <w:top w:w="55" w:type="dxa"/>
              <w:start w:w="90" w:type="dxa"/>
              <w:bottom w:w="55" w:type="dxa"/>
              <w:end w:w="90" w:type="dxa"/>
            </w:tcMar>
            <w:vAlign w:val="center"/>
          </w:tcPr>
          <w:p>
            <w:pPr>
              <w:spacing w:before="0" w:after="0" w:line="228" w:lineRule="auto"/>
              <w:jc w:val="left"/>
            </w:pPr>
            <w:r>
              <w:rPr>
                <w:rFonts w:ascii="Aptos" w:hAnsi="Aptos"/>
                <w:b/>
                <w:color w:val="475569"/>
                <w:sz w:val="14"/>
              </w:rPr>
              <w:t>TELEFONE / WHATSAPP</w:t>
            </w:r>
            <w:r>
              <w:rPr>
                <w:rFonts w:ascii="Aptos" w:hAnsi="Aptos"/>
                <w:b w:val="0"/>
                <w:color w:val="0F172A"/>
                <w:sz w:val="17"/>
              </w:rPr>
              <w:br/>
              <w:t>________________________</w:t>
            </w:r>
          </w:p>
        </w:tc>
      </w:tr>
    </w:tbl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6973"/>
        <w:gridCol w:w="3572"/>
      </w:tblGrid>
      <w:tr>
        <w:trPr>
          <w:cantSplit/>
        </w:trPr>
        <w:tc>
          <w:tcPr>
            <w:tcW w:type="dxa" w:w="6973"/>
            <w:tcBorders>
              <w:top w:val="single" w:sz="6" w:color="CBD5E1"/>
              <w:bottom w:val="single" w:sz="6" w:color="CBD5E1"/>
              <w:left w:val="single" w:sz="6" w:color="CBD5E1"/>
              <w:right w:val="single" w:sz="6" w:color="CBD5E1"/>
            </w:tcBorders>
            <w:tcMar>
              <w:top w:w="55" w:type="dxa"/>
              <w:start w:w="90" w:type="dxa"/>
              <w:bottom w:w="55" w:type="dxa"/>
              <w:end w:w="90" w:type="dxa"/>
            </w:tcMar>
            <w:vAlign w:val="center"/>
          </w:tcPr>
          <w:p>
            <w:pPr>
              <w:spacing w:before="0" w:after="0" w:line="228" w:lineRule="auto"/>
              <w:jc w:val="left"/>
            </w:pPr>
            <w:r>
              <w:rPr>
                <w:rFonts w:ascii="Aptos" w:hAnsi="Aptos"/>
                <w:b/>
                <w:color w:val="475569"/>
                <w:sz w:val="14"/>
              </w:rPr>
              <w:t>ENDEREÇO</w:t>
            </w:r>
            <w:r>
              <w:rPr>
                <w:rFonts w:ascii="Aptos" w:hAnsi="Aptos"/>
                <w:b w:val="0"/>
                <w:color w:val="0F172A"/>
                <w:sz w:val="17"/>
              </w:rPr>
              <w:br/>
              <w:t>_______________________________________________________________</w:t>
            </w:r>
          </w:p>
        </w:tc>
        <w:tc>
          <w:tcPr>
            <w:tcW w:type="dxa" w:w="3572"/>
            <w:tcBorders>
              <w:top w:val="single" w:sz="6" w:color="CBD5E1"/>
              <w:bottom w:val="single" w:sz="6" w:color="CBD5E1"/>
              <w:left w:val="single" w:sz="6" w:color="CBD5E1"/>
              <w:right w:val="single" w:sz="6" w:color="CBD5E1"/>
            </w:tcBorders>
            <w:tcMar>
              <w:top w:w="55" w:type="dxa"/>
              <w:start w:w="90" w:type="dxa"/>
              <w:bottom w:w="55" w:type="dxa"/>
              <w:end w:w="90" w:type="dxa"/>
            </w:tcMar>
            <w:vAlign w:val="center"/>
          </w:tcPr>
          <w:p>
            <w:pPr>
              <w:spacing w:before="0" w:after="0" w:line="228" w:lineRule="auto"/>
              <w:jc w:val="left"/>
            </w:pPr>
            <w:r>
              <w:rPr>
                <w:rFonts w:ascii="Aptos" w:hAnsi="Aptos"/>
                <w:b/>
                <w:color w:val="475569"/>
                <w:sz w:val="14"/>
              </w:rPr>
              <w:t>CIDADE / UF</w:t>
            </w:r>
            <w:r>
              <w:rPr>
                <w:rFonts w:ascii="Aptos" w:hAnsi="Aptos"/>
                <w:b w:val="0"/>
                <w:color w:val="0F172A"/>
                <w:sz w:val="17"/>
              </w:rPr>
              <w:br/>
              <w:t>____________________________</w:t>
            </w:r>
          </w:p>
        </w:tc>
      </w:tr>
    </w:tbl>
    <w:p>
      <w:pPr>
        <w:keepNext/>
        <w:spacing w:before="50" w:after="40" w:line="240" w:lineRule="auto"/>
        <w:pBdr>
          <w:bottom w:val="single" w:sz="16" w:space="2" w:color="F97316"/>
        </w:pBdr>
      </w:pPr>
      <w:r>
        <w:rPr>
          <w:rFonts w:ascii="Aptos" w:hAnsi="Aptos"/>
          <w:b/>
          <w:color w:val="0F172A"/>
          <w:sz w:val="20"/>
        </w:rPr>
        <w:t>2. CLIENTE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4535"/>
        <w:gridCol w:w="2835"/>
        <w:gridCol w:w="3175"/>
      </w:tblGrid>
      <w:tr>
        <w:trPr>
          <w:cantSplit/>
        </w:trPr>
        <w:tc>
          <w:tcPr>
            <w:tcW w:type="dxa" w:w="4535"/>
            <w:tcBorders>
              <w:top w:val="single" w:sz="6" w:color="CBD5E1"/>
              <w:bottom w:val="single" w:sz="6" w:color="CBD5E1"/>
              <w:left w:val="single" w:sz="6" w:color="CBD5E1"/>
              <w:right w:val="single" w:sz="6" w:color="CBD5E1"/>
            </w:tcBorders>
            <w:tcMar>
              <w:top w:w="55" w:type="dxa"/>
              <w:start w:w="90" w:type="dxa"/>
              <w:bottom w:w="55" w:type="dxa"/>
              <w:end w:w="90" w:type="dxa"/>
            </w:tcMar>
            <w:vAlign w:val="center"/>
          </w:tcPr>
          <w:p>
            <w:pPr>
              <w:spacing w:before="0" w:after="0" w:line="228" w:lineRule="auto"/>
              <w:jc w:val="left"/>
            </w:pPr>
            <w:r>
              <w:rPr>
                <w:rFonts w:ascii="Aptos" w:hAnsi="Aptos"/>
                <w:b/>
                <w:color w:val="475569"/>
                <w:sz w:val="14"/>
              </w:rPr>
              <w:t>NOME / RAZÃO SOCIAL</w:t>
            </w:r>
            <w:r>
              <w:rPr>
                <w:rFonts w:ascii="Aptos" w:hAnsi="Aptos"/>
                <w:b w:val="0"/>
                <w:color w:val="0F172A"/>
                <w:sz w:val="17"/>
              </w:rPr>
              <w:br/>
              <w:t>______________________________________________</w:t>
            </w:r>
          </w:p>
        </w:tc>
        <w:tc>
          <w:tcPr>
            <w:tcW w:type="dxa" w:w="2835"/>
            <w:tcBorders>
              <w:top w:val="single" w:sz="6" w:color="CBD5E1"/>
              <w:bottom w:val="single" w:sz="6" w:color="CBD5E1"/>
              <w:left w:val="single" w:sz="6" w:color="CBD5E1"/>
              <w:right w:val="single" w:sz="6" w:color="CBD5E1"/>
            </w:tcBorders>
            <w:tcMar>
              <w:top w:w="55" w:type="dxa"/>
              <w:start w:w="90" w:type="dxa"/>
              <w:bottom w:w="55" w:type="dxa"/>
              <w:end w:w="90" w:type="dxa"/>
            </w:tcMar>
            <w:vAlign w:val="center"/>
          </w:tcPr>
          <w:p>
            <w:pPr>
              <w:spacing w:before="0" w:after="0" w:line="228" w:lineRule="auto"/>
              <w:jc w:val="left"/>
            </w:pPr>
            <w:r>
              <w:rPr>
                <w:rFonts w:ascii="Aptos" w:hAnsi="Aptos"/>
                <w:b/>
                <w:color w:val="475569"/>
                <w:sz w:val="14"/>
              </w:rPr>
              <w:t>CPF / CNPJ</w:t>
            </w:r>
            <w:r>
              <w:rPr>
                <w:rFonts w:ascii="Aptos" w:hAnsi="Aptos"/>
                <w:b w:val="0"/>
                <w:color w:val="0F172A"/>
                <w:sz w:val="17"/>
              </w:rPr>
              <w:br/>
              <w:t>________________________</w:t>
            </w:r>
          </w:p>
        </w:tc>
        <w:tc>
          <w:tcPr>
            <w:tcW w:type="dxa" w:w="3175"/>
            <w:tcBorders>
              <w:top w:val="single" w:sz="6" w:color="CBD5E1"/>
              <w:bottom w:val="single" w:sz="6" w:color="CBD5E1"/>
              <w:left w:val="single" w:sz="6" w:color="CBD5E1"/>
              <w:right w:val="single" w:sz="6" w:color="CBD5E1"/>
            </w:tcBorders>
            <w:tcMar>
              <w:top w:w="55" w:type="dxa"/>
              <w:start w:w="90" w:type="dxa"/>
              <w:bottom w:w="55" w:type="dxa"/>
              <w:end w:w="90" w:type="dxa"/>
            </w:tcMar>
            <w:vAlign w:val="center"/>
          </w:tcPr>
          <w:p>
            <w:pPr>
              <w:spacing w:before="0" w:after="0" w:line="228" w:lineRule="auto"/>
              <w:jc w:val="left"/>
            </w:pPr>
            <w:r>
              <w:rPr>
                <w:rFonts w:ascii="Aptos" w:hAnsi="Aptos"/>
                <w:b/>
                <w:color w:val="475569"/>
                <w:sz w:val="14"/>
              </w:rPr>
              <w:t>TELEFONE / WHATSAPP</w:t>
            </w:r>
            <w:r>
              <w:rPr>
                <w:rFonts w:ascii="Aptos" w:hAnsi="Aptos"/>
                <w:b w:val="0"/>
                <w:color w:val="0F172A"/>
                <w:sz w:val="17"/>
              </w:rPr>
              <w:br/>
              <w:t>________________________</w:t>
            </w:r>
          </w:p>
        </w:tc>
      </w:tr>
    </w:tbl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4706"/>
        <w:gridCol w:w="5839"/>
      </w:tblGrid>
      <w:tr>
        <w:trPr>
          <w:cantSplit/>
        </w:trPr>
        <w:tc>
          <w:tcPr>
            <w:tcW w:type="dxa" w:w="4706"/>
            <w:tcBorders>
              <w:top w:val="single" w:sz="6" w:color="CBD5E1"/>
              <w:bottom w:val="single" w:sz="6" w:color="CBD5E1"/>
              <w:left w:val="single" w:sz="6" w:color="CBD5E1"/>
              <w:right w:val="single" w:sz="6" w:color="CBD5E1"/>
            </w:tcBorders>
            <w:tcMar>
              <w:top w:w="55" w:type="dxa"/>
              <w:start w:w="90" w:type="dxa"/>
              <w:bottom w:w="55" w:type="dxa"/>
              <w:end w:w="90" w:type="dxa"/>
            </w:tcMar>
            <w:vAlign w:val="center"/>
          </w:tcPr>
          <w:p>
            <w:pPr>
              <w:spacing w:before="0" w:after="0" w:line="228" w:lineRule="auto"/>
              <w:jc w:val="left"/>
            </w:pPr>
            <w:r>
              <w:rPr>
                <w:rFonts w:ascii="Aptos" w:hAnsi="Aptos"/>
                <w:b/>
                <w:color w:val="475569"/>
                <w:sz w:val="14"/>
              </w:rPr>
              <w:t>E-MAIL</w:t>
            </w:r>
            <w:r>
              <w:rPr>
                <w:rFonts w:ascii="Aptos" w:hAnsi="Aptos"/>
                <w:b w:val="0"/>
                <w:color w:val="0F172A"/>
                <w:sz w:val="17"/>
              </w:rPr>
              <w:br/>
              <w:t>________________________________________</w:t>
            </w:r>
          </w:p>
        </w:tc>
        <w:tc>
          <w:tcPr>
            <w:tcW w:type="dxa" w:w="5839"/>
            <w:tcBorders>
              <w:top w:val="single" w:sz="6" w:color="CBD5E1"/>
              <w:bottom w:val="single" w:sz="6" w:color="CBD5E1"/>
              <w:left w:val="single" w:sz="6" w:color="CBD5E1"/>
              <w:right w:val="single" w:sz="6" w:color="CBD5E1"/>
            </w:tcBorders>
            <w:tcMar>
              <w:top w:w="55" w:type="dxa"/>
              <w:start w:w="90" w:type="dxa"/>
              <w:bottom w:w="55" w:type="dxa"/>
              <w:end w:w="90" w:type="dxa"/>
            </w:tcMar>
            <w:vAlign w:val="center"/>
          </w:tcPr>
          <w:p>
            <w:pPr>
              <w:spacing w:before="0" w:after="0" w:line="228" w:lineRule="auto"/>
              <w:jc w:val="left"/>
            </w:pPr>
            <w:r>
              <w:rPr>
                <w:rFonts w:ascii="Aptos" w:hAnsi="Aptos"/>
                <w:b/>
                <w:color w:val="475569"/>
                <w:sz w:val="14"/>
              </w:rPr>
              <w:t>ENDEREÇO</w:t>
            </w:r>
            <w:r>
              <w:rPr>
                <w:rFonts w:ascii="Aptos" w:hAnsi="Aptos"/>
                <w:b w:val="0"/>
                <w:color w:val="0F172A"/>
                <w:sz w:val="17"/>
              </w:rPr>
              <w:br/>
              <w:t>________________________________________________</w:t>
            </w:r>
          </w:p>
        </w:tc>
      </w:tr>
    </w:tbl>
    <w:p>
      <w:pPr>
        <w:keepNext/>
        <w:spacing w:before="50" w:after="40" w:line="240" w:lineRule="auto"/>
        <w:pBdr>
          <w:bottom w:val="single" w:sz="16" w:space="2" w:color="F97316"/>
        </w:pBdr>
      </w:pPr>
      <w:r>
        <w:rPr>
          <w:rFonts w:ascii="Aptos" w:hAnsi="Aptos"/>
          <w:b/>
          <w:color w:val="0F172A"/>
          <w:sz w:val="20"/>
        </w:rPr>
        <w:t>3. VEÍCULO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969"/>
        <w:gridCol w:w="1814"/>
        <w:gridCol w:w="2778"/>
        <w:gridCol w:w="1984"/>
      </w:tblGrid>
      <w:tr>
        <w:trPr>
          <w:cantSplit/>
        </w:trPr>
        <w:tc>
          <w:tcPr>
            <w:tcW w:type="dxa" w:w="3969"/>
            <w:tcBorders>
              <w:top w:val="single" w:sz="6" w:color="CBD5E1"/>
              <w:bottom w:val="single" w:sz="6" w:color="CBD5E1"/>
              <w:left w:val="single" w:sz="6" w:color="CBD5E1"/>
              <w:right w:val="single" w:sz="6" w:color="CBD5E1"/>
            </w:tcBorders>
            <w:tcMar>
              <w:top w:w="55" w:type="dxa"/>
              <w:start w:w="90" w:type="dxa"/>
              <w:bottom w:w="55" w:type="dxa"/>
              <w:end w:w="90" w:type="dxa"/>
            </w:tcMar>
            <w:vAlign w:val="center"/>
          </w:tcPr>
          <w:p>
            <w:pPr>
              <w:spacing w:before="0" w:after="0" w:line="228" w:lineRule="auto"/>
              <w:jc w:val="left"/>
            </w:pPr>
            <w:r>
              <w:rPr>
                <w:rFonts w:ascii="Aptos" w:hAnsi="Aptos"/>
                <w:b/>
                <w:color w:val="475569"/>
                <w:sz w:val="14"/>
              </w:rPr>
              <w:t>MARCA / MODELO</w:t>
            </w:r>
            <w:r>
              <w:rPr>
                <w:rFonts w:ascii="Aptos" w:hAnsi="Aptos"/>
                <w:b w:val="0"/>
                <w:color w:val="0F172A"/>
                <w:sz w:val="17"/>
              </w:rPr>
              <w:br/>
              <w:t>____________________________</w:t>
            </w:r>
          </w:p>
        </w:tc>
        <w:tc>
          <w:tcPr>
            <w:tcW w:type="dxa" w:w="1814"/>
            <w:tcBorders>
              <w:top w:val="single" w:sz="6" w:color="CBD5E1"/>
              <w:bottom w:val="single" w:sz="6" w:color="CBD5E1"/>
              <w:left w:val="single" w:sz="6" w:color="CBD5E1"/>
              <w:right w:val="single" w:sz="6" w:color="CBD5E1"/>
            </w:tcBorders>
            <w:tcMar>
              <w:top w:w="55" w:type="dxa"/>
              <w:start w:w="90" w:type="dxa"/>
              <w:bottom w:w="55" w:type="dxa"/>
              <w:end w:w="90" w:type="dxa"/>
            </w:tcMar>
            <w:vAlign w:val="center"/>
          </w:tcPr>
          <w:p>
            <w:pPr>
              <w:spacing w:before="0" w:after="0" w:line="228" w:lineRule="auto"/>
              <w:jc w:val="left"/>
            </w:pPr>
            <w:r>
              <w:rPr>
                <w:rFonts w:ascii="Aptos" w:hAnsi="Aptos"/>
                <w:b/>
                <w:color w:val="475569"/>
                <w:sz w:val="14"/>
              </w:rPr>
              <w:t>PLACA</w:t>
            </w:r>
            <w:r>
              <w:rPr>
                <w:rFonts w:ascii="Aptos" w:hAnsi="Aptos"/>
                <w:b w:val="0"/>
                <w:color w:val="0F172A"/>
                <w:sz w:val="17"/>
              </w:rPr>
              <w:br/>
              <w:t>______________</w:t>
            </w:r>
          </w:p>
        </w:tc>
        <w:tc>
          <w:tcPr>
            <w:tcW w:type="dxa" w:w="2778"/>
            <w:tcBorders>
              <w:top w:val="single" w:sz="6" w:color="CBD5E1"/>
              <w:bottom w:val="single" w:sz="6" w:color="CBD5E1"/>
              <w:left w:val="single" w:sz="6" w:color="CBD5E1"/>
              <w:right w:val="single" w:sz="6" w:color="CBD5E1"/>
            </w:tcBorders>
            <w:tcMar>
              <w:top w:w="55" w:type="dxa"/>
              <w:start w:w="90" w:type="dxa"/>
              <w:bottom w:w="55" w:type="dxa"/>
              <w:end w:w="90" w:type="dxa"/>
            </w:tcMar>
            <w:vAlign w:val="center"/>
          </w:tcPr>
          <w:p>
            <w:pPr>
              <w:spacing w:before="0" w:after="0" w:line="228" w:lineRule="auto"/>
              <w:jc w:val="left"/>
            </w:pPr>
            <w:r>
              <w:rPr>
                <w:rFonts w:ascii="Aptos" w:hAnsi="Aptos"/>
                <w:b/>
                <w:color w:val="475569"/>
                <w:sz w:val="14"/>
              </w:rPr>
              <w:t>ANO / MODELO</w:t>
            </w:r>
            <w:r>
              <w:rPr>
                <w:rFonts w:ascii="Aptos" w:hAnsi="Aptos"/>
                <w:b w:val="0"/>
                <w:color w:val="0F172A"/>
                <w:sz w:val="17"/>
              </w:rPr>
              <w:br/>
              <w:t>________ / ________</w:t>
            </w:r>
          </w:p>
        </w:tc>
        <w:tc>
          <w:tcPr>
            <w:tcW w:type="dxa" w:w="1984"/>
            <w:tcBorders>
              <w:top w:val="single" w:sz="6" w:color="CBD5E1"/>
              <w:bottom w:val="single" w:sz="6" w:color="CBD5E1"/>
              <w:left w:val="single" w:sz="6" w:color="CBD5E1"/>
              <w:right w:val="single" w:sz="6" w:color="CBD5E1"/>
            </w:tcBorders>
            <w:tcMar>
              <w:top w:w="55" w:type="dxa"/>
              <w:start w:w="90" w:type="dxa"/>
              <w:bottom w:w="55" w:type="dxa"/>
              <w:end w:w="90" w:type="dxa"/>
            </w:tcMar>
            <w:vAlign w:val="center"/>
          </w:tcPr>
          <w:p>
            <w:pPr>
              <w:spacing w:before="0" w:after="0" w:line="228" w:lineRule="auto"/>
              <w:jc w:val="left"/>
            </w:pPr>
            <w:r>
              <w:rPr>
                <w:rFonts w:ascii="Aptos" w:hAnsi="Aptos"/>
                <w:b/>
                <w:color w:val="475569"/>
                <w:sz w:val="14"/>
              </w:rPr>
              <w:t>COR</w:t>
            </w:r>
            <w:r>
              <w:rPr>
                <w:rFonts w:ascii="Aptos" w:hAnsi="Aptos"/>
                <w:b w:val="0"/>
                <w:color w:val="0F172A"/>
                <w:sz w:val="17"/>
              </w:rPr>
              <w:br/>
              <w:t>______________</w:t>
            </w:r>
          </w:p>
        </w:tc>
      </w:tr>
    </w:tbl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381"/>
        <w:gridCol w:w="1928"/>
        <w:gridCol w:w="2948"/>
        <w:gridCol w:w="3288"/>
      </w:tblGrid>
      <w:tr>
        <w:trPr>
          <w:cantSplit/>
        </w:trPr>
        <w:tc>
          <w:tcPr>
            <w:tcW w:type="dxa" w:w="2381"/>
            <w:tcBorders>
              <w:top w:val="single" w:sz="6" w:color="CBD5E1"/>
              <w:bottom w:val="single" w:sz="6" w:color="CBD5E1"/>
              <w:left w:val="single" w:sz="6" w:color="CBD5E1"/>
              <w:right w:val="single" w:sz="6" w:color="CBD5E1"/>
            </w:tcBorders>
            <w:tcMar>
              <w:top w:w="55" w:type="dxa"/>
              <w:start w:w="90" w:type="dxa"/>
              <w:bottom w:w="55" w:type="dxa"/>
              <w:end w:w="90" w:type="dxa"/>
            </w:tcMar>
            <w:vAlign w:val="center"/>
          </w:tcPr>
          <w:p>
            <w:pPr>
              <w:spacing w:before="0" w:after="0" w:line="228" w:lineRule="auto"/>
              <w:jc w:val="left"/>
            </w:pPr>
            <w:r>
              <w:rPr>
                <w:rFonts w:ascii="Aptos" w:hAnsi="Aptos"/>
                <w:b/>
                <w:color w:val="475569"/>
                <w:sz w:val="14"/>
              </w:rPr>
              <w:t>QUILOMETRAGEM</w:t>
            </w:r>
            <w:r>
              <w:rPr>
                <w:rFonts w:ascii="Aptos" w:hAnsi="Aptos"/>
                <w:b w:val="0"/>
                <w:color w:val="0F172A"/>
                <w:sz w:val="17"/>
              </w:rPr>
              <w:br/>
              <w:t>____________ km</w:t>
            </w:r>
          </w:p>
        </w:tc>
        <w:tc>
          <w:tcPr>
            <w:tcW w:type="dxa" w:w="1928"/>
            <w:tcBorders>
              <w:top w:val="single" w:sz="6" w:color="CBD5E1"/>
              <w:bottom w:val="single" w:sz="6" w:color="CBD5E1"/>
              <w:left w:val="single" w:sz="6" w:color="CBD5E1"/>
              <w:right w:val="single" w:sz="6" w:color="CBD5E1"/>
            </w:tcBorders>
            <w:tcMar>
              <w:top w:w="55" w:type="dxa"/>
              <w:start w:w="90" w:type="dxa"/>
              <w:bottom w:w="55" w:type="dxa"/>
              <w:end w:w="90" w:type="dxa"/>
            </w:tcMar>
            <w:vAlign w:val="center"/>
          </w:tcPr>
          <w:p>
            <w:pPr>
              <w:spacing w:before="0" w:after="0" w:line="228" w:lineRule="auto"/>
              <w:jc w:val="left"/>
            </w:pPr>
            <w:r>
              <w:rPr>
                <w:rFonts w:ascii="Aptos" w:hAnsi="Aptos"/>
                <w:b/>
                <w:color w:val="475569"/>
                <w:sz w:val="14"/>
              </w:rPr>
              <w:t>COMBUSTÍVEL</w:t>
            </w:r>
            <w:r>
              <w:rPr>
                <w:rFonts w:ascii="Aptos" w:hAnsi="Aptos"/>
                <w:b w:val="0"/>
                <w:color w:val="0F172A"/>
                <w:sz w:val="17"/>
              </w:rPr>
              <w:br/>
              <w:t>____________</w:t>
            </w:r>
          </w:p>
        </w:tc>
        <w:tc>
          <w:tcPr>
            <w:tcW w:type="dxa" w:w="2948"/>
            <w:tcBorders>
              <w:top w:val="single" w:sz="6" w:color="CBD5E1"/>
              <w:bottom w:val="single" w:sz="6" w:color="CBD5E1"/>
              <w:left w:val="single" w:sz="6" w:color="CBD5E1"/>
              <w:right w:val="single" w:sz="6" w:color="CBD5E1"/>
            </w:tcBorders>
            <w:tcMar>
              <w:top w:w="55" w:type="dxa"/>
              <w:start w:w="90" w:type="dxa"/>
              <w:bottom w:w="55" w:type="dxa"/>
              <w:end w:w="90" w:type="dxa"/>
            </w:tcMar>
            <w:vAlign w:val="center"/>
          </w:tcPr>
          <w:p>
            <w:pPr>
              <w:spacing w:before="0" w:after="0" w:line="228" w:lineRule="auto"/>
              <w:jc w:val="left"/>
            </w:pPr>
            <w:r>
              <w:rPr>
                <w:rFonts w:ascii="Aptos" w:hAnsi="Aptos"/>
                <w:b/>
                <w:color w:val="475569"/>
                <w:sz w:val="14"/>
              </w:rPr>
              <w:t>CHASSI / RENAVAM</w:t>
            </w:r>
            <w:r>
              <w:rPr>
                <w:rFonts w:ascii="Aptos" w:hAnsi="Aptos"/>
                <w:b w:val="0"/>
                <w:color w:val="0F172A"/>
                <w:sz w:val="17"/>
              </w:rPr>
              <w:br/>
              <w:t>__________________________</w:t>
            </w:r>
          </w:p>
        </w:tc>
        <w:tc>
          <w:tcPr>
            <w:tcW w:type="dxa" w:w="3288"/>
            <w:tcBorders>
              <w:top w:val="single" w:sz="6" w:color="CBD5E1"/>
              <w:bottom w:val="single" w:sz="6" w:color="CBD5E1"/>
              <w:left w:val="single" w:sz="6" w:color="CBD5E1"/>
              <w:right w:val="single" w:sz="6" w:color="CBD5E1"/>
            </w:tcBorders>
            <w:tcMar>
              <w:top w:w="55" w:type="dxa"/>
              <w:start w:w="90" w:type="dxa"/>
              <w:bottom w:w="55" w:type="dxa"/>
              <w:end w:w="90" w:type="dxa"/>
            </w:tcMar>
            <w:vAlign w:val="center"/>
          </w:tcPr>
          <w:p>
            <w:pPr>
              <w:spacing w:before="0" w:after="0" w:line="228" w:lineRule="auto"/>
              <w:jc w:val="left"/>
            </w:pPr>
            <w:r>
              <w:rPr>
                <w:rFonts w:ascii="Aptos" w:hAnsi="Aptos"/>
                <w:b/>
                <w:color w:val="475569"/>
                <w:sz w:val="14"/>
              </w:rPr>
              <w:t>NÍVEL COMBUSTÍVEL</w:t>
            </w:r>
            <w:r>
              <w:rPr>
                <w:rFonts w:ascii="Aptos" w:hAnsi="Aptos"/>
                <w:b w:val="0"/>
                <w:color w:val="0F172A"/>
                <w:sz w:val="17"/>
              </w:rPr>
              <w:br/>
              <w:t>[ ] 1/4  [ ] 1/2  [ ] 3/4  [ ] Cheio</w:t>
            </w:r>
          </w:p>
        </w:tc>
      </w:tr>
    </w:tbl>
    <w:p>
      <w:pPr>
        <w:keepNext/>
        <w:spacing w:before="50" w:after="40" w:line="240" w:lineRule="auto"/>
        <w:pBdr>
          <w:bottom w:val="single" w:sz="16" w:space="2" w:color="F97316"/>
        </w:pBdr>
      </w:pPr>
      <w:r>
        <w:rPr>
          <w:rFonts w:ascii="Aptos" w:hAnsi="Aptos"/>
          <w:b/>
          <w:color w:val="0F172A"/>
          <w:sz w:val="20"/>
        </w:rPr>
        <w:t>4. SOLICITAÇÃO DO CLIENTE / DEFEITO RELATADO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880"/>
      </w:tblGrid>
      <w:tr>
        <w:trPr>
          <w:cantSplit/>
        </w:trPr>
        <w:tc>
          <w:tcPr>
            <w:tcW w:type="dxa" w:w="10880"/>
            <w:tcBorders>
              <w:top w:val="single" w:sz="6" w:color="CBD5E1"/>
              <w:bottom w:val="single" w:sz="6" w:color="CBD5E1"/>
              <w:left w:val="single" w:sz="6" w:color="CBD5E1"/>
              <w:right w:val="single" w:sz="6" w:color="CBD5E1"/>
            </w:tcBorders>
            <w:tcMar>
              <w:top w:w="70" w:type="dxa"/>
              <w:start w:w="90" w:type="dxa"/>
              <w:bottom w:w="70" w:type="dxa"/>
              <w:end w:w="90" w:type="dxa"/>
            </w:tcMar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475569"/>
                <w:sz w:val="14"/>
              </w:rPr>
              <w:t>DESCRIÇÃO INFORMADA PELO CLIENTE</w:t>
            </w:r>
            <w:r>
              <w:rPr>
                <w:rFonts w:ascii="Aptos" w:hAnsi="Aptos"/>
                <w:b w:val="0"/>
                <w:color w:val="94A3B8"/>
                <w:sz w:val="14"/>
              </w:rPr>
              <w:t xml:space="preserve">  Sintomas, ruídos, falhas, histórico e condições em que o problema ocorre.</w:t>
            </w:r>
            <w:r>
              <w:rPr>
                <w:rFonts w:ascii="Aptos" w:hAnsi="Aptos"/>
                <w:b w:val="0"/>
                <w:color w:val="64748B"/>
                <w:sz w:val="16"/>
              </w:rPr>
              <w:br/>
              <w:t>____________________________________________________________________________________________</w:t>
            </w:r>
            <w:r>
              <w:rPr>
                <w:rFonts w:ascii="Aptos" w:hAnsi="Aptos"/>
                <w:b w:val="0"/>
                <w:color w:val="64748B"/>
                <w:sz w:val="16"/>
              </w:rPr>
              <w:br/>
              <w:t>____________________________________________________________________________________________</w:t>
            </w:r>
          </w:p>
        </w:tc>
      </w:tr>
    </w:tbl>
    <w:p>
      <w:pPr>
        <w:keepNext/>
        <w:spacing w:before="50" w:after="40" w:line="240" w:lineRule="auto"/>
        <w:pBdr>
          <w:bottom w:val="single" w:sz="16" w:space="2" w:color="F97316"/>
        </w:pBdr>
      </w:pPr>
      <w:r>
        <w:rPr>
          <w:rFonts w:ascii="Aptos" w:hAnsi="Aptos"/>
          <w:b/>
          <w:color w:val="0F172A"/>
          <w:sz w:val="20"/>
        </w:rPr>
        <w:t>5. CHECKLIST DE ENTRADA E ESTADO DO VEÍCULO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627"/>
        <w:gridCol w:w="3627"/>
        <w:gridCol w:w="3627"/>
      </w:tblGrid>
      <w:tr>
        <w:trPr>
          <w:cantSplit/>
        </w:trPr>
        <w:tc>
          <w:tcPr>
            <w:tcW w:type="dxa" w:w="3572"/>
            <w:tcBorders>
              <w:top w:val="single" w:sz="6" w:color="CBD5E1"/>
              <w:bottom w:val="single" w:sz="6" w:color="CBD5E1"/>
              <w:left w:val="single" w:sz="6" w:color="CBD5E1"/>
              <w:right w:val="single" w:sz="6" w:color="CBD5E1"/>
            </w:tcBorders>
            <w:tcMar>
              <w:top w:w="65" w:type="dxa"/>
              <w:start w:w="90" w:type="dxa"/>
              <w:bottom w:w="65" w:type="dxa"/>
              <w:end w:w="90" w:type="dxa"/>
            </w:tcMar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 w:val="0"/>
                <w:color w:val="0F172A"/>
                <w:sz w:val="16"/>
              </w:rPr>
              <w:t>[ ] Lataria / pintura</w:t>
            </w:r>
          </w:p>
        </w:tc>
        <w:tc>
          <w:tcPr>
            <w:tcW w:type="dxa" w:w="3572"/>
            <w:tcBorders>
              <w:top w:val="single" w:sz="6" w:color="CBD5E1"/>
              <w:bottom w:val="single" w:sz="6" w:color="CBD5E1"/>
              <w:left w:val="single" w:sz="6" w:color="CBD5E1"/>
              <w:right w:val="single" w:sz="6" w:color="CBD5E1"/>
            </w:tcBorders>
            <w:tcMar>
              <w:top w:w="65" w:type="dxa"/>
              <w:start w:w="90" w:type="dxa"/>
              <w:bottom w:w="65" w:type="dxa"/>
              <w:end w:w="90" w:type="dxa"/>
            </w:tcMar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 w:val="0"/>
                <w:color w:val="0F172A"/>
                <w:sz w:val="16"/>
              </w:rPr>
              <w:t>[ ] Pneus / rodas</w:t>
            </w:r>
          </w:p>
        </w:tc>
        <w:tc>
          <w:tcPr>
            <w:tcW w:type="dxa" w:w="3572"/>
            <w:tcBorders>
              <w:top w:val="single" w:sz="6" w:color="CBD5E1"/>
              <w:bottom w:val="single" w:sz="6" w:color="CBD5E1"/>
              <w:left w:val="single" w:sz="6" w:color="CBD5E1"/>
              <w:right w:val="single" w:sz="6" w:color="CBD5E1"/>
            </w:tcBorders>
            <w:tcMar>
              <w:top w:w="65" w:type="dxa"/>
              <w:start w:w="90" w:type="dxa"/>
              <w:bottom w:w="65" w:type="dxa"/>
              <w:end w:w="90" w:type="dxa"/>
            </w:tcMar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 w:val="0"/>
                <w:color w:val="0F172A"/>
                <w:sz w:val="16"/>
              </w:rPr>
              <w:t>[ ] Faróis / lanternas</w:t>
            </w:r>
          </w:p>
        </w:tc>
      </w:tr>
      <w:tr>
        <w:tc>
          <w:tcPr>
            <w:tcW w:type="dxa" w:w="3572"/>
            <w:tcMar>
              <w:top w:w="65" w:type="dxa"/>
              <w:start w:w="90" w:type="dxa"/>
              <w:bottom w:w="65" w:type="dxa"/>
              <w:end w:w="90" w:type="dxa"/>
            </w:tcMar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 w:val="0"/>
                <w:color w:val="0F172A"/>
                <w:sz w:val="16"/>
              </w:rPr>
              <w:t>[ ] Vidros / retrovisores</w:t>
            </w:r>
          </w:p>
        </w:tc>
        <w:tc>
          <w:tcPr>
            <w:tcW w:type="dxa" w:w="3572"/>
            <w:tcMar>
              <w:top w:w="65" w:type="dxa"/>
              <w:start w:w="90" w:type="dxa"/>
              <w:bottom w:w="65" w:type="dxa"/>
              <w:end w:w="90" w:type="dxa"/>
            </w:tcMar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 w:val="0"/>
                <w:color w:val="0F172A"/>
                <w:sz w:val="16"/>
              </w:rPr>
              <w:t>[ ] Interior / bancos</w:t>
            </w:r>
          </w:p>
        </w:tc>
        <w:tc>
          <w:tcPr>
            <w:tcW w:type="dxa" w:w="3572"/>
            <w:tcMar>
              <w:top w:w="65" w:type="dxa"/>
              <w:start w:w="90" w:type="dxa"/>
              <w:bottom w:w="65" w:type="dxa"/>
              <w:end w:w="90" w:type="dxa"/>
            </w:tcMar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 w:val="0"/>
                <w:color w:val="0F172A"/>
                <w:sz w:val="16"/>
              </w:rPr>
              <w:t>[ ] Painel / luzes de alerta</w:t>
            </w:r>
          </w:p>
        </w:tc>
      </w:tr>
      <w:tr>
        <w:tc>
          <w:tcPr>
            <w:tcW w:type="dxa" w:w="3572"/>
            <w:tcMar>
              <w:top w:w="65" w:type="dxa"/>
              <w:start w:w="90" w:type="dxa"/>
              <w:bottom w:w="65" w:type="dxa"/>
              <w:end w:w="90" w:type="dxa"/>
            </w:tcMar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 w:val="0"/>
                <w:color w:val="0F172A"/>
                <w:sz w:val="16"/>
              </w:rPr>
              <w:t>[ ] Estepe / macaco</w:t>
            </w:r>
          </w:p>
        </w:tc>
        <w:tc>
          <w:tcPr>
            <w:tcW w:type="dxa" w:w="3572"/>
            <w:tcMar>
              <w:top w:w="65" w:type="dxa"/>
              <w:start w:w="90" w:type="dxa"/>
              <w:bottom w:w="65" w:type="dxa"/>
              <w:end w:w="90" w:type="dxa"/>
            </w:tcMar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 w:val="0"/>
                <w:color w:val="0F172A"/>
                <w:sz w:val="16"/>
              </w:rPr>
              <w:t>[ ] Ferramentas / triângulo</w:t>
            </w:r>
          </w:p>
        </w:tc>
        <w:tc>
          <w:tcPr>
            <w:tcW w:type="dxa" w:w="3572"/>
            <w:tcMar>
              <w:top w:w="65" w:type="dxa"/>
              <w:start w:w="90" w:type="dxa"/>
              <w:bottom w:w="65" w:type="dxa"/>
              <w:end w:w="90" w:type="dxa"/>
            </w:tcMar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 w:val="0"/>
                <w:color w:val="0F172A"/>
                <w:sz w:val="16"/>
              </w:rPr>
              <w:t>[ ] Documentos / manual</w:t>
            </w:r>
          </w:p>
        </w:tc>
      </w:tr>
      <w:tr>
        <w:tc>
          <w:tcPr>
            <w:tcW w:type="dxa" w:w="3572"/>
            <w:tcMar>
              <w:top w:w="65" w:type="dxa"/>
              <w:start w:w="90" w:type="dxa"/>
              <w:bottom w:w="65" w:type="dxa"/>
              <w:end w:w="90" w:type="dxa"/>
            </w:tcMar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 w:val="0"/>
                <w:color w:val="0F172A"/>
                <w:sz w:val="16"/>
              </w:rPr>
              <w:t>[ ] Som / multimídia</w:t>
            </w:r>
          </w:p>
        </w:tc>
        <w:tc>
          <w:tcPr>
            <w:tcW w:type="dxa" w:w="3572"/>
            <w:tcMar>
              <w:top w:w="65" w:type="dxa"/>
              <w:start w:w="90" w:type="dxa"/>
              <w:bottom w:w="65" w:type="dxa"/>
              <w:end w:w="90" w:type="dxa"/>
            </w:tcMar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 w:val="0"/>
                <w:color w:val="0F172A"/>
                <w:sz w:val="16"/>
              </w:rPr>
              <w:t>[ ] Ar-condicionado</w:t>
            </w:r>
          </w:p>
        </w:tc>
        <w:tc>
          <w:tcPr>
            <w:tcW w:type="dxa" w:w="3572"/>
            <w:tcMar>
              <w:top w:w="65" w:type="dxa"/>
              <w:start w:w="90" w:type="dxa"/>
              <w:bottom w:w="65" w:type="dxa"/>
              <w:end w:w="90" w:type="dxa"/>
            </w:tcMar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 w:val="0"/>
                <w:color w:val="0F172A"/>
                <w:sz w:val="16"/>
              </w:rPr>
              <w:t>[ ] Chaves / controles</w:t>
            </w:r>
          </w:p>
        </w:tc>
      </w:tr>
    </w:tbl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8220"/>
        <w:gridCol w:w="2324"/>
      </w:tblGrid>
      <w:tr>
        <w:trPr>
          <w:cantSplit/>
        </w:trPr>
        <w:tc>
          <w:tcPr>
            <w:tcW w:type="dxa" w:w="8220"/>
            <w:tcBorders>
              <w:top w:val="single" w:sz="6" w:color="CBD5E1"/>
              <w:bottom w:val="single" w:sz="6" w:color="CBD5E1"/>
              <w:left w:val="single" w:sz="6" w:color="CBD5E1"/>
              <w:right w:val="single" w:sz="6" w:color="CBD5E1"/>
            </w:tcBorders>
            <w:tcMar>
              <w:top w:w="55" w:type="dxa"/>
              <w:start w:w="90" w:type="dxa"/>
              <w:bottom w:w="55" w:type="dxa"/>
              <w:end w:w="90" w:type="dxa"/>
            </w:tcMar>
            <w:vAlign w:val="center"/>
          </w:tcPr>
          <w:p>
            <w:pPr>
              <w:spacing w:before="0" w:after="0" w:line="228" w:lineRule="auto"/>
              <w:jc w:val="left"/>
            </w:pPr>
            <w:r>
              <w:rPr>
                <w:rFonts w:ascii="Aptos" w:hAnsi="Aptos"/>
                <w:b/>
                <w:color w:val="475569"/>
                <w:sz w:val="14"/>
              </w:rPr>
              <w:t>AVARIAS / OBSERVAÇÕES NA ENTRADA</w:t>
            </w:r>
            <w:r>
              <w:rPr>
                <w:rFonts w:ascii="Aptos" w:hAnsi="Aptos"/>
                <w:b w:val="0"/>
                <w:color w:val="0F172A"/>
                <w:sz w:val="17"/>
              </w:rPr>
              <w:br/>
              <w:t>____________________________________________________________</w:t>
            </w:r>
          </w:p>
        </w:tc>
        <w:tc>
          <w:tcPr>
            <w:tcW w:type="dxa" w:w="2324"/>
            <w:tcBorders>
              <w:top w:val="single" w:sz="6" w:color="CBD5E1"/>
              <w:bottom w:val="single" w:sz="6" w:color="CBD5E1"/>
              <w:left w:val="single" w:sz="6" w:color="CBD5E1"/>
              <w:right w:val="single" w:sz="6" w:color="CBD5E1"/>
            </w:tcBorders>
            <w:tcMar>
              <w:top w:w="55" w:type="dxa"/>
              <w:start w:w="90" w:type="dxa"/>
              <w:bottom w:w="55" w:type="dxa"/>
              <w:end w:w="90" w:type="dxa"/>
            </w:tcMar>
            <w:vAlign w:val="center"/>
          </w:tcPr>
          <w:p>
            <w:pPr>
              <w:spacing w:before="0" w:after="0" w:line="228" w:lineRule="auto"/>
              <w:jc w:val="left"/>
            </w:pPr>
            <w:r>
              <w:rPr>
                <w:rFonts w:ascii="Aptos" w:hAnsi="Aptos"/>
                <w:b/>
                <w:color w:val="475569"/>
                <w:sz w:val="14"/>
              </w:rPr>
              <w:t>FOTOS REGISTRADAS</w:t>
            </w:r>
            <w:r>
              <w:rPr>
                <w:rFonts w:ascii="Aptos" w:hAnsi="Aptos"/>
                <w:b w:val="0"/>
                <w:color w:val="0F172A"/>
                <w:sz w:val="17"/>
              </w:rPr>
              <w:br/>
              <w:t>[ ] Sim   [ ] Não</w:t>
            </w:r>
          </w:p>
        </w:tc>
      </w:tr>
    </w:tbl>
    <w:p>
      <w:pPr>
        <w:keepNext/>
        <w:spacing w:before="50" w:after="40" w:line="240" w:lineRule="auto"/>
        <w:pBdr>
          <w:bottom w:val="single" w:sz="16" w:space="2" w:color="F97316"/>
        </w:pBdr>
      </w:pPr>
      <w:r>
        <w:rPr>
          <w:rFonts w:ascii="Aptos" w:hAnsi="Aptos"/>
          <w:b/>
          <w:color w:val="0F172A"/>
          <w:sz w:val="20"/>
        </w:rPr>
        <w:t>6. DIAGNÓSTICO TÉCNICO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880"/>
      </w:tblGrid>
      <w:tr>
        <w:trPr>
          <w:cantSplit/>
        </w:trPr>
        <w:tc>
          <w:tcPr>
            <w:tcW w:type="dxa" w:w="10880"/>
            <w:tcBorders>
              <w:top w:val="single" w:sz="6" w:color="CBD5E1"/>
              <w:bottom w:val="single" w:sz="6" w:color="CBD5E1"/>
              <w:left w:val="single" w:sz="6" w:color="CBD5E1"/>
              <w:right w:val="single" w:sz="6" w:color="CBD5E1"/>
            </w:tcBorders>
            <w:tcMar>
              <w:top w:w="70" w:type="dxa"/>
              <w:start w:w="90" w:type="dxa"/>
              <w:bottom w:w="70" w:type="dxa"/>
              <w:end w:w="90" w:type="dxa"/>
            </w:tcMar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475569"/>
                <w:sz w:val="14"/>
              </w:rPr>
              <w:t>DIAGNÓSTICO / CAUSA PROVÁVEL</w:t>
            </w:r>
            <w:r>
              <w:rPr>
                <w:rFonts w:ascii="Aptos" w:hAnsi="Aptos"/>
                <w:b w:val="0"/>
                <w:color w:val="94A3B8"/>
                <w:sz w:val="14"/>
              </w:rPr>
              <w:t xml:space="preserve">  Testes realizados, códigos de falha, medições e conclusão técnica.</w:t>
            </w:r>
            <w:r>
              <w:rPr>
                <w:rFonts w:ascii="Aptos" w:hAnsi="Aptos"/>
                <w:b w:val="0"/>
                <w:color w:val="64748B"/>
                <w:sz w:val="16"/>
              </w:rPr>
              <w:br/>
              <w:t>____________________________________________________________________________________________</w:t>
            </w:r>
            <w:r>
              <w:rPr>
                <w:rFonts w:ascii="Aptos" w:hAnsi="Aptos"/>
                <w:b w:val="0"/>
                <w:color w:val="64748B"/>
                <w:sz w:val="16"/>
              </w:rPr>
              <w:br/>
              <w:t>____________________________________________________________________________________________</w:t>
            </w:r>
          </w:p>
        </w:tc>
      </w:tr>
    </w:tbl>
    <w:p>
      <w:pPr>
        <w:keepNext/>
        <w:spacing w:before="50" w:after="40" w:line="240" w:lineRule="auto"/>
        <w:pBdr>
          <w:bottom w:val="single" w:sz="16" w:space="2" w:color="F97316"/>
        </w:pBdr>
      </w:pPr>
      <w:r>
        <w:rPr>
          <w:rFonts w:ascii="Aptos" w:hAnsi="Aptos"/>
          <w:b/>
          <w:color w:val="0F172A"/>
          <w:sz w:val="20"/>
        </w:rPr>
        <w:t>7. PEÇAS, SERVIÇOS E MÃO DE OBRA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839"/>
        <w:gridCol w:w="1020"/>
        <w:gridCol w:w="1701"/>
        <w:gridCol w:w="1984"/>
      </w:tblGrid>
      <w:tr>
        <w:trPr>
          <w:cantSplit/>
        </w:trPr>
        <w:tc>
          <w:tcPr>
            <w:tcW w:type="dxa" w:w="5839"/>
            <w:tcBorders>
              <w:top w:val="single" w:sz="6" w:color="CBD5E1"/>
              <w:bottom w:val="single" w:sz="6" w:color="CBD5E1"/>
              <w:left w:val="single" w:sz="6" w:color="CBD5E1"/>
              <w:right w:val="single" w:sz="6" w:color="CBD5E1"/>
            </w:tcBorders>
            <w:tcMar>
              <w:top w:w="65" w:type="dxa"/>
              <w:start w:w="90" w:type="dxa"/>
              <w:bottom w:w="65" w:type="dxa"/>
              <w:end w:w="90" w:type="dxa"/>
            </w:tcMar>
            <w:shd w:fill="0F172A"/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/>
                <w:color w:val="FFFFFF"/>
                <w:sz w:val="14"/>
              </w:rPr>
              <w:t>PEÇA / SERVIÇO / MÃO DE OBRA</w:t>
            </w:r>
          </w:p>
        </w:tc>
        <w:tc>
          <w:tcPr>
            <w:tcW w:type="dxa" w:w="1020"/>
            <w:tcBorders>
              <w:top w:val="single" w:sz="6" w:color="CBD5E1"/>
              <w:bottom w:val="single" w:sz="6" w:color="CBD5E1"/>
              <w:left w:val="single" w:sz="6" w:color="CBD5E1"/>
              <w:right w:val="single" w:sz="6" w:color="CBD5E1"/>
            </w:tcBorders>
            <w:tcMar>
              <w:top w:w="65" w:type="dxa"/>
              <w:start w:w="90" w:type="dxa"/>
              <w:bottom w:w="65" w:type="dxa"/>
              <w:end w:w="90" w:type="dxa"/>
            </w:tcMar>
            <w:shd w:fill="0F172A"/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/>
                <w:color w:val="FFFFFF"/>
                <w:sz w:val="14"/>
              </w:rPr>
              <w:t>QTD.</w:t>
            </w:r>
          </w:p>
        </w:tc>
        <w:tc>
          <w:tcPr>
            <w:tcW w:type="dxa" w:w="1701"/>
            <w:tcBorders>
              <w:top w:val="single" w:sz="6" w:color="CBD5E1"/>
              <w:bottom w:val="single" w:sz="6" w:color="CBD5E1"/>
              <w:left w:val="single" w:sz="6" w:color="CBD5E1"/>
              <w:right w:val="single" w:sz="6" w:color="CBD5E1"/>
            </w:tcBorders>
            <w:tcMar>
              <w:top w:w="65" w:type="dxa"/>
              <w:start w:w="90" w:type="dxa"/>
              <w:bottom w:w="65" w:type="dxa"/>
              <w:end w:w="90" w:type="dxa"/>
            </w:tcMar>
            <w:shd w:fill="0F172A"/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/>
                <w:color w:val="FFFFFF"/>
                <w:sz w:val="14"/>
              </w:rPr>
              <w:t>VALOR UNIT.</w:t>
            </w:r>
          </w:p>
        </w:tc>
        <w:tc>
          <w:tcPr>
            <w:tcW w:type="dxa" w:w="1984"/>
            <w:tcBorders>
              <w:top w:val="single" w:sz="6" w:color="CBD5E1"/>
              <w:bottom w:val="single" w:sz="6" w:color="CBD5E1"/>
              <w:left w:val="single" w:sz="6" w:color="CBD5E1"/>
              <w:right w:val="single" w:sz="6" w:color="CBD5E1"/>
            </w:tcBorders>
            <w:tcMar>
              <w:top w:w="65" w:type="dxa"/>
              <w:start w:w="90" w:type="dxa"/>
              <w:bottom w:w="65" w:type="dxa"/>
              <w:end w:w="90" w:type="dxa"/>
            </w:tcMar>
            <w:shd w:fill="0F172A"/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/>
                <w:color w:val="FFFFFF"/>
                <w:sz w:val="14"/>
              </w:rPr>
              <w:t>TOTAL</w:t>
            </w:r>
          </w:p>
        </w:tc>
      </w:tr>
      <w:tr>
        <w:tc>
          <w:tcPr>
            <w:tcW w:type="dxa" w:w="5839"/>
            <w:tcMar>
              <w:top w:w="48" w:type="dxa"/>
              <w:start w:w="90" w:type="dxa"/>
              <w:bottom w:w="48" w:type="dxa"/>
              <w:end w:w="90" w:type="dxa"/>
            </w:tcMar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/>
                <w:b w:val="0"/>
                <w:color w:val="64748B"/>
                <w:sz w:val="15"/>
              </w:rPr>
              <w:t>1.  ________________________________________________</w:t>
            </w:r>
          </w:p>
        </w:tc>
        <w:tc>
          <w:tcPr>
            <w:tcW w:type="dxa" w:w="1020"/>
            <w:tcMar>
              <w:top w:w="48" w:type="dxa"/>
              <w:start w:w="90" w:type="dxa"/>
              <w:bottom w:w="48" w:type="dxa"/>
              <w:end w:w="90" w:type="dxa"/>
            </w:tcMar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color w:val="64748B"/>
                <w:sz w:val="15"/>
              </w:rPr>
              <w:t>____</w:t>
            </w:r>
          </w:p>
        </w:tc>
        <w:tc>
          <w:tcPr>
            <w:tcW w:type="dxa" w:w="1701"/>
            <w:tcMar>
              <w:top w:w="48" w:type="dxa"/>
              <w:start w:w="90" w:type="dxa"/>
              <w:bottom w:w="48" w:type="dxa"/>
              <w:end w:w="90" w:type="dxa"/>
            </w:tcMar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color w:val="64748B"/>
                <w:sz w:val="15"/>
              </w:rPr>
              <w:t>R$ ______________</w:t>
            </w:r>
          </w:p>
        </w:tc>
        <w:tc>
          <w:tcPr>
            <w:tcW w:type="dxa" w:w="1984"/>
            <w:tcMar>
              <w:top w:w="48" w:type="dxa"/>
              <w:start w:w="90" w:type="dxa"/>
              <w:bottom w:w="48" w:type="dxa"/>
              <w:end w:w="90" w:type="dxa"/>
            </w:tcMar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color w:val="64748B"/>
                <w:sz w:val="15"/>
              </w:rPr>
              <w:t>R$ ______________</w:t>
            </w:r>
          </w:p>
        </w:tc>
      </w:tr>
      <w:tr>
        <w:tc>
          <w:tcPr>
            <w:tcW w:type="dxa" w:w="5839"/>
            <w:tcMar>
              <w:top w:w="48" w:type="dxa"/>
              <w:start w:w="90" w:type="dxa"/>
              <w:bottom w:w="48" w:type="dxa"/>
              <w:end w:w="90" w:type="dxa"/>
            </w:tcMar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/>
                <w:b w:val="0"/>
                <w:color w:val="64748B"/>
                <w:sz w:val="15"/>
              </w:rPr>
              <w:t>2.  ________________________________________________</w:t>
            </w:r>
          </w:p>
        </w:tc>
        <w:tc>
          <w:tcPr>
            <w:tcW w:type="dxa" w:w="1020"/>
            <w:tcMar>
              <w:top w:w="48" w:type="dxa"/>
              <w:start w:w="90" w:type="dxa"/>
              <w:bottom w:w="48" w:type="dxa"/>
              <w:end w:w="90" w:type="dxa"/>
            </w:tcMar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color w:val="64748B"/>
                <w:sz w:val="15"/>
              </w:rPr>
              <w:t>____</w:t>
            </w:r>
          </w:p>
        </w:tc>
        <w:tc>
          <w:tcPr>
            <w:tcW w:type="dxa" w:w="1701"/>
            <w:tcMar>
              <w:top w:w="48" w:type="dxa"/>
              <w:start w:w="90" w:type="dxa"/>
              <w:bottom w:w="48" w:type="dxa"/>
              <w:end w:w="90" w:type="dxa"/>
            </w:tcMar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color w:val="64748B"/>
                <w:sz w:val="15"/>
              </w:rPr>
              <w:t>R$ ______________</w:t>
            </w:r>
          </w:p>
        </w:tc>
        <w:tc>
          <w:tcPr>
            <w:tcW w:type="dxa" w:w="1984"/>
            <w:tcMar>
              <w:top w:w="48" w:type="dxa"/>
              <w:start w:w="90" w:type="dxa"/>
              <w:bottom w:w="48" w:type="dxa"/>
              <w:end w:w="90" w:type="dxa"/>
            </w:tcMar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color w:val="64748B"/>
                <w:sz w:val="15"/>
              </w:rPr>
              <w:t>R$ ______________</w:t>
            </w:r>
          </w:p>
        </w:tc>
      </w:tr>
      <w:tr>
        <w:tc>
          <w:tcPr>
            <w:tcW w:type="dxa" w:w="5839"/>
            <w:tcMar>
              <w:top w:w="48" w:type="dxa"/>
              <w:start w:w="90" w:type="dxa"/>
              <w:bottom w:w="48" w:type="dxa"/>
              <w:end w:w="90" w:type="dxa"/>
            </w:tcMar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/>
                <w:b w:val="0"/>
                <w:color w:val="64748B"/>
                <w:sz w:val="15"/>
              </w:rPr>
              <w:t>3.  ________________________________________________</w:t>
            </w:r>
          </w:p>
        </w:tc>
        <w:tc>
          <w:tcPr>
            <w:tcW w:type="dxa" w:w="1020"/>
            <w:tcMar>
              <w:top w:w="48" w:type="dxa"/>
              <w:start w:w="90" w:type="dxa"/>
              <w:bottom w:w="48" w:type="dxa"/>
              <w:end w:w="90" w:type="dxa"/>
            </w:tcMar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color w:val="64748B"/>
                <w:sz w:val="15"/>
              </w:rPr>
              <w:t>____</w:t>
            </w:r>
          </w:p>
        </w:tc>
        <w:tc>
          <w:tcPr>
            <w:tcW w:type="dxa" w:w="1701"/>
            <w:tcMar>
              <w:top w:w="48" w:type="dxa"/>
              <w:start w:w="90" w:type="dxa"/>
              <w:bottom w:w="48" w:type="dxa"/>
              <w:end w:w="90" w:type="dxa"/>
            </w:tcMar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color w:val="64748B"/>
                <w:sz w:val="15"/>
              </w:rPr>
              <w:t>R$ ______________</w:t>
            </w:r>
          </w:p>
        </w:tc>
        <w:tc>
          <w:tcPr>
            <w:tcW w:type="dxa" w:w="1984"/>
            <w:tcMar>
              <w:top w:w="48" w:type="dxa"/>
              <w:start w:w="90" w:type="dxa"/>
              <w:bottom w:w="48" w:type="dxa"/>
              <w:end w:w="90" w:type="dxa"/>
            </w:tcMar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color w:val="64748B"/>
                <w:sz w:val="15"/>
              </w:rPr>
              <w:t>R$ ______________</w:t>
            </w:r>
          </w:p>
        </w:tc>
      </w:tr>
      <w:tr>
        <w:tc>
          <w:tcPr>
            <w:tcW w:type="dxa" w:w="5839"/>
            <w:tcMar>
              <w:top w:w="48" w:type="dxa"/>
              <w:start w:w="90" w:type="dxa"/>
              <w:bottom w:w="48" w:type="dxa"/>
              <w:end w:w="90" w:type="dxa"/>
            </w:tcMar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/>
                <w:b w:val="0"/>
                <w:color w:val="64748B"/>
                <w:sz w:val="15"/>
              </w:rPr>
              <w:t>4.  ________________________________________________</w:t>
            </w:r>
          </w:p>
        </w:tc>
        <w:tc>
          <w:tcPr>
            <w:tcW w:type="dxa" w:w="1020"/>
            <w:tcMar>
              <w:top w:w="48" w:type="dxa"/>
              <w:start w:w="90" w:type="dxa"/>
              <w:bottom w:w="48" w:type="dxa"/>
              <w:end w:w="90" w:type="dxa"/>
            </w:tcMar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color w:val="64748B"/>
                <w:sz w:val="15"/>
              </w:rPr>
              <w:t>____</w:t>
            </w:r>
          </w:p>
        </w:tc>
        <w:tc>
          <w:tcPr>
            <w:tcW w:type="dxa" w:w="1701"/>
            <w:tcMar>
              <w:top w:w="48" w:type="dxa"/>
              <w:start w:w="90" w:type="dxa"/>
              <w:bottom w:w="48" w:type="dxa"/>
              <w:end w:w="90" w:type="dxa"/>
            </w:tcMar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color w:val="64748B"/>
                <w:sz w:val="15"/>
              </w:rPr>
              <w:t>R$ ______________</w:t>
            </w:r>
          </w:p>
        </w:tc>
        <w:tc>
          <w:tcPr>
            <w:tcW w:type="dxa" w:w="1984"/>
            <w:tcMar>
              <w:top w:w="48" w:type="dxa"/>
              <w:start w:w="90" w:type="dxa"/>
              <w:bottom w:w="48" w:type="dxa"/>
              <w:end w:w="90" w:type="dxa"/>
            </w:tcMar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color w:val="64748B"/>
                <w:sz w:val="15"/>
              </w:rPr>
              <w:t>R$ ______________</w:t>
            </w:r>
          </w:p>
        </w:tc>
      </w:tr>
      <w:tr>
        <w:tc>
          <w:tcPr>
            <w:tcW w:type="dxa" w:w="5839"/>
            <w:tcMar>
              <w:top w:w="48" w:type="dxa"/>
              <w:start w:w="90" w:type="dxa"/>
              <w:bottom w:w="48" w:type="dxa"/>
              <w:end w:w="90" w:type="dxa"/>
            </w:tcMar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/>
                <w:b w:val="0"/>
                <w:color w:val="64748B"/>
                <w:sz w:val="15"/>
              </w:rPr>
              <w:t>5.  ________________________________________________</w:t>
            </w:r>
          </w:p>
        </w:tc>
        <w:tc>
          <w:tcPr>
            <w:tcW w:type="dxa" w:w="1020"/>
            <w:tcMar>
              <w:top w:w="48" w:type="dxa"/>
              <w:start w:w="90" w:type="dxa"/>
              <w:bottom w:w="48" w:type="dxa"/>
              <w:end w:w="90" w:type="dxa"/>
            </w:tcMar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color w:val="64748B"/>
                <w:sz w:val="15"/>
              </w:rPr>
              <w:t>____</w:t>
            </w:r>
          </w:p>
        </w:tc>
        <w:tc>
          <w:tcPr>
            <w:tcW w:type="dxa" w:w="1701"/>
            <w:tcMar>
              <w:top w:w="48" w:type="dxa"/>
              <w:start w:w="90" w:type="dxa"/>
              <w:bottom w:w="48" w:type="dxa"/>
              <w:end w:w="90" w:type="dxa"/>
            </w:tcMar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color w:val="64748B"/>
                <w:sz w:val="15"/>
              </w:rPr>
              <w:t>R$ ______________</w:t>
            </w:r>
          </w:p>
        </w:tc>
        <w:tc>
          <w:tcPr>
            <w:tcW w:type="dxa" w:w="1984"/>
            <w:tcMar>
              <w:top w:w="48" w:type="dxa"/>
              <w:start w:w="90" w:type="dxa"/>
              <w:bottom w:w="48" w:type="dxa"/>
              <w:end w:w="90" w:type="dxa"/>
            </w:tcMar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color w:val="64748B"/>
                <w:sz w:val="15"/>
              </w:rPr>
              <w:t>R$ ______________</w:t>
            </w:r>
          </w:p>
        </w:tc>
      </w:tr>
    </w:tbl>
    <w:p>
      <w:pPr>
        <w:pageBreakBefore/>
        <w:spacing w:before="0" w:after="0" w:line="20" w:lineRule="exact"/>
      </w:pPr>
    </w:p>
    <w:tbl>
      <w:tblPr>
        <w:tblW w:type="dxa" w:w="4648"/>
        <w:jc w:val="right"/>
        <w:tblLayout w:type="fixed"/>
        <w:tblLook w:firstColumn="1" w:firstRow="1" w:lastColumn="0" w:lastRow="0" w:noHBand="0" w:noVBand="1" w:val="04A0"/>
        <w:tblInd w:w="0" w:type="dxa"/>
      </w:tblPr>
      <w:tblGrid>
        <w:gridCol w:w="2835"/>
        <w:gridCol w:w="1814"/>
      </w:tblGrid>
      <w:tr>
        <w:trPr>
          <w:cantSplit/>
        </w:trPr>
        <w:tc>
          <w:tcPr>
            <w:tcW w:type="dxa" w:w="5440"/>
            <w:tcBorders>
              <w:top w:val="single" w:sz="6" w:color="CBD5E1"/>
              <w:bottom w:val="single" w:sz="6" w:color="CBD5E1"/>
              <w:left w:val="single" w:sz="6" w:color="CBD5E1"/>
              <w:right w:val="single" w:sz="6" w:color="CBD5E1"/>
            </w:tcBorders>
            <w:tcMar>
              <w:top w:w="42" w:type="dxa"/>
              <w:start w:w="90" w:type="dxa"/>
              <w:bottom w:w="42" w:type="dxa"/>
              <w:end w:w="90" w:type="dxa"/>
            </w:tcMar>
          </w:tcPr>
          <w:p>
            <w:pPr>
              <w:jc w:val="right"/>
            </w:pPr>
            <w:r>
              <w:rPr>
                <w:rFonts w:ascii="Aptos" w:hAnsi="Aptos"/>
                <w:b w:val="0"/>
                <w:color w:val="475569"/>
                <w:sz w:val="15"/>
              </w:rPr>
              <w:t>SUBTOTAL PEÇAS/SERVIÇOS</w:t>
            </w:r>
          </w:p>
        </w:tc>
        <w:tc>
          <w:tcPr>
            <w:tcW w:type="dxa" w:w="5440"/>
            <w:tcBorders>
              <w:top w:val="single" w:sz="6" w:color="CBD5E1"/>
              <w:bottom w:val="single" w:sz="6" w:color="CBD5E1"/>
              <w:left w:val="single" w:sz="6" w:color="CBD5E1"/>
              <w:right w:val="single" w:sz="6" w:color="CBD5E1"/>
            </w:tcBorders>
            <w:tcMar>
              <w:top w:w="42" w:type="dxa"/>
              <w:start w:w="90" w:type="dxa"/>
              <w:bottom w:w="42" w:type="dxa"/>
              <w:end w:w="90" w:type="dxa"/>
            </w:tcMar>
          </w:tcPr>
          <w:p>
            <w:pPr>
              <w:jc w:val="right"/>
            </w:pPr>
            <w:r>
              <w:rPr>
                <w:rFonts w:ascii="Aptos" w:hAnsi="Aptos"/>
                <w:b w:val="0"/>
                <w:color w:val="0F172A"/>
                <w:sz w:val="16"/>
              </w:rPr>
              <w:t>R$ __________________</w:t>
            </w:r>
          </w:p>
        </w:tc>
      </w:tr>
      <w:tr>
        <w:trPr>
          <w:cantSplit/>
        </w:trPr>
        <w:tc>
          <w:tcPr>
            <w:tcW w:type="dxa" w:w="5440"/>
            <w:tcBorders>
              <w:top w:val="single" w:sz="6" w:color="CBD5E1"/>
              <w:bottom w:val="single" w:sz="6" w:color="CBD5E1"/>
              <w:left w:val="single" w:sz="6" w:color="CBD5E1"/>
              <w:right w:val="single" w:sz="6" w:color="CBD5E1"/>
            </w:tcBorders>
            <w:tcMar>
              <w:top w:w="42" w:type="dxa"/>
              <w:start w:w="90" w:type="dxa"/>
              <w:bottom w:w="42" w:type="dxa"/>
              <w:end w:w="90" w:type="dxa"/>
            </w:tcMar>
          </w:tcPr>
          <w:p>
            <w:pPr>
              <w:jc w:val="right"/>
            </w:pPr>
            <w:r>
              <w:rPr>
                <w:rFonts w:ascii="Aptos" w:hAnsi="Aptos"/>
                <w:b w:val="0"/>
                <w:color w:val="475569"/>
                <w:sz w:val="15"/>
              </w:rPr>
              <w:t>DESCONTO</w:t>
            </w:r>
          </w:p>
        </w:tc>
        <w:tc>
          <w:tcPr>
            <w:tcW w:type="dxa" w:w="5440"/>
            <w:tcBorders>
              <w:top w:val="single" w:sz="6" w:color="CBD5E1"/>
              <w:bottom w:val="single" w:sz="6" w:color="CBD5E1"/>
              <w:left w:val="single" w:sz="6" w:color="CBD5E1"/>
              <w:right w:val="single" w:sz="6" w:color="CBD5E1"/>
            </w:tcBorders>
            <w:tcMar>
              <w:top w:w="42" w:type="dxa"/>
              <w:start w:w="90" w:type="dxa"/>
              <w:bottom w:w="42" w:type="dxa"/>
              <w:end w:w="90" w:type="dxa"/>
            </w:tcMar>
          </w:tcPr>
          <w:p>
            <w:pPr>
              <w:jc w:val="right"/>
            </w:pPr>
            <w:r>
              <w:rPr>
                <w:rFonts w:ascii="Aptos" w:hAnsi="Aptos"/>
                <w:b w:val="0"/>
                <w:color w:val="0F172A"/>
                <w:sz w:val="16"/>
              </w:rPr>
              <w:t>R$ __________________</w:t>
            </w:r>
          </w:p>
        </w:tc>
      </w:tr>
      <w:tr>
        <w:trPr>
          <w:cantSplit/>
        </w:trPr>
        <w:tc>
          <w:tcPr>
            <w:tcW w:type="dxa" w:w="5440"/>
            <w:tcBorders>
              <w:top w:val="single" w:sz="6" w:color="CBD5E1"/>
              <w:bottom w:val="single" w:sz="6" w:color="CBD5E1"/>
              <w:left w:val="single" w:sz="6" w:color="CBD5E1"/>
              <w:right w:val="single" w:sz="6" w:color="CBD5E1"/>
            </w:tcBorders>
            <w:tcMar>
              <w:top w:w="42" w:type="dxa"/>
              <w:start w:w="90" w:type="dxa"/>
              <w:bottom w:w="42" w:type="dxa"/>
              <w:end w:w="90" w:type="dxa"/>
            </w:tcMar>
          </w:tcPr>
          <w:p>
            <w:pPr>
              <w:jc w:val="right"/>
            </w:pPr>
            <w:r>
              <w:rPr>
                <w:rFonts w:ascii="Aptos" w:hAnsi="Aptos"/>
                <w:b w:val="0"/>
                <w:color w:val="475569"/>
                <w:sz w:val="15"/>
              </w:rPr>
              <w:t>ACRÉSCIMOS</w:t>
            </w:r>
          </w:p>
        </w:tc>
        <w:tc>
          <w:tcPr>
            <w:tcW w:type="dxa" w:w="5440"/>
            <w:tcBorders>
              <w:top w:val="single" w:sz="6" w:color="CBD5E1"/>
              <w:bottom w:val="single" w:sz="6" w:color="CBD5E1"/>
              <w:left w:val="single" w:sz="6" w:color="CBD5E1"/>
              <w:right w:val="single" w:sz="6" w:color="CBD5E1"/>
            </w:tcBorders>
            <w:tcMar>
              <w:top w:w="42" w:type="dxa"/>
              <w:start w:w="90" w:type="dxa"/>
              <w:bottom w:w="42" w:type="dxa"/>
              <w:end w:w="90" w:type="dxa"/>
            </w:tcMar>
          </w:tcPr>
          <w:p>
            <w:pPr>
              <w:jc w:val="right"/>
            </w:pPr>
            <w:r>
              <w:rPr>
                <w:rFonts w:ascii="Aptos" w:hAnsi="Aptos"/>
                <w:b w:val="0"/>
                <w:color w:val="0F172A"/>
                <w:sz w:val="16"/>
              </w:rPr>
              <w:t>R$ __________________</w:t>
            </w:r>
          </w:p>
        </w:tc>
      </w:tr>
      <w:tr>
        <w:trPr>
          <w:cantSplit/>
        </w:trPr>
        <w:tc>
          <w:tcPr>
            <w:tcW w:type="dxa" w:w="5440"/>
            <w:tcBorders>
              <w:top w:val="single" w:sz="6" w:color="CBD5E1"/>
              <w:bottom w:val="single" w:sz="6" w:color="CBD5E1"/>
              <w:left w:val="single" w:sz="6" w:color="CBD5E1"/>
              <w:right w:val="single" w:sz="6" w:color="CBD5E1"/>
            </w:tcBorders>
            <w:tcMar>
              <w:top w:w="42" w:type="dxa"/>
              <w:start w:w="90" w:type="dxa"/>
              <w:bottom w:w="42" w:type="dxa"/>
              <w:end w:w="90" w:type="dxa"/>
            </w:tcMar>
            <w:shd w:fill="FFF7ED"/>
          </w:tcPr>
          <w:p>
            <w:pPr>
              <w:jc w:val="right"/>
            </w:pPr>
            <w:r>
              <w:rPr>
                <w:rFonts w:ascii="Aptos" w:hAnsi="Aptos"/>
                <w:b/>
                <w:color w:val="0F172A"/>
                <w:sz w:val="15"/>
              </w:rPr>
              <w:t>TOTAL DA OS</w:t>
            </w:r>
          </w:p>
        </w:tc>
        <w:tc>
          <w:tcPr>
            <w:tcW w:type="dxa" w:w="5440"/>
            <w:tcBorders>
              <w:top w:val="single" w:sz="6" w:color="CBD5E1"/>
              <w:bottom w:val="single" w:sz="6" w:color="CBD5E1"/>
              <w:left w:val="single" w:sz="6" w:color="CBD5E1"/>
              <w:right w:val="single" w:sz="6" w:color="CBD5E1"/>
            </w:tcBorders>
            <w:tcMar>
              <w:top w:w="42" w:type="dxa"/>
              <w:start w:w="90" w:type="dxa"/>
              <w:bottom w:w="42" w:type="dxa"/>
              <w:end w:w="90" w:type="dxa"/>
            </w:tcMar>
            <w:shd w:fill="FFF7ED"/>
          </w:tcPr>
          <w:p>
            <w:pPr>
              <w:jc w:val="right"/>
            </w:pPr>
            <w:r>
              <w:rPr>
                <w:rFonts w:ascii="Aptos" w:hAnsi="Aptos"/>
                <w:b/>
                <w:color w:val="0F172A"/>
                <w:sz w:val="16"/>
              </w:rPr>
              <w:t>R$ __________________</w:t>
            </w:r>
          </w:p>
        </w:tc>
      </w:tr>
    </w:tbl>
    <w:p>
      <w:pPr>
        <w:keepNext/>
        <w:spacing w:before="50" w:after="40" w:line="240" w:lineRule="auto"/>
        <w:pBdr>
          <w:bottom w:val="single" w:sz="16" w:space="2" w:color="F97316"/>
        </w:pBdr>
      </w:pPr>
      <w:r>
        <w:rPr>
          <w:rFonts w:ascii="Aptos" w:hAnsi="Aptos"/>
          <w:b/>
          <w:color w:val="0F172A"/>
          <w:sz w:val="20"/>
        </w:rPr>
        <w:t>8. APROVAÇÃO DO ORÇAMENTO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720"/>
        <w:gridCol w:w="2720"/>
        <w:gridCol w:w="2720"/>
        <w:gridCol w:w="2720"/>
      </w:tblGrid>
      <w:tr>
        <w:trPr>
          <w:cantSplit/>
        </w:trPr>
        <w:tc>
          <w:tcPr>
            <w:tcW w:type="dxa" w:w="2720"/>
            <w:tcBorders>
              <w:top w:val="single" w:sz="6" w:color="CBD5E1"/>
              <w:bottom w:val="single" w:sz="6" w:color="CBD5E1"/>
              <w:left w:val="single" w:sz="6" w:color="CBD5E1"/>
              <w:right w:val="single" w:sz="6" w:color="CBD5E1"/>
            </w:tcBorders>
            <w:tcMar>
              <w:top w:w="70" w:type="dxa"/>
              <w:start w:w="90" w:type="dxa"/>
              <w:bottom w:w="70" w:type="dxa"/>
              <w:end w:w="90" w:type="dxa"/>
            </w:tcMar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/>
                <w:color w:val="0F172A"/>
                <w:sz w:val="15"/>
              </w:rPr>
              <w:t>[ ] Aguardando aprovação</w:t>
            </w:r>
          </w:p>
        </w:tc>
        <w:tc>
          <w:tcPr>
            <w:tcW w:type="dxa" w:w="2720"/>
            <w:tcBorders>
              <w:top w:val="single" w:sz="6" w:color="CBD5E1"/>
              <w:bottom w:val="single" w:sz="6" w:color="CBD5E1"/>
              <w:left w:val="single" w:sz="6" w:color="CBD5E1"/>
              <w:right w:val="single" w:sz="6" w:color="CBD5E1"/>
            </w:tcBorders>
            <w:tcMar>
              <w:top w:w="70" w:type="dxa"/>
              <w:start w:w="90" w:type="dxa"/>
              <w:bottom w:w="70" w:type="dxa"/>
              <w:end w:w="90" w:type="dxa"/>
            </w:tcMar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/>
                <w:color w:val="0F172A"/>
                <w:sz w:val="15"/>
              </w:rPr>
              <w:t>[ ] Aprovada</w:t>
            </w:r>
          </w:p>
        </w:tc>
        <w:tc>
          <w:tcPr>
            <w:tcW w:type="dxa" w:w="2720"/>
            <w:tcBorders>
              <w:top w:val="single" w:sz="6" w:color="CBD5E1"/>
              <w:bottom w:val="single" w:sz="6" w:color="CBD5E1"/>
              <w:left w:val="single" w:sz="6" w:color="CBD5E1"/>
              <w:right w:val="single" w:sz="6" w:color="CBD5E1"/>
            </w:tcBorders>
            <w:tcMar>
              <w:top w:w="70" w:type="dxa"/>
              <w:start w:w="90" w:type="dxa"/>
              <w:bottom w:w="70" w:type="dxa"/>
              <w:end w:w="90" w:type="dxa"/>
            </w:tcMar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/>
                <w:color w:val="0F172A"/>
                <w:sz w:val="15"/>
              </w:rPr>
              <w:t>[ ] Em execução</w:t>
            </w:r>
          </w:p>
        </w:tc>
        <w:tc>
          <w:tcPr>
            <w:tcW w:type="dxa" w:w="2720"/>
            <w:tcBorders>
              <w:top w:val="single" w:sz="6" w:color="CBD5E1"/>
              <w:bottom w:val="single" w:sz="6" w:color="CBD5E1"/>
              <w:left w:val="single" w:sz="6" w:color="CBD5E1"/>
              <w:right w:val="single" w:sz="6" w:color="CBD5E1"/>
            </w:tcBorders>
            <w:tcMar>
              <w:top w:w="70" w:type="dxa"/>
              <w:start w:w="90" w:type="dxa"/>
              <w:bottom w:w="70" w:type="dxa"/>
              <w:end w:w="90" w:type="dxa"/>
            </w:tcMar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/>
                <w:color w:val="0F172A"/>
                <w:sz w:val="15"/>
              </w:rPr>
              <w:t>[ ] Concluída</w:t>
            </w:r>
          </w:p>
        </w:tc>
      </w:tr>
    </w:tbl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969"/>
        <w:gridCol w:w="2835"/>
        <w:gridCol w:w="3742"/>
      </w:tblGrid>
      <w:tr>
        <w:trPr>
          <w:cantSplit/>
        </w:trPr>
        <w:tc>
          <w:tcPr>
            <w:tcW w:type="dxa" w:w="3969"/>
            <w:tcBorders>
              <w:top w:val="single" w:sz="6" w:color="CBD5E1"/>
              <w:bottom w:val="single" w:sz="6" w:color="CBD5E1"/>
              <w:left w:val="single" w:sz="6" w:color="CBD5E1"/>
              <w:right w:val="single" w:sz="6" w:color="CBD5E1"/>
            </w:tcBorders>
            <w:tcMar>
              <w:top w:w="55" w:type="dxa"/>
              <w:start w:w="90" w:type="dxa"/>
              <w:bottom w:w="55" w:type="dxa"/>
              <w:end w:w="90" w:type="dxa"/>
            </w:tcMar>
            <w:vAlign w:val="center"/>
          </w:tcPr>
          <w:p>
            <w:pPr>
              <w:spacing w:before="0" w:after="0" w:line="228" w:lineRule="auto"/>
              <w:jc w:val="left"/>
            </w:pPr>
            <w:r>
              <w:rPr>
                <w:rFonts w:ascii="Aptos" w:hAnsi="Aptos"/>
                <w:b/>
                <w:color w:val="475569"/>
                <w:sz w:val="14"/>
              </w:rPr>
              <w:t>APROVADO POR</w:t>
            </w:r>
            <w:r>
              <w:rPr>
                <w:rFonts w:ascii="Aptos" w:hAnsi="Aptos"/>
                <w:b w:val="0"/>
                <w:color w:val="0F172A"/>
                <w:sz w:val="17"/>
              </w:rPr>
              <w:br/>
              <w:t>________________________________</w:t>
            </w:r>
          </w:p>
        </w:tc>
        <w:tc>
          <w:tcPr>
            <w:tcW w:type="dxa" w:w="2835"/>
            <w:tcBorders>
              <w:top w:val="single" w:sz="6" w:color="CBD5E1"/>
              <w:bottom w:val="single" w:sz="6" w:color="CBD5E1"/>
              <w:left w:val="single" w:sz="6" w:color="CBD5E1"/>
              <w:right w:val="single" w:sz="6" w:color="CBD5E1"/>
            </w:tcBorders>
            <w:tcMar>
              <w:top w:w="55" w:type="dxa"/>
              <w:start w:w="90" w:type="dxa"/>
              <w:bottom w:w="55" w:type="dxa"/>
              <w:end w:w="90" w:type="dxa"/>
            </w:tcMar>
            <w:vAlign w:val="center"/>
          </w:tcPr>
          <w:p>
            <w:pPr>
              <w:spacing w:before="0" w:after="0" w:line="228" w:lineRule="auto"/>
              <w:jc w:val="left"/>
            </w:pPr>
            <w:r>
              <w:rPr>
                <w:rFonts w:ascii="Aptos" w:hAnsi="Aptos"/>
                <w:b/>
                <w:color w:val="475569"/>
                <w:sz w:val="14"/>
              </w:rPr>
              <w:t>DATA / HORA</w:t>
            </w:r>
            <w:r>
              <w:rPr>
                <w:rFonts w:ascii="Aptos" w:hAnsi="Aptos"/>
                <w:b w:val="0"/>
                <w:color w:val="0F172A"/>
                <w:sz w:val="17"/>
              </w:rPr>
              <w:br/>
              <w:t>____/____/______  ______</w:t>
            </w:r>
          </w:p>
        </w:tc>
        <w:tc>
          <w:tcPr>
            <w:tcW w:type="dxa" w:w="3742"/>
            <w:tcBorders>
              <w:top w:val="single" w:sz="6" w:color="CBD5E1"/>
              <w:bottom w:val="single" w:sz="6" w:color="CBD5E1"/>
              <w:left w:val="single" w:sz="6" w:color="CBD5E1"/>
              <w:right w:val="single" w:sz="6" w:color="CBD5E1"/>
            </w:tcBorders>
            <w:tcMar>
              <w:top w:w="55" w:type="dxa"/>
              <w:start w:w="90" w:type="dxa"/>
              <w:bottom w:w="55" w:type="dxa"/>
              <w:end w:w="90" w:type="dxa"/>
            </w:tcMar>
            <w:vAlign w:val="center"/>
          </w:tcPr>
          <w:p>
            <w:pPr>
              <w:spacing w:before="0" w:after="0" w:line="228" w:lineRule="auto"/>
              <w:jc w:val="left"/>
            </w:pPr>
            <w:r>
              <w:rPr>
                <w:rFonts w:ascii="Aptos" w:hAnsi="Aptos"/>
                <w:b/>
                <w:color w:val="475569"/>
                <w:sz w:val="14"/>
              </w:rPr>
              <w:t>CANAL</w:t>
            </w:r>
            <w:r>
              <w:rPr>
                <w:rFonts w:ascii="Aptos" w:hAnsi="Aptos"/>
                <w:b w:val="0"/>
                <w:color w:val="0F172A"/>
                <w:sz w:val="17"/>
              </w:rPr>
              <w:br/>
              <w:t>[ ] Presencial  [ ] WhatsApp  [ ] E-mail  [ ] Telefone</w:t>
            </w:r>
          </w:p>
        </w:tc>
      </w:tr>
    </w:tbl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880"/>
      </w:tblGrid>
      <w:tr>
        <w:trPr>
          <w:cantSplit/>
        </w:trPr>
        <w:tc>
          <w:tcPr>
            <w:tcW w:type="dxa" w:w="10880"/>
            <w:tcBorders>
              <w:top w:val="single" w:sz="6" w:color="CBD5E1"/>
              <w:bottom w:val="single" w:sz="6" w:color="CBD5E1"/>
              <w:left w:val="single" w:sz="6" w:color="CBD5E1"/>
              <w:right w:val="single" w:sz="6" w:color="CBD5E1"/>
            </w:tcBorders>
            <w:tcMar>
              <w:top w:w="70" w:type="dxa"/>
              <w:start w:w="90" w:type="dxa"/>
              <w:bottom w:w="70" w:type="dxa"/>
              <w:end w:w="90" w:type="dxa"/>
            </w:tcMar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475569"/>
                <w:sz w:val="14"/>
              </w:rPr>
              <w:t>CONDIÇÕES / ITENS NÃO APROVADOS</w:t>
            </w:r>
            <w:r>
              <w:rPr>
                <w:rFonts w:ascii="Aptos" w:hAnsi="Aptos"/>
                <w:b w:val="0"/>
                <w:color w:val="64748B"/>
                <w:sz w:val="16"/>
              </w:rPr>
              <w:br/>
              <w:t>____________________________________________________________________________________________</w:t>
            </w:r>
          </w:p>
        </w:tc>
      </w:tr>
    </w:tbl>
    <w:p>
      <w:pPr>
        <w:keepNext/>
        <w:spacing w:before="50" w:after="40" w:line="240" w:lineRule="auto"/>
        <w:pBdr>
          <w:bottom w:val="single" w:sz="16" w:space="2" w:color="F97316"/>
        </w:pBdr>
      </w:pPr>
      <w:r>
        <w:rPr>
          <w:rFonts w:ascii="Aptos" w:hAnsi="Aptos"/>
          <w:b/>
          <w:color w:val="0F172A"/>
          <w:sz w:val="20"/>
        </w:rPr>
        <w:t>9. EXECUÇÃO DO SERVIÇO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4139"/>
        <w:gridCol w:w="2381"/>
        <w:gridCol w:w="2381"/>
        <w:gridCol w:w="1644"/>
      </w:tblGrid>
      <w:tr>
        <w:trPr>
          <w:cantSplit/>
        </w:trPr>
        <w:tc>
          <w:tcPr>
            <w:tcW w:type="dxa" w:w="4139"/>
            <w:tcBorders>
              <w:top w:val="single" w:sz="6" w:color="CBD5E1"/>
              <w:bottom w:val="single" w:sz="6" w:color="CBD5E1"/>
              <w:left w:val="single" w:sz="6" w:color="CBD5E1"/>
              <w:right w:val="single" w:sz="6" w:color="CBD5E1"/>
            </w:tcBorders>
            <w:tcMar>
              <w:top w:w="55" w:type="dxa"/>
              <w:start w:w="90" w:type="dxa"/>
              <w:bottom w:w="55" w:type="dxa"/>
              <w:end w:w="90" w:type="dxa"/>
            </w:tcMar>
            <w:vAlign w:val="center"/>
          </w:tcPr>
          <w:p>
            <w:pPr>
              <w:spacing w:before="0" w:after="0" w:line="228" w:lineRule="auto"/>
              <w:jc w:val="left"/>
            </w:pPr>
            <w:r>
              <w:rPr>
                <w:rFonts w:ascii="Aptos" w:hAnsi="Aptos"/>
                <w:b/>
                <w:color w:val="475569"/>
                <w:sz w:val="14"/>
              </w:rPr>
              <w:t>MECÂNICO / TÉCNICO RESPONSÁVEL</w:t>
            </w:r>
            <w:r>
              <w:rPr>
                <w:rFonts w:ascii="Aptos" w:hAnsi="Aptos"/>
                <w:b w:val="0"/>
                <w:color w:val="0F172A"/>
                <w:sz w:val="17"/>
              </w:rPr>
              <w:br/>
              <w:t>________________________________</w:t>
            </w:r>
          </w:p>
        </w:tc>
        <w:tc>
          <w:tcPr>
            <w:tcW w:type="dxa" w:w="2381"/>
            <w:tcBorders>
              <w:top w:val="single" w:sz="6" w:color="CBD5E1"/>
              <w:bottom w:val="single" w:sz="6" w:color="CBD5E1"/>
              <w:left w:val="single" w:sz="6" w:color="CBD5E1"/>
              <w:right w:val="single" w:sz="6" w:color="CBD5E1"/>
            </w:tcBorders>
            <w:tcMar>
              <w:top w:w="55" w:type="dxa"/>
              <w:start w:w="90" w:type="dxa"/>
              <w:bottom w:w="55" w:type="dxa"/>
              <w:end w:w="90" w:type="dxa"/>
            </w:tcMar>
            <w:vAlign w:val="center"/>
          </w:tcPr>
          <w:p>
            <w:pPr>
              <w:spacing w:before="0" w:after="0" w:line="228" w:lineRule="auto"/>
              <w:jc w:val="left"/>
            </w:pPr>
            <w:r>
              <w:rPr>
                <w:rFonts w:ascii="Aptos" w:hAnsi="Aptos"/>
                <w:b/>
                <w:color w:val="475569"/>
                <w:sz w:val="14"/>
              </w:rPr>
              <w:t>INÍCIO</w:t>
            </w:r>
            <w:r>
              <w:rPr>
                <w:rFonts w:ascii="Aptos" w:hAnsi="Aptos"/>
                <w:b w:val="0"/>
                <w:color w:val="0F172A"/>
                <w:sz w:val="17"/>
              </w:rPr>
              <w:br/>
              <w:t>____/____/______  ______</w:t>
            </w:r>
          </w:p>
        </w:tc>
        <w:tc>
          <w:tcPr>
            <w:tcW w:type="dxa" w:w="2381"/>
            <w:tcBorders>
              <w:top w:val="single" w:sz="6" w:color="CBD5E1"/>
              <w:bottom w:val="single" w:sz="6" w:color="CBD5E1"/>
              <w:left w:val="single" w:sz="6" w:color="CBD5E1"/>
              <w:right w:val="single" w:sz="6" w:color="CBD5E1"/>
            </w:tcBorders>
            <w:tcMar>
              <w:top w:w="55" w:type="dxa"/>
              <w:start w:w="90" w:type="dxa"/>
              <w:bottom w:w="55" w:type="dxa"/>
              <w:end w:w="90" w:type="dxa"/>
            </w:tcMar>
            <w:vAlign w:val="center"/>
          </w:tcPr>
          <w:p>
            <w:pPr>
              <w:spacing w:before="0" w:after="0" w:line="228" w:lineRule="auto"/>
              <w:jc w:val="left"/>
            </w:pPr>
            <w:r>
              <w:rPr>
                <w:rFonts w:ascii="Aptos" w:hAnsi="Aptos"/>
                <w:b/>
                <w:color w:val="475569"/>
                <w:sz w:val="14"/>
              </w:rPr>
              <w:t>CONCLUSÃO</w:t>
            </w:r>
            <w:r>
              <w:rPr>
                <w:rFonts w:ascii="Aptos" w:hAnsi="Aptos"/>
                <w:b w:val="0"/>
                <w:color w:val="0F172A"/>
                <w:sz w:val="17"/>
              </w:rPr>
              <w:br/>
              <w:t>____/____/______  ______</w:t>
            </w:r>
          </w:p>
        </w:tc>
        <w:tc>
          <w:tcPr>
            <w:tcW w:type="dxa" w:w="1644"/>
            <w:tcBorders>
              <w:top w:val="single" w:sz="6" w:color="CBD5E1"/>
              <w:bottom w:val="single" w:sz="6" w:color="CBD5E1"/>
              <w:left w:val="single" w:sz="6" w:color="CBD5E1"/>
              <w:right w:val="single" w:sz="6" w:color="CBD5E1"/>
            </w:tcBorders>
            <w:tcMar>
              <w:top w:w="55" w:type="dxa"/>
              <w:start w:w="90" w:type="dxa"/>
              <w:bottom w:w="55" w:type="dxa"/>
              <w:end w:w="90" w:type="dxa"/>
            </w:tcMar>
            <w:vAlign w:val="center"/>
          </w:tcPr>
          <w:p>
            <w:pPr>
              <w:spacing w:before="0" w:after="0" w:line="228" w:lineRule="auto"/>
              <w:jc w:val="left"/>
            </w:pPr>
            <w:r>
              <w:rPr>
                <w:rFonts w:ascii="Aptos" w:hAnsi="Aptos"/>
                <w:b/>
                <w:color w:val="475569"/>
                <w:sz w:val="14"/>
              </w:rPr>
              <w:t>KM FINAL</w:t>
            </w:r>
            <w:r>
              <w:rPr>
                <w:rFonts w:ascii="Aptos" w:hAnsi="Aptos"/>
                <w:b w:val="0"/>
                <w:color w:val="0F172A"/>
                <w:sz w:val="17"/>
              </w:rPr>
              <w:br/>
              <w:t>____________ km</w:t>
            </w:r>
          </w:p>
        </w:tc>
      </w:tr>
    </w:tbl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880"/>
      </w:tblGrid>
      <w:tr>
        <w:trPr>
          <w:cantSplit/>
        </w:trPr>
        <w:tc>
          <w:tcPr>
            <w:tcW w:type="dxa" w:w="10880"/>
            <w:tcBorders>
              <w:top w:val="single" w:sz="6" w:color="CBD5E1"/>
              <w:bottom w:val="single" w:sz="6" w:color="CBD5E1"/>
              <w:left w:val="single" w:sz="6" w:color="CBD5E1"/>
              <w:right w:val="single" w:sz="6" w:color="CBD5E1"/>
            </w:tcBorders>
            <w:tcMar>
              <w:top w:w="70" w:type="dxa"/>
              <w:start w:w="90" w:type="dxa"/>
              <w:bottom w:w="70" w:type="dxa"/>
              <w:end w:w="90" w:type="dxa"/>
            </w:tcMar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475569"/>
                <w:sz w:val="14"/>
              </w:rPr>
              <w:t>SERVIÇOS EXECUTADOS / OBSERVAÇÕES TÉCNICAS</w:t>
            </w:r>
            <w:r>
              <w:rPr>
                <w:rFonts w:ascii="Aptos" w:hAnsi="Aptos"/>
                <w:b w:val="0"/>
                <w:color w:val="64748B"/>
                <w:sz w:val="16"/>
              </w:rPr>
              <w:br/>
              <w:t>____________________________________________________________________________________________</w:t>
            </w:r>
            <w:r>
              <w:rPr>
                <w:rFonts w:ascii="Aptos" w:hAnsi="Aptos"/>
                <w:b w:val="0"/>
                <w:color w:val="64748B"/>
                <w:sz w:val="16"/>
              </w:rPr>
              <w:br/>
              <w:t>____________________________________________________________________________________________</w:t>
            </w:r>
          </w:p>
        </w:tc>
      </w:tr>
    </w:tbl>
    <w:p>
      <w:pPr>
        <w:keepNext/>
        <w:spacing w:before="50" w:after="40" w:line="240" w:lineRule="auto"/>
        <w:pBdr>
          <w:bottom w:val="single" w:sz="16" w:space="2" w:color="F97316"/>
        </w:pBdr>
      </w:pPr>
      <w:r>
        <w:rPr>
          <w:rFonts w:ascii="Aptos" w:hAnsi="Aptos"/>
          <w:b/>
          <w:color w:val="0F172A"/>
          <w:sz w:val="20"/>
        </w:rPr>
        <w:t>10. TESTES E ENTREGA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665"/>
        <w:gridCol w:w="2665"/>
        <w:gridCol w:w="2948"/>
        <w:gridCol w:w="2268"/>
      </w:tblGrid>
      <w:tr>
        <w:trPr>
          <w:cantSplit/>
        </w:trPr>
        <w:tc>
          <w:tcPr>
            <w:tcW w:type="dxa" w:w="2665"/>
            <w:tcBorders>
              <w:top w:val="single" w:sz="6" w:color="CBD5E1"/>
              <w:bottom w:val="single" w:sz="6" w:color="CBD5E1"/>
              <w:left w:val="single" w:sz="6" w:color="CBD5E1"/>
              <w:right w:val="single" w:sz="6" w:color="CBD5E1"/>
            </w:tcBorders>
            <w:tcMar>
              <w:top w:w="55" w:type="dxa"/>
              <w:start w:w="90" w:type="dxa"/>
              <w:bottom w:w="55" w:type="dxa"/>
              <w:end w:w="90" w:type="dxa"/>
            </w:tcMar>
            <w:vAlign w:val="center"/>
          </w:tcPr>
          <w:p>
            <w:pPr>
              <w:spacing w:before="0" w:after="0" w:line="228" w:lineRule="auto"/>
              <w:jc w:val="left"/>
            </w:pPr>
            <w:r>
              <w:rPr>
                <w:rFonts w:ascii="Aptos" w:hAnsi="Aptos"/>
                <w:b/>
                <w:color w:val="475569"/>
                <w:sz w:val="14"/>
              </w:rPr>
              <w:t>TESTE DE RODAGEM</w:t>
            </w:r>
            <w:r>
              <w:rPr>
                <w:rFonts w:ascii="Aptos" w:hAnsi="Aptos"/>
                <w:b w:val="0"/>
                <w:color w:val="0F172A"/>
                <w:sz w:val="17"/>
              </w:rPr>
              <w:br/>
              <w:t>[ ] OK  [ ] N/A</w:t>
            </w:r>
          </w:p>
        </w:tc>
        <w:tc>
          <w:tcPr>
            <w:tcW w:type="dxa" w:w="2665"/>
            <w:tcBorders>
              <w:top w:val="single" w:sz="6" w:color="CBD5E1"/>
              <w:bottom w:val="single" w:sz="6" w:color="CBD5E1"/>
              <w:left w:val="single" w:sz="6" w:color="CBD5E1"/>
              <w:right w:val="single" w:sz="6" w:color="CBD5E1"/>
            </w:tcBorders>
            <w:tcMar>
              <w:top w:w="55" w:type="dxa"/>
              <w:start w:w="90" w:type="dxa"/>
              <w:bottom w:w="55" w:type="dxa"/>
              <w:end w:w="90" w:type="dxa"/>
            </w:tcMar>
            <w:vAlign w:val="center"/>
          </w:tcPr>
          <w:p>
            <w:pPr>
              <w:spacing w:before="0" w:after="0" w:line="228" w:lineRule="auto"/>
              <w:jc w:val="left"/>
            </w:pPr>
            <w:r>
              <w:rPr>
                <w:rFonts w:ascii="Aptos" w:hAnsi="Aptos"/>
                <w:b/>
                <w:color w:val="475569"/>
                <w:sz w:val="14"/>
              </w:rPr>
              <w:t>VAZAMENTOS</w:t>
            </w:r>
            <w:r>
              <w:rPr>
                <w:rFonts w:ascii="Aptos" w:hAnsi="Aptos"/>
                <w:b w:val="0"/>
                <w:color w:val="0F172A"/>
                <w:sz w:val="17"/>
              </w:rPr>
              <w:br/>
              <w:t>[ ] Sem indícios  [ ] Revisar</w:t>
            </w:r>
          </w:p>
        </w:tc>
        <w:tc>
          <w:tcPr>
            <w:tcW w:type="dxa" w:w="2948"/>
            <w:tcBorders>
              <w:top w:val="single" w:sz="6" w:color="CBD5E1"/>
              <w:bottom w:val="single" w:sz="6" w:color="CBD5E1"/>
              <w:left w:val="single" w:sz="6" w:color="CBD5E1"/>
              <w:right w:val="single" w:sz="6" w:color="CBD5E1"/>
            </w:tcBorders>
            <w:tcMar>
              <w:top w:w="55" w:type="dxa"/>
              <w:start w:w="90" w:type="dxa"/>
              <w:bottom w:w="55" w:type="dxa"/>
              <w:end w:w="90" w:type="dxa"/>
            </w:tcMar>
            <w:vAlign w:val="center"/>
          </w:tcPr>
          <w:p>
            <w:pPr>
              <w:spacing w:before="0" w:after="0" w:line="228" w:lineRule="auto"/>
              <w:jc w:val="left"/>
            </w:pPr>
            <w:r>
              <w:rPr>
                <w:rFonts w:ascii="Aptos" w:hAnsi="Aptos"/>
                <w:b/>
                <w:color w:val="475569"/>
                <w:sz w:val="14"/>
              </w:rPr>
              <w:t>LUZES NO PAINEL</w:t>
            </w:r>
            <w:r>
              <w:rPr>
                <w:rFonts w:ascii="Aptos" w:hAnsi="Aptos"/>
                <w:b w:val="0"/>
                <w:color w:val="0F172A"/>
                <w:sz w:val="17"/>
              </w:rPr>
              <w:br/>
              <w:t>[ ] Normal  [ ] Observação</w:t>
            </w:r>
          </w:p>
        </w:tc>
        <w:tc>
          <w:tcPr>
            <w:tcW w:type="dxa" w:w="2268"/>
            <w:tcBorders>
              <w:top w:val="single" w:sz="6" w:color="CBD5E1"/>
              <w:bottom w:val="single" w:sz="6" w:color="CBD5E1"/>
              <w:left w:val="single" w:sz="6" w:color="CBD5E1"/>
              <w:right w:val="single" w:sz="6" w:color="CBD5E1"/>
            </w:tcBorders>
            <w:tcMar>
              <w:top w:w="55" w:type="dxa"/>
              <w:start w:w="90" w:type="dxa"/>
              <w:bottom w:w="55" w:type="dxa"/>
              <w:end w:w="90" w:type="dxa"/>
            </w:tcMar>
            <w:vAlign w:val="center"/>
          </w:tcPr>
          <w:p>
            <w:pPr>
              <w:spacing w:before="0" w:after="0" w:line="228" w:lineRule="auto"/>
              <w:jc w:val="left"/>
            </w:pPr>
            <w:r>
              <w:rPr>
                <w:rFonts w:ascii="Aptos" w:hAnsi="Aptos"/>
                <w:b/>
                <w:color w:val="475569"/>
                <w:sz w:val="14"/>
              </w:rPr>
              <w:t>LIMPEZA / ORGANIZAÇÃO</w:t>
            </w:r>
            <w:r>
              <w:rPr>
                <w:rFonts w:ascii="Aptos" w:hAnsi="Aptos"/>
                <w:b w:val="0"/>
                <w:color w:val="0F172A"/>
                <w:sz w:val="17"/>
              </w:rPr>
              <w:br/>
              <w:t>[ ] OK</w:t>
            </w:r>
          </w:p>
        </w:tc>
      </w:tr>
    </w:tbl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8220"/>
        <w:gridCol w:w="2324"/>
      </w:tblGrid>
      <w:tr>
        <w:trPr>
          <w:cantSplit/>
        </w:trPr>
        <w:tc>
          <w:tcPr>
            <w:tcW w:type="dxa" w:w="8220"/>
            <w:tcBorders>
              <w:top w:val="single" w:sz="6" w:color="CBD5E1"/>
              <w:bottom w:val="single" w:sz="6" w:color="CBD5E1"/>
              <w:left w:val="single" w:sz="6" w:color="CBD5E1"/>
              <w:right w:val="single" w:sz="6" w:color="CBD5E1"/>
            </w:tcBorders>
            <w:tcMar>
              <w:top w:w="55" w:type="dxa"/>
              <w:start w:w="90" w:type="dxa"/>
              <w:bottom w:w="55" w:type="dxa"/>
              <w:end w:w="90" w:type="dxa"/>
            </w:tcMar>
            <w:vAlign w:val="center"/>
          </w:tcPr>
          <w:p>
            <w:pPr>
              <w:spacing w:before="0" w:after="0" w:line="228" w:lineRule="auto"/>
              <w:jc w:val="left"/>
            </w:pPr>
            <w:r>
              <w:rPr>
                <w:rFonts w:ascii="Aptos" w:hAnsi="Aptos"/>
                <w:b/>
                <w:color w:val="475569"/>
                <w:sz w:val="14"/>
              </w:rPr>
              <w:t>PEÇAS SUBSTITUÍDAS</w:t>
            </w:r>
            <w:r>
              <w:rPr>
                <w:rFonts w:ascii="Aptos" w:hAnsi="Aptos"/>
                <w:b w:val="0"/>
                <w:color w:val="0F172A"/>
                <w:sz w:val="17"/>
              </w:rPr>
              <w:br/>
              <w:t>[ ] Entregues ao cliente  [ ] Descartadas com autorização  [ ] N/A</w:t>
            </w:r>
          </w:p>
        </w:tc>
        <w:tc>
          <w:tcPr>
            <w:tcW w:type="dxa" w:w="2324"/>
            <w:tcBorders>
              <w:top w:val="single" w:sz="6" w:color="CBD5E1"/>
              <w:bottom w:val="single" w:sz="6" w:color="CBD5E1"/>
              <w:left w:val="single" w:sz="6" w:color="CBD5E1"/>
              <w:right w:val="single" w:sz="6" w:color="CBD5E1"/>
            </w:tcBorders>
            <w:tcMar>
              <w:top w:w="55" w:type="dxa"/>
              <w:start w:w="90" w:type="dxa"/>
              <w:bottom w:w="55" w:type="dxa"/>
              <w:end w:w="90" w:type="dxa"/>
            </w:tcMar>
            <w:vAlign w:val="center"/>
          </w:tcPr>
          <w:p>
            <w:pPr>
              <w:spacing w:before="0" w:after="0" w:line="228" w:lineRule="auto"/>
              <w:jc w:val="left"/>
            </w:pPr>
            <w:r>
              <w:rPr>
                <w:rFonts w:ascii="Aptos" w:hAnsi="Aptos"/>
                <w:b/>
                <w:color w:val="475569"/>
                <w:sz w:val="14"/>
              </w:rPr>
              <w:t>ORIENTAÇÕES AO CLIENTE</w:t>
            </w:r>
            <w:r>
              <w:rPr>
                <w:rFonts w:ascii="Aptos" w:hAnsi="Aptos"/>
                <w:b w:val="0"/>
                <w:color w:val="0F172A"/>
                <w:sz w:val="17"/>
              </w:rPr>
              <w:br/>
              <w:t>[ ] Realizadas</w:t>
            </w:r>
          </w:p>
        </w:tc>
      </w:tr>
    </w:tbl>
    <w:p>
      <w:pPr>
        <w:keepNext/>
        <w:spacing w:before="50" w:after="40" w:line="240" w:lineRule="auto"/>
        <w:pBdr>
          <w:bottom w:val="single" w:sz="16" w:space="2" w:color="F97316"/>
        </w:pBdr>
      </w:pPr>
      <w:r>
        <w:rPr>
          <w:rFonts w:ascii="Aptos" w:hAnsi="Aptos"/>
          <w:b/>
          <w:color w:val="0F172A"/>
          <w:sz w:val="20"/>
        </w:rPr>
        <w:t>11. PAGAMENTO E GARANTIA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6803"/>
        <w:gridCol w:w="3742"/>
      </w:tblGrid>
      <w:tr>
        <w:trPr>
          <w:cantSplit/>
        </w:trPr>
        <w:tc>
          <w:tcPr>
            <w:tcW w:type="dxa" w:w="6803"/>
            <w:tcBorders>
              <w:top w:val="single" w:sz="6" w:color="CBD5E1"/>
              <w:bottom w:val="single" w:sz="6" w:color="CBD5E1"/>
              <w:left w:val="single" w:sz="6" w:color="CBD5E1"/>
              <w:right w:val="single" w:sz="6" w:color="CBD5E1"/>
            </w:tcBorders>
            <w:tcMar>
              <w:top w:w="55" w:type="dxa"/>
              <w:start w:w="90" w:type="dxa"/>
              <w:bottom w:w="55" w:type="dxa"/>
              <w:end w:w="90" w:type="dxa"/>
            </w:tcMar>
            <w:vAlign w:val="center"/>
          </w:tcPr>
          <w:p>
            <w:pPr>
              <w:spacing w:before="0" w:after="0" w:line="228" w:lineRule="auto"/>
              <w:jc w:val="left"/>
            </w:pPr>
            <w:r>
              <w:rPr>
                <w:rFonts w:ascii="Aptos" w:hAnsi="Aptos"/>
                <w:b/>
                <w:color w:val="475569"/>
                <w:sz w:val="14"/>
              </w:rPr>
              <w:t>FORMA DE PAGAMENTO</w:t>
            </w:r>
            <w:r>
              <w:rPr>
                <w:rFonts w:ascii="Aptos" w:hAnsi="Aptos"/>
                <w:b w:val="0"/>
                <w:color w:val="0F172A"/>
                <w:sz w:val="17"/>
              </w:rPr>
              <w:br/>
              <w:t>[ ] PIX  [ ] Dinheiro  [ ] Cartão  [ ] Boleto  [ ] Outro</w:t>
            </w:r>
          </w:p>
        </w:tc>
        <w:tc>
          <w:tcPr>
            <w:tcW w:type="dxa" w:w="3742"/>
            <w:tcBorders>
              <w:top w:val="single" w:sz="6" w:color="CBD5E1"/>
              <w:bottom w:val="single" w:sz="6" w:color="CBD5E1"/>
              <w:left w:val="single" w:sz="6" w:color="CBD5E1"/>
              <w:right w:val="single" w:sz="6" w:color="CBD5E1"/>
            </w:tcBorders>
            <w:tcMar>
              <w:top w:w="55" w:type="dxa"/>
              <w:start w:w="90" w:type="dxa"/>
              <w:bottom w:w="55" w:type="dxa"/>
              <w:end w:w="90" w:type="dxa"/>
            </w:tcMar>
            <w:vAlign w:val="center"/>
          </w:tcPr>
          <w:p>
            <w:pPr>
              <w:spacing w:before="0" w:after="0" w:line="228" w:lineRule="auto"/>
              <w:jc w:val="left"/>
            </w:pPr>
            <w:r>
              <w:rPr>
                <w:rFonts w:ascii="Aptos" w:hAnsi="Aptos"/>
                <w:b/>
                <w:color w:val="475569"/>
                <w:sz w:val="14"/>
              </w:rPr>
              <w:t>STATUS</w:t>
            </w:r>
            <w:r>
              <w:rPr>
                <w:rFonts w:ascii="Aptos" w:hAnsi="Aptos"/>
                <w:b w:val="0"/>
                <w:color w:val="0F172A"/>
                <w:sz w:val="17"/>
              </w:rPr>
              <w:br/>
              <w:t>[ ] Pendente  [ ] Parcial  [ ] Pago</w:t>
            </w:r>
          </w:p>
        </w:tc>
      </w:tr>
    </w:tbl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835"/>
        <w:gridCol w:w="3969"/>
        <w:gridCol w:w="3742"/>
      </w:tblGrid>
      <w:tr>
        <w:trPr>
          <w:cantSplit/>
        </w:trPr>
        <w:tc>
          <w:tcPr>
            <w:tcW w:type="dxa" w:w="2835"/>
            <w:tcBorders>
              <w:top w:val="single" w:sz="6" w:color="CBD5E1"/>
              <w:bottom w:val="single" w:sz="6" w:color="CBD5E1"/>
              <w:left w:val="single" w:sz="6" w:color="CBD5E1"/>
              <w:right w:val="single" w:sz="6" w:color="CBD5E1"/>
            </w:tcBorders>
            <w:tcMar>
              <w:top w:w="55" w:type="dxa"/>
              <w:start w:w="90" w:type="dxa"/>
              <w:bottom w:w="55" w:type="dxa"/>
              <w:end w:w="90" w:type="dxa"/>
            </w:tcMar>
            <w:vAlign w:val="center"/>
          </w:tcPr>
          <w:p>
            <w:pPr>
              <w:spacing w:before="0" w:after="0" w:line="228" w:lineRule="auto"/>
              <w:jc w:val="left"/>
            </w:pPr>
            <w:r>
              <w:rPr>
                <w:rFonts w:ascii="Aptos" w:hAnsi="Aptos"/>
                <w:b/>
                <w:color w:val="475569"/>
                <w:sz w:val="14"/>
              </w:rPr>
              <w:t>GARANTIA DO SERVIÇO</w:t>
            </w:r>
            <w:r>
              <w:rPr>
                <w:rFonts w:ascii="Aptos" w:hAnsi="Aptos"/>
                <w:b w:val="0"/>
                <w:color w:val="0F172A"/>
                <w:sz w:val="17"/>
              </w:rPr>
              <w:br/>
              <w:t>________ dias</w:t>
            </w:r>
          </w:p>
        </w:tc>
        <w:tc>
          <w:tcPr>
            <w:tcW w:type="dxa" w:w="3969"/>
            <w:tcBorders>
              <w:top w:val="single" w:sz="6" w:color="CBD5E1"/>
              <w:bottom w:val="single" w:sz="6" w:color="CBD5E1"/>
              <w:left w:val="single" w:sz="6" w:color="CBD5E1"/>
              <w:right w:val="single" w:sz="6" w:color="CBD5E1"/>
            </w:tcBorders>
            <w:tcMar>
              <w:top w:w="55" w:type="dxa"/>
              <w:start w:w="90" w:type="dxa"/>
              <w:bottom w:w="55" w:type="dxa"/>
              <w:end w:w="90" w:type="dxa"/>
            </w:tcMar>
            <w:vAlign w:val="center"/>
          </w:tcPr>
          <w:p>
            <w:pPr>
              <w:spacing w:before="0" w:after="0" w:line="228" w:lineRule="auto"/>
              <w:jc w:val="left"/>
            </w:pPr>
            <w:r>
              <w:rPr>
                <w:rFonts w:ascii="Aptos" w:hAnsi="Aptos"/>
                <w:b/>
                <w:color w:val="475569"/>
                <w:sz w:val="14"/>
              </w:rPr>
              <w:t>GARANTIA DE PEÇAS</w:t>
            </w:r>
            <w:r>
              <w:rPr>
                <w:rFonts w:ascii="Aptos" w:hAnsi="Aptos"/>
                <w:b w:val="0"/>
                <w:color w:val="0F172A"/>
                <w:sz w:val="17"/>
              </w:rPr>
              <w:br/>
              <w:t>Conforme fabricante / fornecedor</w:t>
            </w:r>
          </w:p>
        </w:tc>
        <w:tc>
          <w:tcPr>
            <w:tcW w:type="dxa" w:w="3742"/>
            <w:tcBorders>
              <w:top w:val="single" w:sz="6" w:color="CBD5E1"/>
              <w:bottom w:val="single" w:sz="6" w:color="CBD5E1"/>
              <w:left w:val="single" w:sz="6" w:color="CBD5E1"/>
              <w:right w:val="single" w:sz="6" w:color="CBD5E1"/>
            </w:tcBorders>
            <w:tcMar>
              <w:top w:w="55" w:type="dxa"/>
              <w:start w:w="90" w:type="dxa"/>
              <w:bottom w:w="55" w:type="dxa"/>
              <w:end w:w="90" w:type="dxa"/>
            </w:tcMar>
            <w:vAlign w:val="center"/>
          </w:tcPr>
          <w:p>
            <w:pPr>
              <w:spacing w:before="0" w:after="0" w:line="228" w:lineRule="auto"/>
              <w:jc w:val="left"/>
            </w:pPr>
            <w:r>
              <w:rPr>
                <w:rFonts w:ascii="Aptos" w:hAnsi="Aptos"/>
                <w:b/>
                <w:color w:val="475569"/>
                <w:sz w:val="14"/>
              </w:rPr>
              <w:t>VENCIMENTO / CONDIÇÃO</w:t>
            </w:r>
            <w:r>
              <w:rPr>
                <w:rFonts w:ascii="Aptos" w:hAnsi="Aptos"/>
                <w:b w:val="0"/>
                <w:color w:val="0F172A"/>
                <w:sz w:val="17"/>
              </w:rPr>
              <w:br/>
              <w:t>____________________________</w:t>
            </w:r>
          </w:p>
        </w:tc>
      </w:tr>
    </w:tbl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880"/>
      </w:tblGrid>
      <w:tr>
        <w:trPr>
          <w:cantSplit/>
        </w:trPr>
        <w:tc>
          <w:tcPr>
            <w:tcW w:type="dxa" w:w="10880"/>
            <w:tcBorders>
              <w:top w:val="single" w:sz="6" w:color="CBD5E1"/>
              <w:bottom w:val="single" w:sz="6" w:color="CBD5E1"/>
              <w:left w:val="single" w:sz="6" w:color="CBD5E1"/>
              <w:right w:val="single" w:sz="6" w:color="CBD5E1"/>
            </w:tcBorders>
            <w:tcMar>
              <w:top w:w="50" w:type="dxa"/>
              <w:start w:w="90" w:type="dxa"/>
              <w:bottom w:w="50" w:type="dxa"/>
              <w:end w:w="90" w:type="dxa"/>
            </w:tcMar>
            <w:shd w:fill="F8FAFC"/>
          </w:tcPr>
          <w:p>
            <w:pPr>
              <w:spacing w:before="0" w:after="0" w:line="228" w:lineRule="auto"/>
            </w:pPr>
            <w:r>
              <w:rPr>
                <w:rFonts w:ascii="Aptos" w:hAnsi="Aptos"/>
                <w:b/>
                <w:color w:val="0F172A"/>
                <w:sz w:val="14"/>
              </w:rPr>
              <w:t>TERMO DE CIÊNCIA E AUTORIZAÇÃO</w:t>
              <w:br/>
            </w:r>
            <w:r>
              <w:rPr>
                <w:rFonts w:ascii="Aptos" w:hAnsi="Aptos"/>
                <w:b w:val="0"/>
                <w:color w:val="475569"/>
                <w:sz w:val="14"/>
              </w:rPr>
              <w:t>Declaro que as informações acima refletem a condição do veículo no recebimento e autorizo a execução dos itens aprovados. Serviços adicionais devem ser previamente autorizados. A garantia se aplica somente aos itens executados/substituídos, observadas as condições de uso e as garantias dos respectivos fabricantes e fornecedores.</w:t>
            </w:r>
          </w:p>
        </w:tc>
      </w:tr>
    </w:tbl>
    <w:p>
      <w:pPr>
        <w:keepNext/>
        <w:spacing w:before="50" w:after="40" w:line="240" w:lineRule="auto"/>
        <w:pBdr>
          <w:bottom w:val="single" w:sz="16" w:space="2" w:color="F97316"/>
        </w:pBdr>
      </w:pPr>
      <w:r>
        <w:rPr>
          <w:rFonts w:ascii="Aptos" w:hAnsi="Aptos"/>
          <w:b/>
          <w:color w:val="0F172A"/>
          <w:sz w:val="20"/>
        </w:rPr>
        <w:t>12. ACEITE E ASSINATURAS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440"/>
        <w:gridCol w:w="5440"/>
      </w:tblGrid>
      <w:tr>
        <w:trPr>
          <w:cantSplit/>
        </w:trPr>
        <w:tc>
          <w:tcPr>
            <w:tcW w:type="dxa" w:w="5440"/>
            <w:tcBorders>
              <w:top w:val="single" w:sz="6" w:color="CBD5E1"/>
              <w:bottom w:val="single" w:sz="6" w:color="CBD5E1"/>
              <w:left w:val="single" w:sz="6" w:color="CBD5E1"/>
              <w:right w:val="single" w:sz="6" w:color="CBD5E1"/>
            </w:tcBorders>
            <w:tcMar>
              <w:top w:w="60" w:type="dxa"/>
              <w:start w:w="100" w:type="dxa"/>
              <w:bottom w:w="60" w:type="dxa"/>
              <w:end w:w="100" w:type="dxa"/>
            </w:tcMar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/>
                <w:b/>
                <w:color w:val="475569"/>
                <w:sz w:val="14"/>
              </w:rPr>
              <w:t>CLIENTE / RESPONSÁVEL</w:t>
            </w:r>
            <w:r>
              <w:rPr>
                <w:rFonts w:ascii="Aptos" w:hAnsi="Aptos"/>
                <w:b w:val="0"/>
                <w:color w:val="0F172A"/>
                <w:sz w:val="15"/>
              </w:rPr>
              <w:br/>
              <w:t>Nome: ______________________________</w:t>
              <w:br/>
              <w:t>Assinatura: _________________________</w:t>
              <w:br/>
              <w:t>Data: ____/____/______   Hora: ________</w:t>
            </w:r>
          </w:p>
        </w:tc>
        <w:tc>
          <w:tcPr>
            <w:tcW w:type="dxa" w:w="5440"/>
            <w:tcBorders>
              <w:top w:val="single" w:sz="6" w:color="CBD5E1"/>
              <w:bottom w:val="single" w:sz="6" w:color="CBD5E1"/>
              <w:left w:val="single" w:sz="6" w:color="CBD5E1"/>
              <w:right w:val="single" w:sz="6" w:color="CBD5E1"/>
            </w:tcBorders>
            <w:tcMar>
              <w:top w:w="60" w:type="dxa"/>
              <w:start w:w="100" w:type="dxa"/>
              <w:bottom w:w="60" w:type="dxa"/>
              <w:end w:w="100" w:type="dxa"/>
            </w:tcMar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/>
                <w:b/>
                <w:color w:val="475569"/>
                <w:sz w:val="14"/>
              </w:rPr>
              <w:t>OFICINA / RESPONSÁVEL TÉCNICO</w:t>
            </w:r>
            <w:r>
              <w:rPr>
                <w:rFonts w:ascii="Aptos" w:hAnsi="Aptos"/>
                <w:b w:val="0"/>
                <w:color w:val="0F172A"/>
                <w:sz w:val="15"/>
              </w:rPr>
              <w:br/>
              <w:t>Nome: ______________________________</w:t>
              <w:br/>
              <w:t>Assinatura: _________________________</w:t>
              <w:br/>
              <w:t>Data: ____/____/______   Hora: ________</w:t>
            </w:r>
          </w:p>
        </w:tc>
      </w:tr>
    </w:tbl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7370"/>
        <w:gridCol w:w="3175"/>
      </w:tblGrid>
      <w:tr>
        <w:tc>
          <w:tcPr>
            <w:tcW w:type="dxa" w:w="5440"/>
            <w:shd w:fill="0F172A"/>
            <w:tcBorders>
              <w:top w:val="single" w:sz="6" w:color="0F172A"/>
              <w:left w:val="single" w:sz="6" w:color="0F172A"/>
              <w:bottom w:val="single" w:sz="6" w:color="0F172A"/>
              <w:right w:val="single" w:sz="6" w:color="0F172A"/>
            </w:tcBorders>
            <w:tcMar>
              <w:top w:w="65" w:type="dxa"/>
              <w:start w:w="110" w:type="dxa"/>
              <w:bottom w:w="65" w:type="dxa"/>
              <w:end w:w="110" w:type="dxa"/>
            </w:tcMar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FFFFFF"/>
                <w:sz w:val="17"/>
              </w:rPr>
              <w:t>Transforme esta OS em um processo digital com o Ordemio.</w:t>
            </w:r>
            <w:r>
              <w:rPr>
                <w:rFonts w:ascii="Aptos" w:hAnsi="Aptos"/>
                <w:b w:val="0"/>
                <w:color w:val="CBD5E1"/>
                <w:sz w:val="14"/>
              </w:rPr>
              <w:br/>
              <w:t>Orçamento, aprovação, assinatura, Modo Rua e pagamento em um só lugar.</w:t>
            </w:r>
          </w:p>
        </w:tc>
        <w:tc>
          <w:tcPr>
            <w:tcW w:type="dxa" w:w="5440"/>
            <w:shd w:fill="0F172A"/>
            <w:tcBorders>
              <w:top w:val="single" w:sz="6" w:color="0F172A"/>
              <w:left w:val="single" w:sz="6" w:color="0F172A"/>
              <w:bottom w:val="single" w:sz="6" w:color="0F172A"/>
              <w:right w:val="single" w:sz="6" w:color="0F172A"/>
            </w:tcBorders>
            <w:tcMar>
              <w:top w:w="65" w:type="dxa"/>
              <w:start w:w="110" w:type="dxa"/>
              <w:bottom w:w="65" w:type="dxa"/>
              <w:end w:w="110" w:type="dxa"/>
            </w:tcMar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/>
                <w:color w:val="F97316"/>
                <w:sz w:val="16"/>
              </w:rPr>
              <w:t>TESTE GRÁTIS 14 DIAS</w:t>
            </w:r>
            <w:r>
              <w:br/>
            </w:r>
            <w:hyperlink r:id="rId10">
              <w:r>
                <w:rPr>
                  <w:color w:val="FFFFFF"/>
                  <w:rFonts w:ascii="Aptos" w:hAnsi="Aptos"/>
                  <w:sz w:val="16"/>
                </w:rPr>
                <w:t>app.ordemio.com.br</w:t>
              </w:r>
            </w:hyperlink>
          </w:p>
        </w:tc>
      </w:tr>
    </w:tbl>
    <w:sectPr w:rsidR="00FC693F" w:rsidRPr="0006063C" w:rsidSect="00034616">
      <w:headerReference w:type="default" r:id="rId9"/>
      <w:footerReference w:type="default" r:id="rId11"/>
      <w:pgSz w:w="12240" w:h="15840"/>
      <w:pgMar w:top="652" w:right="680" w:bottom="595" w:left="680" w:header="255" w:footer="255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auto" w:w="0"/>
      <w:jc w:val="center"/>
      <w:tblLook w:firstColumn="1" w:firstRow="1" w:lastColumn="0" w:lastRow="0" w:noHBand="0" w:noVBand="1" w:val="04A0"/>
    </w:tblPr>
    <w:tblGrid>
      <w:gridCol w:w="3969"/>
      <w:gridCol w:w="2835"/>
      <w:gridCol w:w="3742"/>
    </w:tblGrid>
    <w:tr>
      <w:tc>
        <w:tcPr>
          <w:tcW w:type="dxa" w:w="3515"/>
          <w:tcMar>
            <w:top w:w="40" w:type="dxa"/>
            <w:start w:w="0" w:type="dxa"/>
            <w:bottom w:w="0" w:type="dxa"/>
            <w:end w:w="0" w:type="dxa"/>
          </w:tcMar>
          <w:tcBorders>
            <w:top w:val="single" w:sz="6" w:color="CBD5E1"/>
          </w:tcBorders>
        </w:tcPr>
        <w:p>
          <w:pPr>
            <w:spacing w:before="0" w:after="0" w:line="240" w:lineRule="auto"/>
          </w:pPr>
          <w:r>
            <w:rPr>
              <w:rFonts w:ascii="Aptos" w:hAnsi="Aptos"/>
              <w:b/>
              <w:color w:val="475569"/>
              <w:sz w:val="13"/>
            </w:rPr>
            <w:t>Modelo gratuito • Ordemio</w:t>
          </w:r>
        </w:p>
      </w:tc>
      <w:tc>
        <w:tcPr>
          <w:tcW w:type="dxa" w:w="3515"/>
          <w:tcMar>
            <w:top w:w="40" w:type="dxa"/>
            <w:start w:w="0" w:type="dxa"/>
            <w:bottom w:w="0" w:type="dxa"/>
            <w:end w:w="0" w:type="dxa"/>
          </w:tcMar>
          <w:tcBorders>
            <w:top w:val="single" w:sz="6" w:color="CBD5E1"/>
          </w:tcBorders>
        </w:tcPr>
        <w:p>
          <w:pPr>
            <w:spacing w:before="0" w:after="0" w:line="240" w:lineRule="auto"/>
            <w:jc w:val="center"/>
          </w:pPr>
          <w:r>
            <w:rPr>
              <w:rFonts w:ascii="Aptos" w:hAnsi="Aptos"/>
              <w:b w:val="0"/>
              <w:color w:val="475569"/>
              <w:sz w:val="13"/>
            </w:rPr>
            <w:t>ordemio.com.br</w:t>
          </w:r>
        </w:p>
      </w:tc>
      <w:tc>
        <w:tcPr>
          <w:tcW w:type="dxa" w:w="3515"/>
          <w:tcMar>
            <w:top w:w="40" w:type="dxa"/>
            <w:start w:w="0" w:type="dxa"/>
            <w:bottom w:w="0" w:type="dxa"/>
            <w:end w:w="0" w:type="dxa"/>
          </w:tcMar>
          <w:tcBorders>
            <w:top w:val="single" w:sz="6" w:color="CBD5E1"/>
          </w:tcBorders>
        </w:tcPr>
        <w:p>
          <w:pPr>
            <w:spacing w:before="0" w:after="0" w:line="240" w:lineRule="auto"/>
            <w:jc w:val="right"/>
          </w:pPr>
          <w:r>
            <w:rPr>
              <w:rFonts w:ascii="Aptos" w:hAnsi="Aptos"/>
              <w:b w:val="0"/>
              <w:color w:val="475569"/>
              <w:sz w:val="13"/>
            </w:rPr>
            <w:t>OS impressa • mantenha uma via com o cliente</w:t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jc w:val="center"/>
      <w:tblLook w:firstColumn="1" w:firstRow="1" w:lastColumn="0" w:lastRow="0" w:noHBand="0" w:noVBand="1" w:val="04A0"/>
    </w:tblPr>
    <w:tblGrid>
      <w:gridCol w:w="6520"/>
      <w:gridCol w:w="4025"/>
    </w:tblGrid>
    <w:tr>
      <w:tc>
        <w:tcPr>
          <w:tcW w:type="dxa" w:w="5272"/>
          <w:tcBorders>
            <w:bottom w:val="single" w:sz="18" w:color="F97316"/>
          </w:tcBorders>
          <w:tcMar>
            <w:top w:w="0" w:type="dxa"/>
            <w:start w:w="0" w:type="dxa"/>
            <w:bottom w:w="55" w:type="dxa"/>
            <w:end w:w="0" w:type="dxa"/>
          </w:tcMar>
        </w:tcPr>
        <w:p>
          <w:pPr>
            <w:spacing w:before="0" w:after="0" w:line="240" w:lineRule="auto"/>
          </w:pPr>
          <w:r>
            <w:rPr>
              <w:rFonts w:ascii="Aptos" w:hAnsi="Aptos"/>
              <w:b/>
              <w:color w:val="0F172A"/>
              <w:sz w:val="36"/>
            </w:rPr>
            <w:t>Ordem</w:t>
          </w:r>
          <w:r>
            <w:rPr>
              <w:rFonts w:ascii="Aptos" w:hAnsi="Aptos"/>
              <w:b/>
              <w:color w:val="F97316"/>
              <w:sz w:val="36"/>
            </w:rPr>
            <w:t>io</w:t>
          </w:r>
          <w:r>
            <w:rPr>
              <w:rFonts w:ascii="Aptos" w:hAnsi="Aptos"/>
              <w:b/>
              <w:color w:val="475569"/>
              <w:sz w:val="15"/>
            </w:rPr>
            <w:t xml:space="preserve">  |  MODELO PROFISSIONAL</w:t>
          </w:r>
        </w:p>
      </w:tc>
      <w:tc>
        <w:tcPr>
          <w:tcW w:type="dxa" w:w="5272"/>
          <w:tcBorders>
            <w:bottom w:val="single" w:sz="18" w:color="F97316"/>
          </w:tcBorders>
          <w:tcMar>
            <w:top w:w="0" w:type="dxa"/>
            <w:start w:w="0" w:type="dxa"/>
            <w:bottom w:w="55" w:type="dxa"/>
            <w:end w:w="0" w:type="dxa"/>
          </w:tcMar>
        </w:tcPr>
        <w:p>
          <w:pPr>
            <w:spacing w:before="0" w:after="0" w:line="240" w:lineRule="auto"/>
            <w:jc w:val="right"/>
          </w:pPr>
          <w:r>
            <w:rPr>
              <w:rFonts w:ascii="Aptos" w:hAnsi="Aptos"/>
              <w:b/>
              <w:color w:val="475569"/>
              <w:sz w:val="14"/>
            </w:rPr>
            <w:t>ORDEM DE SERVIÇO  Nº</w:t>
          </w:r>
          <w:r>
            <w:rPr>
              <w:rFonts w:ascii="Aptos" w:hAnsi="Aptos"/>
              <w:b/>
              <w:color w:val="0F172A"/>
              <w:sz w:val="21"/>
            </w:rPr>
            <w:br/>
            <w:t>________________________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ptos" w:hAnsi="Aptos"/>
      <w:sz w:val="17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hyperlink" Target="https://app.ordemio.com.br" TargetMode="External"/><Relationship Id="rId11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Modelo de Ordem de Serviço para Oficina Mecânica - Ordemio</dc:title>
  <dc:subject>Template profissional de ordem de serviço para oficina mecânica</dc:subject>
  <dc:creator>Ordemio</dc:creator>
  <cp:keywords>ordem de serviço, oficina mecânica, modelo OS, Ordemio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