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709"/>
            <w:shd w:fill="5B5CE2"/>
            <w:tcMar>
              <w:top w:w="150" w:type="dxa"/>
              <w:start w:w="80" w:type="dxa"/>
              <w:bottom w:w="150" w:type="dxa"/>
              <w:end w:w="8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26"/>
              </w:rPr>
              <w:t>OS</w:t>
            </w:r>
          </w:p>
        </w:tc>
        <w:tc>
          <w:tcPr>
            <w:tcW w:type="dxa" w:w="5386"/>
            <w:tcMar>
              <w:top w:w="80" w:type="dxa"/>
              <w:start w:w="150" w:type="dxa"/>
              <w:bottom w:w="80" w:type="dxa"/>
              <w:end w:w="10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111827"/>
                <w:sz w:val="27"/>
              </w:rPr>
              <w:t>ORDEMIO</w:t>
            </w:r>
            <w:r>
              <w:rPr>
                <w:rFonts w:ascii="Aptos" w:hAnsi="Aptos"/>
                <w:b/>
                <w:color w:val="5B5CE2"/>
                <w:sz w:val="14"/>
              </w:rPr>
              <w:br/>
              <w:t>MODELO DE OS • OFICINA</w:t>
            </w:r>
          </w:p>
        </w:tc>
        <w:tc>
          <w:tcPr>
            <w:tcW w:type="dxa" w:w="4195"/>
            <w:shd w:fill="F9FAFB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color w:val="111827"/>
                <w:sz w:val="16"/>
              </w:rPr>
              <w:t>ORDEM DE SERVIÇO Nº  __________________</w:t>
              <w:br/>
            </w:r>
            <w:r>
              <w:rPr>
                <w:rFonts w:ascii="Aptos" w:hAnsi="Aptos"/>
                <w:b w:val="0"/>
                <w:color w:val="6B7280"/>
                <w:sz w:val="14"/>
              </w:rPr>
              <w:t>Entrada: ____/____/______  ____:____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IDENTIFICAÇÃO DA OFICINA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EMPRESA / OFICINA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CNPJ / CPF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RESPONSÁVEL / ATENDENTE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567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PREVISÃO DE ENTREGA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DADOS DO CLIENTE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NOME / RAZÃO SOCIAL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CPF / CNPJ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7938"/>
            <w:vAlign w:val="center"/>
            <w:gridSpan w:val="3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CONTATO ALTERNATIVO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IDENTIFICAÇÃO DO VEÍCULO</w:t>
            </w:r>
            <w:r>
              <w:rPr>
                <w:rFonts w:ascii="Aptos" w:hAnsi="Aptos"/>
                <w:b w:val="0"/>
                <w:color w:val="E6E7FF"/>
                <w:sz w:val="13"/>
              </w:rPr>
              <w:t xml:space="preserve">   •   registre o estado do veículo no recebimento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MARCA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MODELO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ANO / MODELO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COR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PLACA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CHASSI / VIN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QUILOMETRAGEM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RENAVAM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COMBUSTÍVEL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Gas.   ☐ Etanol   ☐ Diesel   ☐ Outro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CÂMBIO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Manual   ☐ Auto.   ☐ CVT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ENTRADA DO VEÍCULO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Rodando   ☐ Guincho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NÍVEL COMB.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R   ☐ 1/4   ☐ 1/2   ☐ 3/4   ☐ Cheio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CHAVES, ACESSÓRIOS E PERTENCES RECEBIDOS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Chave principal    ☐ Chave reserva    ☐ Controle alarme</w:t>
              <w:br/>
              <w:t>☐ Manual    ☐ Trava de roda    ☐ Outro: __________</w:t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Cliente retira pertences   ☐ Sem objetos de valor   ☐ Itens declarados: __________</w:t>
            </w:r>
          </w:p>
        </w:tc>
      </w:tr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OBSERVAÇÕES DOS ITENS / PERTENCES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PERTENCES NO VEÍCULO</w:t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Registre objetos deixados no interior e qualquer ressalva na entrada.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CHECKLIST VISUAL NO RECEBIMENTO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652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Lataria íntegra    ☐ Riscos / amassados</w:t>
              <w:br/>
              <w:t>☐ Para-brisa íntegro    ☐ Vidros íntegros</w:t>
              <w:br/>
              <w:t>☐ Retrovisores íntegros    ☐ Interior íntegro</w:t>
              <w:br/>
              <w:t>☐ Bancos / forros sem avarias</w:t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Faróis / lanternas íntegros    ☐ Placas no local</w:t>
              <w:br/>
              <w:t>☐ Pneus em bom estado    ☐ Rodas / calotas íntegras</w:t>
              <w:br/>
              <w:t>☐ Painel sem alertas aparentes    ☐ Estepe / ferramentas</w:t>
              <w:br/>
              <w:t>☐ Sem vazamentos aparentes</w:t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510" w:hRule="atLeast"/>
          <w:cantSplit/>
        </w:trPr>
        <w:tc>
          <w:tcPr>
            <w:tcW w:type="dxa" w:w="1029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MARCAS, AVARIAS OU DETALHES IMPORTANTES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SOLICITAÇÃO / DEFEITO RELATADO PELO CLIENTE</w:t>
              <w:br/>
            </w:r>
            <w:r>
              <w:rPr>
                <w:rFonts w:ascii="Aptos" w:hAnsi="Aptos"/>
                <w:b w:val="0"/>
                <w:color w:val="9CA3AF"/>
                <w:sz w:val="15"/>
              </w:rPr>
              <w:t>Descreva ruídos, falhas, sintomas, quando ocorrem, histórico recente e o que o cliente solicita.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AUTORIZAÇÃO INICIAL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53" w:hRule="atLeast"/>
          <w:cantSplit/>
        </w:trPr>
        <w:tc>
          <w:tcPr>
            <w:tcW w:type="dxa" w:w="6803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Diagnóstico apenas   ☐ Serviço até R$ __________   ☐ Aprovação prévia do orçamento   ☐ Teste de rodagem autorizado</w:t>
            </w:r>
          </w:p>
        </w:tc>
        <w:tc>
          <w:tcPr>
            <w:tcW w:type="dxa" w:w="348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B7280"/>
                <w:sz w:val="14"/>
              </w:rPr>
              <w:t>Assinatura do cliente: 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6803"/>
            <w:shd w:fill="111827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6"/>
              </w:rPr>
              <w:t>ORDEMIO  •  OS PARA OFICINA</w:t>
            </w:r>
          </w:p>
        </w:tc>
        <w:tc>
          <w:tcPr>
            <w:tcW w:type="dxa" w:w="3487"/>
            <w:shd w:fill="5B5CE2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color w:val="FFFFFF"/>
                <w:sz w:val="16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DIAGNÓSTICO TÉCNICO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70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DIAGNÓSTICO / CAUSA PROVÁVEL</w:t>
              <w:br/>
            </w:r>
            <w:r>
              <w:rPr>
                <w:rFonts w:ascii="Aptos" w:hAnsi="Aptos"/>
                <w:b w:val="0"/>
                <w:color w:val="9CA3AF"/>
                <w:sz w:val="15"/>
              </w:rPr>
              <w:t>Registre testes, falhas, códigos de diagnóstico, causas prováveis, itens de segurança e observações técnicas.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SERVIÇOS, PEÇAS E MATERIAIS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3"/>
        <w:gridCol w:w="1813"/>
        <w:gridCol w:w="1813"/>
        <w:gridCol w:w="1813"/>
        <w:gridCol w:w="1813"/>
        <w:gridCol w:w="1813"/>
      </w:tblGrid>
      <w:tr>
        <w:trPr>
          <w:trHeight w:val="272" w:hRule="atLeast"/>
          <w:cantSplit/>
        </w:trPr>
        <w:tc>
          <w:tcPr>
            <w:tcW w:type="dxa" w:w="510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#</w:t>
            </w:r>
          </w:p>
        </w:tc>
        <w:tc>
          <w:tcPr>
            <w:tcW w:type="dxa" w:w="4025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Descrição do serviço / peça</w:t>
            </w:r>
          </w:p>
        </w:tc>
        <w:tc>
          <w:tcPr>
            <w:tcW w:type="dxa" w:w="79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Qtd.</w:t>
            </w:r>
          </w:p>
        </w:tc>
        <w:tc>
          <w:tcPr>
            <w:tcW w:type="dxa" w:w="130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Vlr. unit.</w:t>
            </w:r>
          </w:p>
        </w:tc>
        <w:tc>
          <w:tcPr>
            <w:tcW w:type="dxa" w:w="1361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Total</w:t>
            </w:r>
          </w:p>
        </w:tc>
        <w:tc>
          <w:tcPr>
            <w:tcW w:type="dxa" w:w="2296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Garantia / obs.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1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2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3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4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5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FORMA DE PAGAMENTO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PIX   ☐ Cartão   ☐ Dinheiro   ☐ Boleto   ☐ Outro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ORÇAMENTO APROVADO EM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____/____/______  ____:____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SUBTOTAL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DESCONTO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 / %</w:t>
            </w:r>
          </w:p>
        </w:tc>
      </w:tr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APROVAÇÃO DO CLIENTE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Assinatura   ☐ WhatsApp   ☐ E-mail   ☐ Link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SINAL / ENTRADA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TOTAL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SALDO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</w:tr>
      <w:tr>
        <w:trPr>
          <w:trHeight w:val="362" w:hRule="atLeast"/>
          <w:cantSplit/>
        </w:trPr>
        <w:tc>
          <w:tcPr>
            <w:tcW w:type="dxa" w:w="10290"/>
            <w:vAlign w:val="center"/>
            <w:gridSpan w:val="4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OBSERVAÇÕES FINANCEIRAS / CONDIÇÕES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CHECKLIST DE TESTES ANTES DA ENTREGA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Motor / partida    ☐ Freios    ☐ Direção    ☐ Suspensão</w:t>
              <w:br/>
              <w:t>☐ Óleo / fluidos    ☐ Pneus    ☐ Vazamentos    ☐ Bateria</w:t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Luzes / sinalização    ☐ Painel / alertas    ☐ Scanner</w:t>
              <w:br/>
              <w:t>☐ Teste de rodagem    ☐ Elétrica    ☐ Ar-condicionado    ☐ Ruídos</w:t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</w:tr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RESULTADO FINAL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Aprovado nos testes   ☐ Aprovado com ressalvas   ☐ Não concluído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TÉCNICO RESPONSÁVEL / DATA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________________________________  ____/____/______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GARANTIA E TERMOS SUGERIDOS</w:t>
            </w:r>
            <w:r>
              <w:rPr>
                <w:rFonts w:ascii="Aptos" w:hAnsi="Aptos"/>
                <w:b w:val="0"/>
                <w:color w:val="E6E7FF"/>
                <w:sz w:val="13"/>
              </w:rPr>
              <w:t xml:space="preserve">   •   adapte às regras da sua empresa e à legislação aplicável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9FAFB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1. Garantia informada nesta OS: ______ dias para o serviço e/ou peças, conforme fornecedor e legislação aplicável.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2. Serviços adicionais somente serão executados após aprovação registrada, salvo o limite previamente autorizado nesta OS.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3. O cliente deve conferir veículo, chaves, acessórios, quilometragem, combustível e avarias no ato da entrega.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4. Manobras e teste de rodagem serão realizados quando necessários ao diagnóstico/validação e conforme autorização registrada.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5. Peças substituídas: ☐ devolver ao cliente   ☐ encaminhar para descarte/reciclagem, quando permitido e autorizado.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6. Falhas não relacionadas ao serviço, desgaste natural ou mau uso serão avaliados separadamente, respeitada a legislação aplicável.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ENTREGA E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51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DATA DA ENTREGA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HORA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____:____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VALOR RECEBIDO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STATUS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Pago   ☐ Parcial   ☐ Pendente</w:t>
            </w:r>
          </w:p>
        </w:tc>
      </w:tr>
      <w:tr>
        <w:trPr>
          <w:trHeight w:val="419" w:hRule="atLeast"/>
          <w:cantSplit/>
        </w:trPr>
        <w:tc>
          <w:tcPr>
            <w:tcW w:type="dxa" w:w="516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CLIENTE / RESPONSÁVEL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Assinatura: ______________________________</w:t>
            </w:r>
          </w:p>
        </w:tc>
        <w:tc>
          <w:tcPr>
            <w:tcW w:type="dxa" w:w="5131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TÉCNICO / OFICINA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Assinatura: ______________________________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6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7455"/>
            <w:shd w:fill="111827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6"/>
              </w:rPr>
              <w:t>Quer transformar esta OS em um processo digital?</w:t>
            </w:r>
            <w:r>
              <w:rPr>
                <w:rFonts w:ascii="Aptos" w:hAnsi="Aptos"/>
                <w:b w:val="0"/>
                <w:color w:val="E5E7EB"/>
                <w:sz w:val="13"/>
              </w:rPr>
              <w:br/>
              <w:t>Crie, envie, assine e acompanhe ordens de serviço pelo Ordemio.</w:t>
            </w:r>
          </w:p>
        </w:tc>
        <w:tc>
          <w:tcPr>
            <w:tcW w:type="dxa" w:w="2835"/>
            <w:shd w:fill="5B5CE2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52" w:right="680" w:bottom="652" w:left="680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0"/>
      <w:gridCol w:w="3430"/>
      <w:gridCol w:w="3430"/>
    </w:tblGrid>
    <w:tr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</w:pPr>
          <w:r>
            <w:rPr>
              <w:rFonts w:ascii="Aptos" w:hAnsi="Aptos"/>
              <w:b/>
              <w:color w:val="5B5CE2"/>
              <w:sz w:val="15"/>
            </w:rPr>
            <w:t>ORDEMIO</w:t>
          </w:r>
        </w:p>
      </w:tc>
      <w:tc>
        <w:tcPr>
          <w:tcW w:type="dxa" w:w="4054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color w:val="6B7280"/>
              <w:sz w:val="13"/>
            </w:rPr>
            <w:t>Modelo gratuito • ordemio.com.br</w:t>
          </w:r>
        </w:p>
      </w:tc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color w:val="6B7280"/>
              <w:sz w:val="13"/>
            </w:rPr>
            <w:t>Modelo de OS de Oficina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de Oficina - Ordemio</dc:title>
  <dc:subject>Template gratuito de ordem de serviço para oficina automotiva</dc:subject>
  <dc:creator>Ordemio</dc:creator>
  <cp:keywords>ordem de serviço, oficina, oficina automotiva, Ordemio, OS</cp:keywords>
  <dc:description>Modelo editável e imprimível da marca Ordemio.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