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534"/>
        <w:gridCol w:w="3534"/>
        <w:gridCol w:w="3534"/>
      </w:tblGrid>
      <w:tr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5B5CE2"/>
            <w:tcMar>
              <w:top w:w="120" w:type="dxa"/>
              <w:start w:w="90" w:type="dxa"/>
              <w:bottom w:w="120" w:type="dxa"/>
              <w:end w:w="9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36"/>
              </w:rPr>
              <w:t>OS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140" w:type="dxa"/>
              <w:bottom w:w="70" w:type="dxa"/>
              <w:end w:w="100" w:type="dxa"/>
            </w:tcMar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111827"/>
                <w:sz w:val="32"/>
              </w:rPr>
              <w:t>ORDEMIO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5B5CE2"/>
                <w:sz w:val="15"/>
              </w:rPr>
              <w:t>EXEMPLO DE OS • ORDEM DE SERVIÇO INTERNA</w:t>
            </w:r>
          </w:p>
        </w:tc>
        <w:tc>
          <w:tcPr>
            <w:tcW w:type="dxa" w:w="351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110" w:type="dxa"/>
              <w:bottom w:w="65" w:type="dxa"/>
              <w:end w:w="110" w:type="dxa"/>
            </w:tcMar>
          </w:tcPr>
          <w:p>
            <w:pPr>
              <w:spacing w:before="0" w:after="40" w:line="240" w:lineRule="auto"/>
              <w:jc w:val="center"/>
            </w:pPr>
            <w:r/>
            <w:r>
              <w:rPr>
                <w:rFonts w:ascii="Arial" w:hAnsi="Arial"/>
                <w:b/>
                <w:color w:val="111827"/>
                <w:sz w:val="18"/>
              </w:rPr>
              <w:t>ORDEM DE SERVIÇO Nº  ______________</w:t>
            </w:r>
          </w:p>
          <w:p>
            <w:pPr>
              <w:spacing w:before="0" w:after="0" w:line="240" w:lineRule="auto"/>
              <w:jc w:val="center"/>
            </w:pPr>
            <w:r>
              <w:rPr>
                <w:rFonts w:ascii="Arial" w:hAnsi="Arial"/>
                <w:color w:val="667085"/>
                <w:sz w:val="15"/>
              </w:rPr>
              <w:t>Abertura: ____/____/______   ____:____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IDENTIFICAÇÃO DA EMPRESA / UNIDADE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EMPRESA / ORGANIZAÇÃO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CNPJ / IDENTIFICAÇÃO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UNIDADE / FILIAL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CENTRO DE CUSTO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ENDEREÇO / LOCAL DA UNIDADE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TELEFONE / RAMAL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PROJETO / CONTRATO / REFERÊNCIA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SOLICITANTE E ÁREA RESPONSÁVEL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SETOR SOLICITANTE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SOLICITANTE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SETOR EXECUTOR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PELA EXECUÇÃO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TELEFONE / RAMAL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E-MAIL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GESTOR APROVADOR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PELO ACEITE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CLASSIFICAÇÃO E CONTROLE</w:t>
            </w:r>
            <w:r>
              <w:rPr>
                <w:rFonts w:ascii="Arial" w:hAnsi="Arial"/>
                <w:color w:val="F2F3FF"/>
                <w:sz w:val="15"/>
              </w:rPr>
              <w:t xml:space="preserve">  •  defina prioridade, prazo e situação da solicitação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CATEGORIA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Manutenção  □ TI  □ Predial</w:t>
              <w:br/>
              <w:t>□ Administrativo  □ Outro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PRIORIDADE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Baixa  □ Média  □ Alta  □ Crítica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STATUS INICIAL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Aberta  □ Planejada  □ Em execução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ORIGEM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Solicitação  □ Preventiva  □ Inspeção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ABERTURA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PRAZO SOLICITADO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INÍCIO PLANEJADO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  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CONCLUSÃO PREVISTA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  ____:____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DESCRIÇÃO DA SOLICITAÇÃO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652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PROBLEMA / NECESSIDADE / SERVIÇO SOLICITADO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Descreva o que deve ser feito, onde, quando o problema foi identificado, impacto na operação e informações que ajudem a equipe a executar corretamente.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ESCOPO, CRITÉRIOS DE ACEITE E EVIDÊNCIAS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rPr>
          <w:trHeight w:val="539" w:hRule="atLeast"/>
        </w:trP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ESCOPO E RESULTADO ESPERADO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7"/>
              </w:rPr>
              <w:t>Defina o que está incluído, o que não está incluído e como será verificado que a solicitação foi atendida.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Evidências previstas:  □ Fotos   □ Checklist   □ Documento   □ Teste funcional   □ Medição   □ Outro: 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Requer validação:  □ Solicitante   □ Gestor   □ Segurança   □ Qualidade   □ TI   □ Não aplicável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RECURSOS, ACESSOS E CONDIÇÕES PARA EXECUÇÃO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Material disponível   □ Ferramentas   □ Equipamento   □ Acesso ao local   □ Chave/crachá   □ Acesso a sistema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EPI obrigatório   □ Bloqueio/isolamento   □ Parada operacional   □ Acompanhamento   □ Terceiro autorizado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RECURSOS / PERMISSÕES / OBSERVAÇÕES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Liste materiais reservados, equipamentos, credenciais temporárias, permissões, riscos, restrições de horário ou condições especiais.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AUTORIZAÇÃO INICIAL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SOLICITANTE / GESTOR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 / visto: ______________________________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PELA EXECUÇÃO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 / visto: ______________________________</w:t>
            </w:r>
          </w:p>
        </w:tc>
      </w:tr>
    </w:tbl>
    <w:p>
      <w:pPr>
        <w:widowControl/>
      </w:pPr>
      <w:r>
        <w:br w:type="page"/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shd w:fill="111827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ORDEMIO  •  ORDEM DE SERVIÇO INTERNA</w:t>
            </w:r>
          </w:p>
        </w:tc>
        <w:tc>
          <w:tcPr>
            <w:tcW w:type="dxa" w:w="5272"/>
            <w:shd w:fill="5B5CE2"/>
            <w:tcMar>
              <w:top w:w="65" w:type="dxa"/>
              <w:start w:w="100" w:type="dxa"/>
              <w:bottom w:w="65" w:type="dxa"/>
              <w:end w:w="100" w:type="dxa"/>
            </w:tcMar>
          </w:tcPr>
          <w:p>
            <w:pPr>
              <w:spacing w:before="0" w:after="0" w:line="240" w:lineRule="auto"/>
              <w:jc w:val="right"/>
            </w:pPr>
            <w:r/>
            <w:r>
              <w:rPr>
                <w:rFonts w:ascii="Arial" w:hAnsi="Arial"/>
                <w:b/>
                <w:color w:val="FFFFFF"/>
                <w:sz w:val="18"/>
              </w:rPr>
              <w:t>OS Nº 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REGISTRO DA EXECUÇÃO</w:t>
            </w:r>
            <w:r>
              <w:rPr>
                <w:rFonts w:ascii="Arial" w:hAnsi="Arial"/>
                <w:color w:val="F2F3FF"/>
                <w:sz w:val="15"/>
              </w:rPr>
              <w:t xml:space="preserve">  •  mantenha o histórico das atividades realizadas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120"/>
        <w:gridCol w:w="2120"/>
        <w:gridCol w:w="2120"/>
        <w:gridCol w:w="2120"/>
        <w:gridCol w:w="2120"/>
      </w:tblGrid>
      <w:tr>
        <w:trPr>
          <w:tblHeader w:val="true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#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Data / hora</w:t>
            </w:r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Responsável</w:t>
            </w:r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Atividade / apontamento</w:t>
            </w:r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50" w:type="dxa"/>
              <w:start w:w="45" w:type="dxa"/>
              <w:bottom w:w="50" w:type="dxa"/>
              <w:end w:w="4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5"/>
              </w:rPr>
              <w:t>Situação</w:t>
            </w:r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1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2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3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  <w:tr>
        <w:trPr>
          <w:trHeight w:val="329" w:hRule="atLeast"/>
        </w:trPr>
        <w:tc>
          <w:tcPr>
            <w:tcW w:type="dxa" w:w="4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6"/>
              </w:rPr>
              <w:t>4</w:t>
            </w:r>
          </w:p>
        </w:tc>
        <w:tc>
          <w:tcPr>
            <w:tcW w:type="dxa" w:w="1701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928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4819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  <w:tc>
          <w:tcPr>
            <w:tcW w:type="dxa" w:w="164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35" w:type="dxa"/>
              <w:start w:w="40" w:type="dxa"/>
              <w:bottom w:w="35" w:type="dxa"/>
              <w:end w:w="40" w:type="dxa"/>
            </w:tcMar>
          </w:tcPr>
          <w:p>
            <w:r/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MATERIAIS, PEÇAS E RECURSOS UTILIZADOS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515"/>
        <w:gridCol w:w="1515"/>
        <w:gridCol w:w="1515"/>
        <w:gridCol w:w="1515"/>
        <w:gridCol w:w="1515"/>
        <w:gridCol w:w="1515"/>
        <w:gridCol w:w="1515"/>
      </w:tblGrid>
      <w:tr>
        <w:trPr>
          <w:tblHeader w:val="true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#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Código / item</w:t>
            </w:r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Descrição</w:t>
            </w:r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Qtd.</w:t>
            </w:r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Unid.</w:t>
            </w:r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Origem / estoque</w:t>
            </w:r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Custo</w:t>
            </w:r>
          </w:p>
        </w:tc>
      </w:tr>
      <w:tr>
        <w:trPr>
          <w:trHeight w:val="261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1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1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2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1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3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1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4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  <w:tr>
        <w:trPr>
          <w:trHeight w:val="261" w:hRule="atLeast"/>
        </w:trPr>
        <w:tc>
          <w:tcPr>
            <w:tcW w:type="dxa" w:w="39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color w:val="1F2937"/>
                <w:sz w:val="14"/>
              </w:rPr>
              <w:t>5</w:t>
            </w:r>
          </w:p>
        </w:tc>
        <w:tc>
          <w:tcPr>
            <w:tcW w:type="dxa" w:w="124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34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3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79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215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</w:p>
        </w:tc>
        <w:tc>
          <w:tcPr>
            <w:tcW w:type="dxa" w:w="181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4"/>
              </w:rPr>
              <w:t>R$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TEMPO E MÃO DE OBRA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767"/>
        <w:gridCol w:w="1767"/>
        <w:gridCol w:w="1767"/>
        <w:gridCol w:w="1767"/>
        <w:gridCol w:w="1767"/>
        <w:gridCol w:w="1767"/>
      </w:tblGrid>
      <w:tr>
        <w:tc>
          <w:tcPr>
            <w:tcW w:type="dxa" w:w="198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Profissional / equipe</w:t>
            </w:r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Data</w:t>
            </w:r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Início</w:t>
            </w:r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Fim</w:t>
            </w:r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Horas</w:t>
            </w:r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shd w:fill="111827"/>
            <w:tcMar>
              <w:top w:w="45" w:type="dxa"/>
              <w:start w:w="35" w:type="dxa"/>
              <w:bottom w:w="45" w:type="dxa"/>
              <w:end w:w="35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14"/>
              </w:rPr>
              <w:t>Atividade / referência</w:t>
            </w:r>
          </w:p>
        </w:tc>
      </w:tr>
      <w:tr>
        <w:trPr>
          <w:trHeight w:val="238" w:hRule="atLeast"/>
        </w:trPr>
        <w:tc>
          <w:tcPr>
            <w:tcW w:type="dxa" w:w="198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</w:tr>
      <w:tr>
        <w:trPr>
          <w:trHeight w:val="238" w:hRule="atLeast"/>
        </w:trPr>
        <w:tc>
          <w:tcPr>
            <w:tcW w:type="dxa" w:w="198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</w:tr>
      <w:tr>
        <w:trPr>
          <w:trHeight w:val="238" w:hRule="atLeast"/>
        </w:trPr>
        <w:tc>
          <w:tcPr>
            <w:tcW w:type="dxa" w:w="198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417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134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1020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  <w:tc>
          <w:tcPr>
            <w:tcW w:type="dxa" w:w="3855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25" w:type="dxa"/>
              <w:start w:w="32" w:type="dxa"/>
              <w:bottom w:w="25" w:type="dxa"/>
              <w:end w:w="32" w:type="dxa"/>
            </w:tcMar>
          </w:tcPr>
          <w:p>
            <w:r/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OCORRÊNCIAS, ALTERAÇÕES DE ESCOPO E PENDÊNCIAS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Sem ocorrência   □ Acesso indisponível   □ Material faltante   □ Falha adicional identificada   □ Atraso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Escopo alterado   □ Serviço parcial   □ Dependência de terceiro   □ Requer nova autorização   □ Outro: ________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DESCRIÇÃO / DECISÃO / RESPONSÁVEL PELA ORIENTAÇÃO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Registre a ocorrência, impacto, decisão tomada, data/hora e quem aprovou eventual mudança de escopo.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TESTES, VERIFICAÇÃO E ACEITE TÉCNICO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□ Inspeção visual   □ Teste funcional   □ Medição   □ Checklist concluído   □ Fotos anexadas   □ Limpeza/organização</w:t>
            </w:r>
          </w:p>
        </w:tc>
        <w:tc>
          <w:tcPr>
            <w:tcW w:type="dxa" w:w="527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65" w:type="dxa"/>
              <w:start w:w="95" w:type="dxa"/>
              <w:bottom w:w="65" w:type="dxa"/>
              <w:end w:w="95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6"/>
              </w:rPr>
              <w:t>Resultado:  □ Aprovado   □ Aprovado com ressalvas   □ Reprovado   □ Não aplicável</w:t>
            </w:r>
          </w:p>
        </w:tc>
      </w:tr>
      <w:tr>
        <w:tc>
          <w:tcPr>
            <w:tcW w:type="dxa" w:w="10544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RESULTADO DOS TESTES / OBSERVAÇÕES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98A2B3"/>
                <w:sz w:val="16"/>
              </w:rPr>
              <w:t>Descreva o resultado, valores medidos, itens verificados e ressalvas que devem constar no encerramento.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ENCERRAMENTO E ACEITE INTERNO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50"/>
        <w:gridCol w:w="2650"/>
        <w:gridCol w:w="2650"/>
        <w:gridCol w:w="2650"/>
      </w:tblGrid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DATA DE CONCLUSÃO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____/____/______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HORA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____:____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STATUS FINAL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□ Concluída  □ Parcial</w:t>
              <w:br/>
              <w:t>□ Cancelada  □ Pendente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TEMPO TOTAL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________ horas</w:t>
            </w:r>
          </w:p>
        </w:tc>
      </w:tr>
      <w:tr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CUSTO DE MATERIAIS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CUSTO DE MÃO DE OBRA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OUTROS CUSTOS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  <w:tc>
          <w:tcPr>
            <w:tcW w:type="dxa" w:w="2636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CUSTO TOTAL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R$</w:t>
            </w:r>
          </w:p>
        </w:tc>
      </w:tr>
      <w:tr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RESPONSÁVEL PELA EXECUÇÃO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 / visto: ______________________________</w:t>
            </w:r>
          </w:p>
        </w:tc>
        <w:tc>
          <w:tcPr>
            <w:tcW w:type="dxa" w:w="5272"/>
            <w:gridSpan w:val="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70" w:type="dxa"/>
              <w:start w:w="90" w:type="dxa"/>
              <w:bottom w:w="70" w:type="dxa"/>
              <w:end w:w="90" w:type="dxa"/>
            </w:tcMar>
            <w:vAlign w:val="center"/>
          </w:tcPr>
          <w:p>
            <w:pPr>
              <w:spacing w:before="0" w:after="20" w:line="240" w:lineRule="auto"/>
            </w:pPr>
            <w:r/>
            <w:r>
              <w:rPr>
                <w:rFonts w:ascii="Arial" w:hAnsi="Arial"/>
                <w:b/>
                <w:color w:val="667085"/>
                <w:sz w:val="14"/>
              </w:rPr>
              <w:t>SOLICITANTE / RESPONSÁVEL PELO ACEITE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1F2937"/>
                <w:sz w:val="18"/>
              </w:rPr>
              <w:t>Assinatura / visto: ______________________________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shd w:fill="5B5CE2"/>
            <w:tcMar>
              <w:top w:w="42" w:type="dxa"/>
              <w:start w:w="100" w:type="dxa"/>
              <w:bottom w:w="42" w:type="dxa"/>
              <w:end w:w="100" w:type="dxa"/>
            </w:tcMar>
          </w:tcPr>
          <w:p>
            <w:pPr>
              <w:spacing w:before="0" w:after="0" w:line="240" w:lineRule="auto"/>
            </w:pPr>
            <w:r>
              <w:rPr>
                <w:rFonts w:ascii="Arial" w:hAnsi="Arial"/>
                <w:b/>
                <w:color w:val="FFFFFF"/>
                <w:sz w:val="18"/>
              </w:rPr>
              <w:t>ORIENTAÇÕES DE REGISTRO</w:t>
            </w:r>
            <w:r>
              <w:rPr>
                <w:rFonts w:ascii="Arial" w:hAnsi="Arial"/>
                <w:color w:val="F2F3FF"/>
                <w:sz w:val="15"/>
              </w:rPr>
              <w:t xml:space="preserve">  •  adapte ao procedimento interno da sua empresa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545"/>
      </w:tblGrid>
      <w:tr>
        <w:tc>
          <w:tcPr>
            <w:tcW w:type="dxa" w:w="10602"/>
            <w:tcBorders>
              <w:top w:val="single" w:sz="6" w:color="C9D1DF"/>
              <w:left w:val="single" w:sz="6" w:color="C9D1DF"/>
              <w:bottom w:val="single" w:sz="6" w:color="C9D1DF"/>
              <w:right w:val="single" w:sz="6" w:color="C9D1DF"/>
            </w:tcBorders>
            <w:tcMar>
              <w:top w:w="55" w:type="dxa"/>
              <w:start w:w="90" w:type="dxa"/>
              <w:bottom w:w="55" w:type="dxa"/>
              <w:end w:w="9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color w:val="1F2937"/>
                <w:sz w:val="13"/>
              </w:rPr>
              <w:t>1. Registre a solicitação antes do início sempre que possível e mantenha a OS atualizada durante a execução.</w:t>
              <w:br/>
              <w:t>2. Alterações relevantes de prioridade, prazo, escopo, recursos ou responsável devem ficar documentadas.</w:t>
              <w:br/>
              <w:t>3. Materiais, tempos, ocorrências, testes e evidências devem ser registrados de forma objetiva para facilitar conferência e rastreabilidade.</w:t>
              <w:br/>
              <w:t>4. O encerramento deve indicar claramente o status final, pendências e o aceite do setor ou responsável solicitante.</w:t>
            </w:r>
          </w:p>
        </w:tc>
      </w:tr>
    </w:tbl>
    <w:p>
      <w:pPr>
        <w:widowControl/>
        <w:spacing w:before="0" w:after="40" w:line="240" w:lineRule="auto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301"/>
        <w:gridCol w:w="5301"/>
      </w:tblGrid>
      <w:tr>
        <w:tc>
          <w:tcPr>
            <w:tcW w:type="dxa" w:w="5272"/>
            <w:shd w:fill="111827"/>
            <w:tcMar>
              <w:top w:w="38" w:type="dxa"/>
              <w:start w:w="100" w:type="dxa"/>
              <w:bottom w:w="38" w:type="dxa"/>
              <w:end w:w="100" w:type="dxa"/>
            </w:tcMar>
          </w:tcPr>
          <w:p>
            <w:pPr>
              <w:spacing w:before="0" w:after="0" w:line="240" w:lineRule="auto"/>
            </w:pPr>
            <w:r/>
            <w:r>
              <w:rPr>
                <w:rFonts w:ascii="Arial" w:hAnsi="Arial"/>
                <w:b/>
                <w:color w:val="FFFFFF"/>
                <w:sz w:val="17"/>
              </w:rPr>
              <w:t>Quer transformar esta OS em um processo digital?</w:t>
            </w:r>
          </w:p>
          <w:p>
            <w:pPr>
              <w:spacing w:before="0" w:after="0" w:line="240" w:lineRule="auto"/>
            </w:pPr>
            <w:r>
              <w:rPr>
                <w:rFonts w:ascii="Arial" w:hAnsi="Arial"/>
                <w:color w:val="E5E7EB"/>
                <w:sz w:val="14"/>
              </w:rPr>
              <w:t>Centralize solicitações, responsáveis, status e aceite no Ordemio.</w:t>
            </w:r>
          </w:p>
        </w:tc>
        <w:tc>
          <w:tcPr>
            <w:tcW w:type="dxa" w:w="5272"/>
            <w:shd w:fill="5B5CE2"/>
            <w:tcMar>
              <w:top w:w="55" w:type="dxa"/>
              <w:start w:w="100" w:type="dxa"/>
              <w:bottom w:w="55" w:type="dxa"/>
              <w:end w:w="100" w:type="dxa"/>
            </w:tcMar>
          </w:tcPr>
          <w:p>
            <w:pPr>
              <w:spacing w:before="0" w:after="0" w:line="240" w:lineRule="auto"/>
              <w:jc w:val="center"/>
            </w:pPr>
            <w:r/>
            <w:r>
              <w:rPr>
                <w:rFonts w:ascii="Arial" w:hAnsi="Arial"/>
                <w:b/>
                <w:color w:val="FFFFFF"/>
                <w:sz w:val="20"/>
              </w:rPr>
              <w:t>ordemio.com.br</w:t>
            </w:r>
          </w:p>
        </w:tc>
      </w:tr>
    </w:tbl>
    <w:sectPr w:rsidR="00FC693F" w:rsidRPr="0006063C" w:rsidSect="00034616">
      <w:footerReference w:type="default" r:id="rId9"/>
      <w:pgSz w:w="11906" w:h="16838"/>
      <w:pgMar w:top="482" w:right="652" w:bottom="652" w:left="652" w:header="227" w:footer="255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</w:p>
  <w:tbl>
    <w:tblPr>
      <w:tblW w:type="auto" w:w="0"/>
      <w:jc w:val="center"/>
      <w:tblLayout w:type="fixed"/>
      <w:tblLook w:firstColumn="1" w:firstRow="1" w:lastColumn="0" w:lastRow="0" w:noHBand="0" w:noVBand="1" w:val="04A0"/>
    </w:tblPr>
    <w:tblGrid>
      <w:gridCol w:w="3402"/>
      <w:gridCol w:w="3402"/>
      <w:gridCol w:w="3402"/>
    </w:tblGrid>
    <w:tr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left"/>
          </w:pPr>
          <w:r/>
          <w:r>
            <w:rPr>
              <w:rFonts w:ascii="Arial" w:hAnsi="Arial"/>
              <w:b/>
              <w:color w:val="5B5CE2"/>
              <w:sz w:val="14"/>
            </w:rPr>
            <w:t>ORDEMIO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center"/>
          </w:pPr>
          <w:r/>
          <w:r>
            <w:rPr>
              <w:rFonts w:ascii="Arial" w:hAnsi="Arial"/>
              <w:b w:val="0"/>
              <w:color w:val="667085"/>
              <w:sz w:val="14"/>
            </w:rPr>
            <w:t>Modelo gratuito • ordemio.com.br</w:t>
          </w:r>
        </w:p>
      </w:tc>
      <w:tc>
        <w:tcPr>
          <w:tcW w:type="dxa" w:w="3402"/>
          <w:tcMar>
            <w:top w:w="20" w:type="dxa"/>
            <w:start w:w="20" w:type="dxa"/>
            <w:bottom w:w="20" w:type="dxa"/>
            <w:end w:w="20" w:type="dxa"/>
          </w:tcMar>
          <w:tcBorders>
            <w:top w:val="single" w:sz="4" w:color="C9D1DF"/>
            <w:left w:val="nil"/>
            <w:bottom w:val="nil"/>
            <w:right w:val="nil"/>
          </w:tcBorders>
        </w:tcPr>
        <w:p>
          <w:pPr>
            <w:spacing w:before="0" w:after="0" w:line="240" w:lineRule="auto"/>
            <w:jc w:val="right"/>
          </w:pPr>
          <w:r/>
          <w:r>
            <w:rPr>
              <w:rFonts w:ascii="Arial" w:hAnsi="Arial"/>
              <w:b w:val="0"/>
              <w:color w:val="667085"/>
              <w:sz w:val="14"/>
            </w:rPr>
            <w:t>Ordem de Serviço Interna</w:t>
          </w:r>
        </w:p>
      </w:tc>
    </w:tr>
  </w:tbl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/>
    </w:pPr>
    <w:rPr>
      <w:rFonts w:ascii="Arial" w:hAnsi="Arial"/>
      <w:color w:val="1F2937"/>
      <w:sz w:val="17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Exemplo de Ordem de Serviço Interna - Ordemio</dc:title>
  <dc:subject>Template gratuito de ordem de serviço interna</dc:subject>
  <dc:creator>Ordemio</dc:creator>
  <cp:keywords>ordem de serviço interna, OS interna, manutenção, solicitações internas, Ordemio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