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18"/>
      </w:tblGrid>
      <w:tr>
        <w:trPr>
          <w:cantSplit/>
        </w:trPr>
        <w:tc>
          <w:tcPr>
            <w:tcW w:type="dxa" w:w="10710"/>
            <w:shd w:fill="EFF8F4"/>
            <w:tcBorders>
              <w:bottom w:sz="10" w:val="single" w:color="17B978"/>
            </w:tcBorders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/>
                <w:color w:val="17B978"/>
                <w:sz w:val="18"/>
              </w:rPr>
              <w:t>1. PRESTADOR E CLIENTE</w:t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 xml:space="preserve">  Identificação da contratação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59"/>
        <w:gridCol w:w="5159"/>
      </w:tblGrid>
      <w:tr>
        <w:trPr>
          <w:cantSplit/>
        </w:trPr>
        <w:tc>
          <w:tcPr>
            <w:tcW w:type="dxa" w:w="5355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PRESTADOR / EMPRESA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  <w:tc>
          <w:tcPr>
            <w:tcW w:type="dxa" w:w="5355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CPF / CNPJ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</w:tr>
      <w:tr>
        <w:trPr>
          <w:cantSplit/>
        </w:trPr>
        <w:tc>
          <w:tcPr>
            <w:tcW w:type="dxa" w:w="5355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TELEFONE / WHATSAPP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  <w:tc>
          <w:tcPr>
            <w:tcW w:type="dxa" w:w="5355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E-MAIL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</w:tr>
    </w:tbl>
    <w:p>
      <w:pPr>
        <w:spacing w:after="4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55"/>
        <w:gridCol w:w="5355"/>
      </w:tblGrid>
      <w:tr>
        <w:trPr>
          <w:cantSplit/>
        </w:trPr>
        <w:tc>
          <w:tcPr>
            <w:tcW w:type="dxa" w:w="5355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CLIENTE / CONTRATANTE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  <w:tc>
          <w:tcPr>
            <w:tcW w:type="dxa" w:w="5355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CPF / CNPJ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</w:tr>
      <w:tr>
        <w:trPr>
          <w:cantSplit/>
        </w:trPr>
        <w:tc>
          <w:tcPr>
            <w:tcW w:type="dxa" w:w="5355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TELEFONE / WHATSAPP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  <w:tc>
          <w:tcPr>
            <w:tcW w:type="dxa" w:w="5355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E-MAIL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</w:tr>
    </w:tbl>
    <w:p>
      <w:pPr>
        <w:spacing w:after="6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18"/>
      </w:tblGrid>
      <w:tr>
        <w:trPr>
          <w:cantSplit/>
        </w:trPr>
        <w:tc>
          <w:tcPr>
            <w:tcW w:type="dxa" w:w="10710"/>
            <w:shd w:fill="EFF8F4"/>
            <w:tcBorders>
              <w:bottom w:sz="10" w:val="single" w:color="17B978"/>
            </w:tcBorders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/>
                <w:color w:val="17B978"/>
                <w:sz w:val="18"/>
              </w:rPr>
              <w:t>2. DADOS DA OBRA</w:t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 xml:space="preserve">  Local e referência do serviço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02"/>
        <w:gridCol w:w="2608"/>
        <w:gridCol w:w="2608"/>
      </w:tblGrid>
      <w:tr>
        <w:trPr>
          <w:cantSplit/>
        </w:trPr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ENDEREÇO DA OBRA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Nº / COMPLEMENTO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CIDADE / UF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</w:tr>
      <w:tr>
        <w:trPr>
          <w:cantSplit/>
        </w:trPr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RESPONSÁVEL NO LOCAL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__________________________________</w:t>
            </w:r>
          </w:p>
        </w:tc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INÍCIO PREVISTO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____/____/______</w:t>
            </w:r>
          </w:p>
        </w:tc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CONCLUSÃO PREVISTA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____/____/______</w:t>
            </w:r>
          </w:p>
        </w:tc>
      </w:tr>
    </w:tbl>
    <w:p>
      <w:pPr>
        <w:spacing w:after="6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18"/>
      </w:tblGrid>
      <w:tr>
        <w:trPr>
          <w:cantSplit/>
        </w:trPr>
        <w:tc>
          <w:tcPr>
            <w:tcW w:type="dxa" w:w="10710"/>
            <w:shd w:fill="EFF8F4"/>
            <w:tcBorders>
              <w:bottom w:sz="10" w:val="single" w:color="17B978"/>
            </w:tcBorders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/>
                <w:color w:val="17B978"/>
                <w:sz w:val="18"/>
              </w:rPr>
              <w:t>3. TIPO DE SERVIÇO</w:t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 xml:space="preserve">  Marque os serviços incluídos nesta OS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70"/>
        <w:gridCol w:w="3570"/>
        <w:gridCol w:w="3570"/>
      </w:tblGrid>
      <w:tr>
        <w:trPr>
          <w:cantSplit/>
        </w:trPr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Alvenaria / levantamento de parede</w:t>
            </w:r>
          </w:p>
        </w:tc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Reboco / emboço</w:t>
            </w:r>
          </w:p>
        </w:tc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Contrapiso / regularização</w:t>
            </w:r>
          </w:p>
        </w:tc>
      </w:tr>
      <w:tr>
        <w:trPr>
          <w:cantSplit/>
        </w:trPr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Assentamento de piso</w:t>
            </w:r>
          </w:p>
        </w:tc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Assentamento de revestimento</w:t>
            </w:r>
          </w:p>
        </w:tc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Demolição / remoção</w:t>
            </w:r>
          </w:p>
        </w:tc>
      </w:tr>
      <w:tr>
        <w:trPr>
          <w:cantSplit/>
        </w:trPr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Impermeabilização</w:t>
            </w:r>
          </w:p>
        </w:tc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Reparos / trincas / infiltrações</w:t>
            </w:r>
          </w:p>
        </w:tc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Concretagem / pequenos elementos</w:t>
            </w:r>
          </w:p>
        </w:tc>
      </w:tr>
      <w:tr>
        <w:trPr>
          <w:cantSplit/>
        </w:trPr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Calçada / área externa</w:t>
            </w:r>
          </w:p>
        </w:tc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Acabamento / arremates</w:t>
            </w:r>
          </w:p>
        </w:tc>
        <w:tc>
          <w:tcPr>
            <w:tcW w:type="dxa" w:w="357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5"/>
              </w:rPr>
              <w:t>☐ Outro: __________________________</w:t>
            </w:r>
          </w:p>
        </w:tc>
      </w:tr>
    </w:tbl>
    <w:p>
      <w:pPr>
        <w:spacing w:after="6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18"/>
      </w:tblGrid>
      <w:tr>
        <w:trPr>
          <w:cantSplit/>
        </w:trPr>
        <w:tc>
          <w:tcPr>
            <w:tcW w:type="dxa" w:w="10710"/>
            <w:shd w:fill="EFF8F4"/>
            <w:tcBorders>
              <w:bottom w:sz="10" w:val="single" w:color="17B978"/>
            </w:tcBorders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/>
                <w:color w:val="17B978"/>
                <w:sz w:val="18"/>
              </w:rPr>
              <w:t>4. ESCOPO DETALHADO E MEDIDAS</w:t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 xml:space="preserve">  Descreva exatamente o que será executado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710"/>
      </w:tblGrid>
      <w:tr>
        <w:trPr>
          <w:cantSplit/>
        </w:trPr>
        <w:tc>
          <w:tcPr>
            <w:tcW w:type="dxa" w:w="10710"/>
            <w:tcMar>
              <w:top w:w="90" w:type="dxa"/>
              <w:start w:w="120" w:type="dxa"/>
              <w:bottom w:w="6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after="0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________________________________________________________________________________________________</w:t>
              <w:br/>
            </w:r>
            <w:r>
              <w:rPr>
                <w:rFonts w:ascii="Liberation Sans" w:hAnsi="Liberation Sans"/>
                <w:b w:val="0"/>
                <w:color w:val="66736D"/>
                <w:sz w:val="16"/>
              </w:rPr>
              <w:t>________________________________________________________________________________________________</w:t>
              <w:br/>
            </w:r>
            <w:r>
              <w:rPr>
                <w:rFonts w:ascii="Liberation Sans" w:hAnsi="Liberation Sans"/>
                <w:b w:val="0"/>
                <w:color w:val="66736D"/>
                <w:sz w:val="16"/>
              </w:rPr>
              <w:t>________________________________________________________________________________________________</w:t>
              <w:br/>
            </w:r>
            <w:r>
              <w:rPr>
                <w:rFonts w:ascii="Liberation Sans" w:hAnsi="Liberation Sans"/>
                <w:b w:val="0"/>
                <w:color w:val="66736D"/>
                <w:sz w:val="16"/>
              </w:rPr>
              <w:t>________________________________________________________________________________________________</w:t>
              <w:br/>
            </w:r>
            <w:r>
              <w:rPr>
                <w:rFonts w:ascii="Liberation Sans" w:hAnsi="Liberation Sans"/>
                <w:b w:val="0"/>
                <w:color w:val="66736D"/>
                <w:sz w:val="16"/>
              </w:rPr>
              <w:t>________________________________________________________________________________________________</w:t>
              <w:br/>
            </w:r>
          </w:p>
        </w:tc>
      </w:tr>
    </w:tbl>
    <w:p>
      <w:pPr>
        <w:spacing w:after="6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18"/>
      </w:tblGrid>
      <w:tr>
        <w:trPr>
          <w:cantSplit/>
        </w:trPr>
        <w:tc>
          <w:tcPr>
            <w:tcW w:type="dxa" w:w="10710"/>
            <w:shd w:fill="EFF8F4"/>
            <w:tcBorders>
              <w:bottom w:sz="10" w:val="single" w:color="17B978"/>
            </w:tcBorders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/>
                <w:color w:val="17B978"/>
                <w:sz w:val="18"/>
              </w:rPr>
              <w:t>5. MATERIAIS E RESPONSABILIDADES</w:t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 xml:space="preserve">  Defina quem fornece e o que está incluído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59"/>
        <w:gridCol w:w="5159"/>
      </w:tblGrid>
      <w:tr>
        <w:trPr>
          <w:cantSplit/>
        </w:trPr>
        <w:tc>
          <w:tcPr>
            <w:tcW w:type="dxa" w:w="535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4221C"/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4"/>
              </w:rPr>
              <w:t>FORNECIMENTO DE MATERIAIS</w:t>
            </w:r>
          </w:p>
        </w:tc>
        <w:tc>
          <w:tcPr>
            <w:tcW w:type="dxa" w:w="535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4221C"/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4"/>
              </w:rPr>
              <w:t>CONDIÇÕES DO LOCAL</w:t>
            </w:r>
          </w:p>
        </w:tc>
      </w:tr>
      <w:tr>
        <w:trPr>
          <w:cantSplit/>
        </w:trPr>
        <w:tc>
          <w:tcPr>
            <w:tcW w:type="dxa" w:w="535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6"/>
              </w:rPr>
              <w:t>☐ Pelo prestador    ☐ Pelo cliente    ☐ Misto</w:t>
            </w:r>
          </w:p>
        </w:tc>
        <w:tc>
          <w:tcPr>
            <w:tcW w:type="dxa" w:w="535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14221C"/>
                <w:sz w:val="16"/>
              </w:rPr>
              <w:t>☐ Água disponível   ☐ Energia disponível</w:t>
            </w:r>
          </w:p>
        </w:tc>
      </w:tr>
      <w:tr>
        <w:trPr>
          <w:cantSplit/>
        </w:trPr>
        <w:tc>
          <w:tcPr>
            <w:tcW w:type="dxa" w:w="535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66736D"/>
                <w:sz w:val="15"/>
              </w:rPr>
              <w:t>Materiais principais: ____________________________________________</w:t>
              <w:br/>
              <w:t>_______________________________________________________________</w:t>
            </w:r>
          </w:p>
        </w:tc>
        <w:tc>
          <w:tcPr>
            <w:tcW w:type="dxa" w:w="535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66736D"/>
                <w:sz w:val="15"/>
              </w:rPr>
              <w:t>☐ Área liberada   ☐ Proteção necessária   ☐ Retirada de entulho</w:t>
              <w:br/>
              <w:t>Observação: __________________________________________________</w:t>
            </w:r>
          </w:p>
        </w:tc>
      </w:tr>
    </w:tbl>
    <w:p>
      <w:pPr>
        <w:spacing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18"/>
      </w:tblGrid>
      <w:tr>
        <w:trPr>
          <w:cantSplit/>
        </w:trPr>
        <w:tc>
          <w:tcPr>
            <w:tcW w:type="dxa" w:w="10710"/>
            <w:shd w:fill="EFF8F4"/>
            <w:tcBorders>
              <w:bottom w:sz="10" w:val="single" w:color="17B978"/>
            </w:tcBorders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/>
                <w:color w:val="17B978"/>
                <w:sz w:val="18"/>
              </w:rPr>
              <w:t>6. SERVIÇOS, QUANTIDADES E VALORES</w:t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 xml:space="preserve">  Use a unidade adequada: m², m, m³, diária, unidade ou serviço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67"/>
        <w:gridCol w:w="4592"/>
        <w:gridCol w:w="964"/>
        <w:gridCol w:w="964"/>
        <w:gridCol w:w="1587"/>
        <w:gridCol w:w="1644"/>
      </w:tblGrid>
      <w:tr>
        <w:trPr>
          <w:tblHeader w:val="true"/>
          <w:cantSplit/>
        </w:trPr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4221C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3"/>
              </w:rPr>
              <w:t>ITEM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4221C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3"/>
              </w:rPr>
              <w:t>DESCRIÇÃO DO SERVIÇO / MATERIAL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4221C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3"/>
              </w:rPr>
              <w:t>QTD.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4221C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3"/>
              </w:rPr>
              <w:t>UN.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4221C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3"/>
              </w:rPr>
              <w:t>VALOR UNIT.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4221C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3"/>
              </w:rPr>
              <w:t>TOTAL</w:t>
            </w:r>
          </w:p>
        </w:tc>
      </w:tr>
      <w:tr>
        <w:trPr>
          <w:cantSplit/>
        </w:trPr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1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</w:tr>
      <w:tr>
        <w:trPr>
          <w:cantSplit/>
        </w:trPr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2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</w:tr>
      <w:tr>
        <w:trPr>
          <w:cantSplit/>
        </w:trPr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3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</w:tr>
      <w:tr>
        <w:trPr>
          <w:cantSplit/>
        </w:trPr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4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</w:tr>
      <w:tr>
        <w:trPr>
          <w:cantSplit/>
        </w:trPr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5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FFFFF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</w:tr>
      <w:tr>
        <w:trPr>
          <w:cantSplit/>
        </w:trPr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6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  <w:tc>
          <w:tcPr>
            <w:tcW w:type="dxa" w:w="17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7FAF8"/>
            <w:tcBorders>
              <w:top w:sz="4" w:val="single" w:color="D8E4DE"/>
              <w:left w:sz="4" w:val="single" w:color="D8E4DE"/>
              <w:bottom w:sz="4" w:val="single" w:color="D8E4DE"/>
              <w:right w:sz="4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 w:val="0"/>
                <w:color w:val="66736D"/>
                <w:sz w:val="16"/>
              </w:rPr>
              <w:t>R$</w:t>
            </w:r>
          </w:p>
        </w:tc>
      </w:tr>
    </w:tbl>
    <w:p>
      <w:pPr>
        <w:spacing w:after="6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236"/>
        <w:gridCol w:w="4082"/>
      </w:tblGrid>
      <w:tr>
        <w:trPr>
          <w:cantSplit/>
        </w:trPr>
        <w:tc>
          <w:tcPr>
            <w:tcW w:type="dxa" w:w="5355"/>
            <w:shd w:fill="F7FAF8"/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80"/>
            </w:pPr>
            <w:r/>
            <w:r>
              <w:rPr>
                <w:rFonts w:ascii="Liberation Sans" w:hAnsi="Liberation Sans"/>
                <w:b/>
                <w:color w:val="17B978"/>
                <w:sz w:val="14"/>
              </w:rPr>
              <w:t>ETAPAS / MEDIÇÕES</w:t>
            </w:r>
          </w:p>
          <w:p>
            <w:pPr>
              <w:spacing w:after="40"/>
            </w:pPr>
            <w:r>
              <w:rPr>
                <w:rFonts w:ascii="Liberation Sans" w:hAnsi="Liberation Sans"/>
                <w:b w:val="0"/>
                <w:color w:val="14221C"/>
                <w:sz w:val="14"/>
              </w:rPr>
              <w:t>1. __________________________________  Data: ____/____  ☐ Concluída</w:t>
            </w:r>
          </w:p>
          <w:p>
            <w:pPr>
              <w:spacing w:after="40"/>
            </w:pPr>
            <w:r>
              <w:rPr>
                <w:rFonts w:ascii="Liberation Sans" w:hAnsi="Liberation Sans"/>
                <w:b w:val="0"/>
                <w:color w:val="14221C"/>
                <w:sz w:val="14"/>
              </w:rPr>
              <w:t>2. __________________________________  Data: ____/____  ☐ Concluída</w:t>
            </w:r>
          </w:p>
          <w:p>
            <w:pPr>
              <w:spacing w:after="40"/>
            </w:pPr>
            <w:r>
              <w:rPr>
                <w:rFonts w:ascii="Liberation Sans" w:hAnsi="Liberation Sans"/>
                <w:b w:val="0"/>
                <w:color w:val="14221C"/>
                <w:sz w:val="14"/>
              </w:rPr>
              <w:t>3. __________________________________  Data: ____/____  ☐ Concluída</w:t>
            </w:r>
          </w:p>
          <w:p>
            <w:pPr>
              <w:spacing w:after="40"/>
            </w:pPr>
            <w:r>
              <w:rPr>
                <w:rFonts w:ascii="Liberation Sans" w:hAnsi="Liberation Sans"/>
                <w:b w:val="0"/>
                <w:color w:val="14221C"/>
                <w:sz w:val="14"/>
              </w:rPr>
              <w:t>4. __________________________________  Data: ____/____  ☐ Concluída</w:t>
            </w:r>
          </w:p>
        </w:tc>
        <w:tc>
          <w:tcPr>
            <w:tcW w:type="dxa" w:w="5355"/>
            <w:shd w:fill="14221C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40"/>
              <w:jc w:val="right"/>
            </w:pPr>
            <w:r/>
            <w:r>
              <w:rPr>
                <w:rFonts w:ascii="Liberation Sans" w:hAnsi="Liberation Sans"/>
                <w:b w:val="0"/>
                <w:color w:val="D8E4DE"/>
                <w:sz w:val="14"/>
              </w:rPr>
              <w:t xml:space="preserve">Subtotal  </w:t>
            </w:r>
            <w:r>
              <w:rPr>
                <w:rFonts w:ascii="Liberation Sans" w:hAnsi="Liberation Sans"/>
                <w:b/>
                <w:color w:val="FFFFFF"/>
                <w:sz w:val="17"/>
              </w:rPr>
              <w:t>R$ __________________</w:t>
            </w:r>
          </w:p>
          <w:p>
            <w:pPr>
              <w:spacing w:after="40"/>
              <w:jc w:val="right"/>
            </w:pPr>
            <w:r>
              <w:rPr>
                <w:rFonts w:ascii="Liberation Sans" w:hAnsi="Liberation Sans"/>
                <w:b w:val="0"/>
                <w:color w:val="D8E4DE"/>
                <w:sz w:val="14"/>
              </w:rPr>
              <w:t xml:space="preserve">Desconto / acréscimo  </w:t>
            </w:r>
            <w:r>
              <w:rPr>
                <w:rFonts w:ascii="Liberation Sans" w:hAnsi="Liberation Sans"/>
                <w:b/>
                <w:color w:val="FFFFFF"/>
                <w:sz w:val="17"/>
              </w:rPr>
              <w:t>R$ __________________</w:t>
            </w:r>
          </w:p>
          <w:p>
            <w:pPr>
              <w:spacing w:after="40"/>
              <w:jc w:val="right"/>
            </w:pPr>
            <w:r>
              <w:rPr>
                <w:rFonts w:ascii="Liberation Sans" w:hAnsi="Liberation Sans"/>
                <w:b/>
                <w:color w:val="FFFFFF"/>
                <w:sz w:val="14"/>
              </w:rPr>
              <w:t xml:space="preserve">TOTAL DA OS  </w:t>
            </w:r>
            <w:r>
              <w:rPr>
                <w:rFonts w:ascii="Liberation Sans" w:hAnsi="Liberation Sans"/>
                <w:b/>
                <w:color w:val="FFFFFF"/>
                <w:sz w:val="17"/>
              </w:rPr>
              <w:t>R$ __________________</w:t>
            </w:r>
          </w:p>
          <w:p>
            <w:pPr>
              <w:spacing w:after="40"/>
              <w:jc w:val="right"/>
            </w:pPr>
            <w:r>
              <w:rPr>
                <w:rFonts w:ascii="Liberation Sans" w:hAnsi="Liberation Sans"/>
                <w:b w:val="0"/>
                <w:color w:val="D8E4DE"/>
                <w:sz w:val="14"/>
              </w:rPr>
              <w:t xml:space="preserve">Entrada  </w:t>
            </w:r>
            <w:r>
              <w:rPr>
                <w:rFonts w:ascii="Liberation Sans" w:hAnsi="Liberation Sans"/>
                <w:b/>
                <w:color w:val="FFFFFF"/>
                <w:sz w:val="17"/>
              </w:rPr>
              <w:t>R$ __________________</w:t>
            </w:r>
          </w:p>
          <w:p>
            <w:pPr>
              <w:spacing w:after="40"/>
              <w:jc w:val="right"/>
            </w:pPr>
            <w:r>
              <w:rPr>
                <w:rFonts w:ascii="Liberation Sans" w:hAnsi="Liberation Sans"/>
                <w:b/>
                <w:color w:val="FFFFFF"/>
                <w:sz w:val="14"/>
              </w:rPr>
              <w:t xml:space="preserve">Saldo  </w:t>
            </w:r>
            <w:r>
              <w:rPr>
                <w:rFonts w:ascii="Liberation Sans" w:hAnsi="Liberation Sans"/>
                <w:b/>
                <w:color w:val="FFFFFF"/>
                <w:sz w:val="17"/>
              </w:rPr>
              <w:t>R$ __________________</w:t>
            </w:r>
          </w:p>
        </w:tc>
      </w:tr>
    </w:tbl>
    <w:p>
      <w:pPr>
        <w:spacing w:after="6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18"/>
      </w:tblGrid>
      <w:tr>
        <w:trPr>
          <w:cantSplit/>
        </w:trPr>
        <w:tc>
          <w:tcPr>
            <w:tcW w:type="dxa" w:w="10710"/>
            <w:shd w:fill="EFF8F4"/>
            <w:tcBorders>
              <w:bottom w:sz="10" w:val="single" w:color="17B978"/>
            </w:tcBorders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/>
                <w:color w:val="17B978"/>
                <w:sz w:val="18"/>
              </w:rPr>
              <w:t>7. CONDIÇÕES COMERCIAIS</w:t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 xml:space="preserve">  Prazo, pagamento, garantia e alterações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70"/>
        <w:gridCol w:w="3570"/>
        <w:gridCol w:w="3570"/>
      </w:tblGrid>
      <w:tr>
        <w:trPr>
          <w:cantSplit/>
        </w:trPr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FORMA DE PAGAMENTO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☐ PIX  ☐ Dinheiro  ☐ Cartão  ☐ Transferência</w:t>
            </w:r>
          </w:p>
        </w:tc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VALIDADE DO ORÇAMENTO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 dias</w:t>
            </w:r>
          </w:p>
        </w:tc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GARANTIA DO SERVIÇO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______ dias / meses</w:t>
            </w:r>
          </w:p>
        </w:tc>
      </w:tr>
      <w:tr>
        <w:trPr>
          <w:cantSplit/>
        </w:trPr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CONDIÇÃO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☐ À vista  ☐ Entrada + saldo  ☐ Por etapa</w:t>
            </w:r>
          </w:p>
        </w:tc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ENTRADA / SINAL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R$ __________________</w:t>
            </w:r>
          </w:p>
        </w:tc>
        <w:tc>
          <w:tcPr>
            <w:tcW w:type="dxa" w:w="3570"/>
            <w:tcMar>
              <w:top w:w="100" w:type="dxa"/>
              <w:start w:w="120" w:type="dxa"/>
              <w:bottom w:w="100" w:type="dxa"/>
              <w:end w:w="12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52" w:lineRule="auto"/>
            </w:pPr>
            <w:r/>
            <w:r>
              <w:rPr>
                <w:rFonts w:ascii="Liberation Sans" w:hAnsi="Liberation Sans"/>
                <w:b/>
                <w:color w:val="66736D"/>
                <w:sz w:val="13"/>
              </w:rPr>
              <w:t>SALDO / VENCIMENTO</w:t>
              <w:br/>
            </w:r>
            <w:r>
              <w:rPr>
                <w:rFonts w:ascii="Liberation Sans" w:hAnsi="Liberation Sans"/>
                <w:b w:val="0"/>
                <w:color w:val="14221C"/>
                <w:sz w:val="18"/>
              </w:rPr>
              <w:t>____/____/______</w:t>
            </w:r>
          </w:p>
        </w:tc>
      </w:tr>
    </w:tbl>
    <w:p>
      <w:pPr>
        <w:spacing w:after="6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18"/>
      </w:tblGrid>
      <w:tr>
        <w:trPr>
          <w:cantSplit/>
        </w:trPr>
        <w:tc>
          <w:tcPr>
            <w:tcW w:type="dxa" w:w="10710"/>
            <w:shd w:fill="EFF8F4"/>
            <w:tcBorders>
              <w:bottom w:sz="10" w:val="single" w:color="17B978"/>
            </w:tcBorders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/>
                <w:color w:val="17B978"/>
                <w:sz w:val="18"/>
              </w:rPr>
              <w:t>8. OBSERVAÇÕES E CONDIÇÕES DO SERVIÇO</w:t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 xml:space="preserve">  Registre detalhes importantes antes do início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710"/>
      </w:tblGrid>
      <w:tr>
        <w:trPr>
          <w:cantSplit/>
        </w:trPr>
        <w:tc>
          <w:tcPr>
            <w:tcW w:type="dxa" w:w="10710"/>
            <w:shd w:fill="F7FAF8"/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  <w:tcMar>
              <w:top w:w="100" w:type="dxa"/>
              <w:start w:w="130" w:type="dxa"/>
              <w:bottom w:w="90" w:type="dxa"/>
              <w:end w:w="13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 w:val="0"/>
                <w:color w:val="14221C"/>
                <w:sz w:val="14"/>
              </w:rPr>
              <w:t>• Alterações no escopo após a aprovação devem ser registradas e podem gerar custo e prazo adicionais.</w:t>
              <w:br/>
            </w:r>
            <w:r>
              <w:rPr>
                <w:rFonts w:ascii="Liberation Sans" w:hAnsi="Liberation Sans"/>
                <w:b w:val="0"/>
                <w:color w:val="14221C"/>
                <w:sz w:val="14"/>
              </w:rPr>
              <w:t>• Problemas ocultos encontrados durante a execução (tubulações, infiltrações, estrutura, instalações etc.) serão informados antes de serviços extras.</w:t>
              <w:br/>
            </w:r>
            <w:r>
              <w:rPr>
                <w:rFonts w:ascii="Liberation Sans" w:hAnsi="Liberation Sans"/>
                <w:b w:val="0"/>
                <w:color w:val="14221C"/>
                <w:sz w:val="14"/>
              </w:rPr>
              <w:t>• Materiais fornecidos pelo cliente são de responsabilidade do contratante quanto à quantidade, especificação e disponibilidade.</w:t>
              <w:br/>
            </w:r>
            <w:r>
              <w:rPr>
                <w:rFonts w:ascii="Liberation Sans" w:hAnsi="Liberation Sans"/>
                <w:b w:val="0"/>
                <w:color w:val="14221C"/>
                <w:sz w:val="14"/>
              </w:rPr>
              <w:t>• Destinação de entulho e limpeza final:  ☐ Inclusa  ☐ Não inclusa  ☐ Conforme combinado abaixo.</w:t>
              <w:br/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>Observações adicionais: __________________________________________________________________________________</w:t>
              <w:br/>
              <w:t>__________________________________________________________________________________________________________</w:t>
            </w:r>
          </w:p>
        </w:tc>
      </w:tr>
    </w:tbl>
    <w:p>
      <w:pPr>
        <w:spacing w:after="6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18"/>
      </w:tblGrid>
      <w:tr>
        <w:trPr>
          <w:cantSplit/>
        </w:trPr>
        <w:tc>
          <w:tcPr>
            <w:tcW w:type="dxa" w:w="10710"/>
            <w:shd w:fill="EFF8F4"/>
            <w:tcBorders>
              <w:bottom w:sz="10" w:val="single" w:color="17B978"/>
            </w:tcBorders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/>
            <w:r>
              <w:rPr>
                <w:rFonts w:ascii="Liberation Sans" w:hAnsi="Liberation Sans"/>
                <w:b/>
                <w:color w:val="17B978"/>
                <w:sz w:val="18"/>
              </w:rPr>
              <w:t>9. APROVAÇÃO E ACEITE</w:t>
            </w:r>
            <w:r>
              <w:rPr>
                <w:rFonts w:ascii="Liberation Sans" w:hAnsi="Liberation Sans"/>
                <w:b w:val="0"/>
                <w:color w:val="66736D"/>
                <w:sz w:val="14"/>
              </w:rPr>
              <w:t xml:space="preserve">  Assinaturas confirmam o escopo e as condições desta ordem de serviço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55"/>
        <w:gridCol w:w="5355"/>
      </w:tblGrid>
      <w:tr>
        <w:trPr>
          <w:cantSplit/>
        </w:trPr>
        <w:tc>
          <w:tcPr>
            <w:tcW w:type="dxa" w:w="535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7B978"/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4"/>
              </w:rPr>
              <w:t>CONTRATANTE / CLIENTE</w:t>
            </w:r>
          </w:p>
        </w:tc>
        <w:tc>
          <w:tcPr>
            <w:tcW w:type="dxa" w:w="535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17B978"/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Liberation Sans" w:hAnsi="Liberation Sans"/>
                <w:b/>
                <w:color w:val="FFFFFF"/>
                <w:sz w:val="14"/>
              </w:rPr>
              <w:t>PRESTADOR / RESPONSÁVEL</w:t>
            </w:r>
          </w:p>
        </w:tc>
      </w:tr>
      <w:tr>
        <w:trPr>
          <w:cantSplit/>
        </w:trPr>
        <w:tc>
          <w:tcPr>
            <w:tcW w:type="dxa" w:w="5355"/>
            <w:tcMar>
              <w:top w:w="70" w:type="dxa"/>
              <w:start w:w="100" w:type="dxa"/>
              <w:bottom w:w="90" w:type="dxa"/>
              <w:end w:w="10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after="0"/>
              <w:jc w:val="center"/>
            </w:pPr>
            <w:r/>
            <w:r>
              <w:rPr>
                <w:rFonts w:ascii="Liberation Sans" w:hAnsi="Liberation Sans"/>
                <w:b w:val="0"/>
                <w:color w:val="14221C"/>
                <w:sz w:val="14"/>
              </w:rPr>
              <w:br/>
              <w:br/>
              <w:t>________________________________________</w:t>
              <w:br/>
              <w:t>Assinatura</w:t>
              <w:br/>
              <w:t>Nome: _________________________________</w:t>
              <w:br/>
              <w:t>Data: ____/____/______</w:t>
            </w:r>
          </w:p>
        </w:tc>
        <w:tc>
          <w:tcPr>
            <w:tcW w:type="dxa" w:w="5355"/>
            <w:tcMar>
              <w:top w:w="70" w:type="dxa"/>
              <w:start w:w="100" w:type="dxa"/>
              <w:bottom w:w="90" w:type="dxa"/>
              <w:end w:w="100" w:type="dxa"/>
            </w:tcMar>
            <w:tcBorders>
              <w:top w:sz="5" w:val="single" w:color="D8E4DE"/>
              <w:left w:sz="5" w:val="single" w:color="D8E4DE"/>
              <w:bottom w:sz="5" w:val="single" w:color="D8E4DE"/>
              <w:right w:sz="5" w:val="single" w:color="D8E4DE"/>
            </w:tcBorders>
          </w:tcPr>
          <w:p>
            <w:pPr>
              <w:spacing w:after="0"/>
              <w:jc w:val="center"/>
            </w:pPr>
            <w:r/>
            <w:r>
              <w:rPr>
                <w:rFonts w:ascii="Liberation Sans" w:hAnsi="Liberation Sans"/>
                <w:b w:val="0"/>
                <w:color w:val="14221C"/>
                <w:sz w:val="14"/>
              </w:rPr>
              <w:br/>
              <w:br/>
              <w:t>________________________________________</w:t>
              <w:br/>
              <w:t>Assinatura</w:t>
              <w:br/>
              <w:t>Nome: _________________________________</w:t>
              <w:br/>
              <w:t>Data: ____/____/______</w:t>
            </w:r>
          </w:p>
        </w:tc>
      </w:tr>
    </w:tbl>
    <w:p>
      <w:pPr>
        <w:spacing w:after="40" w:before="0"/>
      </w:pPr>
      <w:r/>
    </w:p>
    <w:p>
      <w:pPr>
        <w:spacing w:before="20" w:after="0"/>
        <w:jc w:val="center"/>
      </w:pPr>
      <w:r>
        <w:rPr>
          <w:rFonts w:ascii="Liberation Sans" w:hAnsi="Liberation Sans"/>
          <w:b/>
          <w:color w:val="17B978"/>
          <w:sz w:val="13"/>
        </w:rPr>
        <w:t>ORDEMIO  •  Modelo editável para organização e formalização de serviços de pedreiro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709" w:right="765" w:bottom="680" w:left="765" w:header="312" w:footer="31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tblLayout w:type="fixed"/>
      <w:tblLook w:firstColumn="1" w:firstRow="1" w:lastColumn="0" w:lastRow="0" w:noHBand="0" w:noVBand="1" w:val="04A0"/>
    </w:tblPr>
    <w:tblGrid>
      <w:gridCol w:w="3458"/>
      <w:gridCol w:w="3402"/>
      <w:gridCol w:w="3458"/>
    </w:tblGrid>
    <w:tr>
      <w:tc>
        <w:tcPr>
          <w:tcW w:type="dxa" w:w="3439"/>
          <w:vAlign w:val="center"/>
          <w:tcMar>
            <w:top w:w="90" w:type="dxa"/>
            <w:start w:w="110" w:type="dxa"/>
            <w:bottom w:w="90" w:type="dxa"/>
            <w:end w:w="110" w:type="dxa"/>
          </w:tcMar>
          <w:tcBorders>
            <w:top w:sz="6" w:val="single" w:color="D8E4DE"/>
          </w:tcBorders>
        </w:tcPr>
        <w:p>
          <w:pPr>
            <w:spacing w:before="0" w:after="0" w:line="240" w:lineRule="auto"/>
            <w:jc w:val="left"/>
          </w:pPr>
          <w:r/>
          <w:r>
            <w:rPr>
              <w:rFonts w:ascii="Liberation Sans" w:hAnsi="Liberation Sans"/>
              <w:b/>
              <w:color w:val="17B978"/>
              <w:sz w:val="14"/>
            </w:rPr>
            <w:t>ordemio.com.br</w:t>
          </w:r>
        </w:p>
      </w:tc>
      <w:tc>
        <w:tcPr>
          <w:tcW w:type="dxa" w:w="3439"/>
          <w:vAlign w:val="center"/>
          <w:tcMar>
            <w:top w:w="90" w:type="dxa"/>
            <w:start w:w="110" w:type="dxa"/>
            <w:bottom w:w="90" w:type="dxa"/>
            <w:end w:w="110" w:type="dxa"/>
          </w:tcMar>
          <w:tcBorders>
            <w:top w:sz="6" w:val="single" w:color="D8E4DE"/>
          </w:tcBorders>
        </w:tcPr>
        <w:p>
          <w:pPr>
            <w:spacing w:before="0" w:after="0" w:line="240" w:lineRule="auto"/>
            <w:jc w:val="center"/>
          </w:pPr>
          <w:r/>
          <w:r>
            <w:rPr>
              <w:rFonts w:ascii="Liberation Sans" w:hAnsi="Liberation Sans"/>
              <w:b w:val="0"/>
              <w:color w:val="66736D"/>
              <w:sz w:val="13"/>
            </w:rPr>
            <w:t>Modelo de Ordem de Serviço para Pedreiro</w:t>
          </w:r>
        </w:p>
      </w:tc>
      <w:tc>
        <w:tcPr>
          <w:tcW w:type="dxa" w:w="3439"/>
          <w:vAlign w:val="center"/>
          <w:tcMar>
            <w:top w:w="90" w:type="dxa"/>
            <w:start w:w="110" w:type="dxa"/>
            <w:bottom w:w="90" w:type="dxa"/>
            <w:end w:w="110" w:type="dxa"/>
          </w:tcMar>
          <w:tcBorders>
            <w:top w:sz="6" w:val="single" w:color="D8E4DE"/>
          </w:tcBorders>
        </w:tcPr>
        <w:p>
          <w:pPr>
            <w:spacing w:before="0" w:after="0" w:line="240" w:lineRule="auto"/>
            <w:jc w:val="right"/>
          </w:pPr>
          <w:r/>
          <w:r>
            <w:rPr>
              <w:rFonts w:ascii="Liberation Sans" w:hAnsi="Liberation Sans"/>
              <w:b w:val="0"/>
              <w:color w:val="66736D"/>
              <w:sz w:val="13"/>
            </w:rPr>
            <w:t>Documento de apoio operacional</w:t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ayout w:type="fixed"/>
      <w:tblLook w:firstColumn="1" w:firstRow="1" w:lastColumn="0" w:lastRow="0" w:noHBand="0" w:noVBand="1" w:val="04A0"/>
    </w:tblPr>
    <w:tblGrid>
      <w:gridCol w:w="3628"/>
      <w:gridCol w:w="4082"/>
      <w:gridCol w:w="2608"/>
    </w:tblGrid>
    <w:tr>
      <w:tc>
        <w:tcPr>
          <w:tcW w:type="dxa" w:w="3439"/>
          <w:tcBorders>
            <w:bottom w:sz="10" w:val="single" w:color="17B978"/>
          </w:tcBorders>
        </w:tcPr>
        <w:p>
          <w:pPr>
            <w:spacing w:after="0"/>
          </w:pPr>
          <w:r/>
          <w:r>
            <w:rPr>
              <w:rFonts w:ascii="Liberation Sans" w:hAnsi="Liberation Sans"/>
              <w:b/>
              <w:color w:val="17B978"/>
              <w:sz w:val="36"/>
            </w:rPr>
            <w:t>ORDEMIO</w:t>
          </w:r>
          <w:r>
            <w:rPr>
              <w:rFonts w:ascii="Liberation Sans" w:hAnsi="Liberation Sans"/>
              <w:b w:val="0"/>
              <w:color w:val="66736D"/>
              <w:sz w:val="13"/>
            </w:rPr>
            <w:br/>
            <w:t>Ordem de serviço simples e profissional</w:t>
          </w:r>
        </w:p>
      </w:tc>
      <w:tc>
        <w:tcPr>
          <w:tcW w:type="dxa" w:w="3439"/>
          <w:tcBorders>
            <w:bottom w:sz="10" w:val="single" w:color="17B978"/>
          </w:tcBorders>
        </w:tcPr>
        <w:p>
          <w:pPr>
            <w:spacing w:after="0"/>
            <w:jc w:val="center"/>
          </w:pPr>
          <w:r/>
          <w:r>
            <w:rPr>
              <w:rFonts w:ascii="Liberation Sans" w:hAnsi="Liberation Sans"/>
              <w:b/>
              <w:color w:val="14221C"/>
              <w:sz w:val="24"/>
            </w:rPr>
            <w:t>ORDEM DE SERVIÇO</w:t>
          </w:r>
          <w:r>
            <w:rPr>
              <w:rFonts w:ascii="Liberation Sans" w:hAnsi="Liberation Sans"/>
              <w:b/>
              <w:color w:val="17B978"/>
              <w:sz w:val="16"/>
            </w:rPr>
            <w:br/>
            <w:t>PEDREIRO / ALVENARIA</w:t>
          </w:r>
        </w:p>
      </w:tc>
      <w:tc>
        <w:tcPr>
          <w:tcW w:type="dxa" w:w="3439"/>
          <w:shd w:fill="14221C"/>
          <w:tcMar>
            <w:top w:w="110" w:type="dxa"/>
            <w:start w:w="90" w:type="dxa"/>
            <w:bottom w:w="110" w:type="dxa"/>
            <w:end w:w="90" w:type="dxa"/>
          </w:tcMar>
          <w:tcBorders>
            <w:bottom w:sz="10" w:val="single" w:color="17B978"/>
          </w:tcBorders>
        </w:tcPr>
        <w:p>
          <w:pPr>
            <w:spacing w:after="0"/>
            <w:jc w:val="center"/>
          </w:pPr>
          <w:r/>
          <w:r>
            <w:rPr>
              <w:rFonts w:ascii="Liberation Sans" w:hAnsi="Liberation Sans"/>
              <w:b/>
              <w:color w:val="FFFFFF"/>
              <w:sz w:val="19"/>
            </w:rPr>
            <w:t>OS Nº  __________</w:t>
          </w:r>
          <w:r>
            <w:rPr>
              <w:rFonts w:ascii="Liberation Sans" w:hAnsi="Liberation Sans"/>
              <w:b w:val="0"/>
              <w:color w:val="D8E4DE"/>
              <w:sz w:val="14"/>
            </w:rPr>
            <w:br/>
            <w:t>Data: ____/____/______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ans" w:hAnsi="Liberation Sans"/>
      <w:color w:val="14221C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Pedreiro - Ordemio</dc:title>
  <dc:subject>Template de ordem de serviço para pedreiros e serviços de alvenaria</dc:subject>
  <dc:creator>Ordemio</dc:creator>
  <cp:keywords>ordem de serviço, pedreiro, alvenaria, obra, orçamento, Ordemio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