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283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5B5CE2"/>
            <w:tcMar>
              <w:top w:w="100" w:type="dxa"/>
              <w:start w:w="82" w:type="dxa"/>
              <w:bottom w:w="100" w:type="dxa"/>
              <w:end w:w="8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36"/>
              </w:rPr>
              <w:t>OS</w:t>
            </w:r>
          </w:p>
        </w:tc>
        <w:tc>
          <w:tcPr>
            <w:tcW w:type="dxa" w:w="430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5" w:type="dxa"/>
              <w:start w:w="125" w:type="dxa"/>
              <w:bottom w:w="55" w:type="dxa"/>
              <w:end w:w="80" w:type="dxa"/>
            </w:tcMar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111827"/>
                <w:sz w:val="32"/>
              </w:rPr>
              <w:t>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5B5CE2"/>
                <w:sz w:val="15"/>
              </w:rPr>
              <w:t>MODELO DE OS • REFRIGERAÇÃO</w:t>
            </w:r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0" w:type="dxa"/>
              <w:bottom w:w="52" w:type="dxa"/>
              <w:end w:w="80" w:type="dxa"/>
            </w:tcMar>
          </w:tcPr>
          <w:p>
            <w:pPr>
              <w:spacing w:before="0" w:after="20" w:line="240" w:lineRule="auto"/>
              <w:jc w:val="center"/>
            </w:pPr>
            <w:r/>
            <w:r>
              <w:rPr>
                <w:rFonts w:ascii="Arial" w:hAnsi="Arial"/>
                <w:b/>
                <w:color w:val="111827"/>
                <w:sz w:val="16"/>
              </w:rPr>
              <w:t>ORDEM DE SERVIÇO Nº  ______________</w:t>
            </w:r>
          </w:p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color w:val="667085"/>
                <w:sz w:val="14"/>
              </w:rPr>
              <w:t>Abertura: ____/____/______   ____:____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IDENTIFICAÇÃO DA EMPRESA / TÉCNICO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EMPRESA / PRESTADOR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CNPJ / CPF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TELEFONE / WHATSAPP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RESPONSÁVEL / TÉCNICO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ENDEREÇO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E-MAIL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PREVISÃO DE CONCLUSÃO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DADOS DO CLIENTE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NOME / RAZÃO SOCIAL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CPF / CNPJ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TELEFONE / WHATSAPP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E-MAIL</w:t>
            </w:r>
          </w:p>
        </w:tc>
      </w:tr>
      <w:tr>
        <w:tc>
          <w:tcPr>
            <w:tcW w:type="dxa" w:w="7908"/>
            <w:gridSpan w:val="3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LOCAL DO ATENDIMENTO / ENDEREÇO DO EQUIPAMENTO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CONTATO NO LOCAL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IDENTIFICAÇÃO DO EQUIPAMENTO</w:t>
            </w:r>
            <w:r>
              <w:rPr>
                <w:rFonts w:ascii="Arial" w:hAnsi="Arial"/>
                <w:color w:val="F2F3FF"/>
                <w:sz w:val="14"/>
              </w:rPr>
              <w:t xml:space="preserve">  •  registre os dados do sistema de refrigeração atendido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MARCA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MODELO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Nº DE SÉRIE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PATRIMÔNIO / TAG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TIPO DE EQUIPAMENTO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Geladeira  □ Freezer  □ Câmara fria  □ Balcão / expositor  □ Ilha  □ Máquina de gelo  □ Chiller  □ Outro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TENSÃO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127 V  □ 220 V  □ 380 V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GÁS REFRIGERANTE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CAPACIDADE / POTÊNCIA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SETPOINT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APLICAÇÃO / PRODUTO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AMBIENTE / SETOR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TIPO DE ATENDIMENTO E CHECKLIST INICIAL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5" w:type="dxa"/>
              <w:bottom w:w="52" w:type="dxa"/>
              <w:end w:w="8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5"/>
              </w:rPr>
              <w:t>TIPO DE SERVIÇO</w:t>
              <w:br/>
              <w:t>□ Instalação  □ Preventiva  □ Corretiva  □ Higienização</w:t>
              <w:br/>
              <w:t>□ Teste de vazamento  □ Carga de fluido  □ Elétrica  □ Visita técnica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5" w:type="dxa"/>
              <w:bottom w:w="52" w:type="dxa"/>
              <w:end w:w="8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5"/>
              </w:rPr>
              <w:t>CONDIÇÃO NA CHEGADA</w:t>
              <w:br/>
              <w:t>□ Funcionando  □ Não liga  □ Não refrigera  □ Refrigera pouco</w:t>
              <w:br/>
              <w:t>□ Congela demais  □ Vazamento  □ Ruído  □ Alarme / erro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5" w:type="dxa"/>
              <w:bottom w:w="52" w:type="dxa"/>
              <w:end w:w="8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5"/>
              </w:rPr>
              <w:t>CHECKLIST VISUAL</w:t>
              <w:br/>
              <w:t>□ Condensador sujo  □ Evaporador sujo  □ Gelo excessivo  □ Dreno obstruído</w:t>
              <w:br/>
              <w:t>□ Porta/vedação  □ Sinais de óleo  □ Tubulação/isolamento  □ Corrosão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5" w:type="dxa"/>
              <w:bottom w:w="52" w:type="dxa"/>
              <w:end w:w="8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5"/>
              </w:rPr>
              <w:t>CHECKLIST ELÉTRICO / OPERAÇÃO</w:t>
              <w:br/>
              <w:t>□ Compressor parte  □ Ventiladores ok  □ Controlador/termostato ok  □ Degelo ok</w:t>
              <w:br/>
              <w:t>□ Cabos/conexões ok  □ Proteção elétrica ok  □ Iluminação ok  □ Alarme ok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TEMP. NA CHEGADA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SETPOINT INFORMADO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TEMP. AMBIENTE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PRODUTO / CARGA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Presente  □ Vazio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SOLICITAÇÃO / PROBLEMA RELATADO PELO CLIENTE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522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DESCRIÇÃO DO CHAMADO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Descreva o sintoma, quando ocorre, histórico de manutenção, códigos de erro, perdas de temperatura e resultado esperado.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AUTORIZAÇÃO INICIAL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633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AUTORIZAÇÃO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Apenas diagnóstico  □ Serviço até R$ __________ sem novo contato  □ Exigir aprovação prévia do orçamento</w:t>
            </w:r>
          </w:p>
        </w:tc>
        <w:tc>
          <w:tcPr>
            <w:tcW w:type="dxa" w:w="391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CLIENTE / RESPONSÁVEL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Assinatura: __________________________</w:t>
            </w:r>
          </w:p>
        </w:tc>
      </w:tr>
    </w:tbl>
    <w:p>
      <w:pPr>
        <w:widowControl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860"/>
            <w:shd w:fill="111827"/>
            <w:tcMar>
              <w:top w:w="52" w:type="dxa"/>
              <w:start w:w="95" w:type="dxa"/>
              <w:bottom w:w="52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ORDEMIO  •  ORDEM DE SERVIÇO DE REFRIGERAÇÃO</w:t>
            </w:r>
          </w:p>
        </w:tc>
        <w:tc>
          <w:tcPr>
            <w:tcW w:type="dxa" w:w="3685"/>
            <w:shd w:fill="5B5CE2"/>
            <w:tcMar>
              <w:top w:w="52" w:type="dxa"/>
              <w:start w:w="95" w:type="dxa"/>
              <w:bottom w:w="52" w:type="dxa"/>
              <w:end w:w="95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OS Nº __________________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DIAGNÓSTICO TÉCNICO E MEDIÇÕES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PRESSÃO SUCÇÃO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psi/bar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PRESSÃO DESCARGA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psi/bar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TENSÃO MEDIDA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V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CORRENTE COMPRESSOR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A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TEMP. SUCÇÃO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TEMP. DESCARGA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SUPERAQUECIMENTO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K /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SUB-RESFRIAMENTO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K / °C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FLUIDO / CARGA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Ok  □ Ajustada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VAZAMENTO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Não  □ Sim / corrigido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DEGELO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Ok  □ Corrigido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CONTROLADOR / SENSORES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Ok  □ Corrigido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578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DIAGNÓSTICO / CAUSA PROVÁVEL / INTERVENÇÃO REALIZADA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Registre testes, falhas identificadas, causa provável, componentes substituídos ou ajustados, correções executadas e recomendações técnicas.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SERVIÇOS, PEÇAS E MATERIAIS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67"/>
        <w:gridCol w:w="1767"/>
        <w:gridCol w:w="1767"/>
        <w:gridCol w:w="1767"/>
        <w:gridCol w:w="1767"/>
        <w:gridCol w:w="1767"/>
      </w:tblGrid>
      <w:tr>
        <w:trPr>
          <w:tblHeader w:val="true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8" w:type="dxa"/>
              <w:start w:w="28" w:type="dxa"/>
              <w:bottom w:w="38" w:type="dxa"/>
              <w:end w:w="28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#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8" w:type="dxa"/>
              <w:start w:w="28" w:type="dxa"/>
              <w:bottom w:w="38" w:type="dxa"/>
              <w:end w:w="28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Descrição do serviço / peça / material</w:t>
            </w:r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8" w:type="dxa"/>
              <w:start w:w="28" w:type="dxa"/>
              <w:bottom w:w="38" w:type="dxa"/>
              <w:end w:w="28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Qtd.</w:t>
            </w:r>
          </w:p>
        </w:tc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8" w:type="dxa"/>
              <w:start w:w="28" w:type="dxa"/>
              <w:bottom w:w="38" w:type="dxa"/>
              <w:end w:w="28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Vlr. unit.</w:t>
            </w:r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8" w:type="dxa"/>
              <w:start w:w="28" w:type="dxa"/>
              <w:bottom w:w="38" w:type="dxa"/>
              <w:end w:w="28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Total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38" w:type="dxa"/>
              <w:start w:w="28" w:type="dxa"/>
              <w:bottom w:w="38" w:type="dxa"/>
              <w:end w:w="28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3"/>
              </w:rPr>
              <w:t>Garantia / obs.</w:t>
            </w:r>
          </w:p>
        </w:tc>
      </w:tr>
      <w:tr>
        <w:trPr>
          <w:trHeight w:val="272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sz w:val="15"/>
              </w:rPr>
              <w:t>1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</w:tr>
      <w:tr>
        <w:trPr>
          <w:trHeight w:val="272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sz w:val="15"/>
              </w:rPr>
              <w:t>2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</w:tr>
      <w:tr>
        <w:trPr>
          <w:trHeight w:val="272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sz w:val="15"/>
              </w:rPr>
              <w:t>3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</w:tr>
      <w:tr>
        <w:trPr>
          <w:trHeight w:val="272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sz w:val="15"/>
              </w:rPr>
              <w:t>4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</w:tr>
      <w:tr>
        <w:trPr>
          <w:trHeight w:val="272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sz w:val="15"/>
              </w:rPr>
              <w:t>5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47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4" w:type="dxa"/>
              <w:start w:w="30" w:type="dxa"/>
              <w:bottom w:w="24" w:type="dxa"/>
              <w:end w:w="30" w:type="dxa"/>
            </w:tcMar>
          </w:tcPr>
          <w:p>
            <w:pPr>
              <w:spacing w:before="0" w:after="0" w:line="240" w:lineRule="auto"/>
            </w:pPr>
            <w:r/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35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FORMA DE PAGAMENTO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PIX  □ Cartão  □ Dinheiro  □ Boleto  □ Outro</w:t>
            </w:r>
          </w:p>
        </w:tc>
        <w:tc>
          <w:tcPr>
            <w:tcW w:type="dxa" w:w="283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ORÇAMENTO APROVADO EM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____/____/______   ____:____</w:t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SUBTOTAL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R$</w:t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DESCONTO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R$ / %</w:t>
            </w:r>
          </w:p>
        </w:tc>
      </w:tr>
      <w:tr>
        <w:tc>
          <w:tcPr>
            <w:tcW w:type="dxa" w:w="35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APROVAÇÃO DO CLIENTE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Assinatura  □ WhatsApp  □ E-mail  □ Link</w:t>
            </w:r>
          </w:p>
        </w:tc>
        <w:tc>
          <w:tcPr>
            <w:tcW w:type="dxa" w:w="283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SINAL / ENTRADA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R$</w:t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TOTAL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R$</w:t>
            </w:r>
          </w:p>
        </w:tc>
        <w:tc>
          <w:tcPr>
            <w:tcW w:type="dxa" w:w="206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SALDO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R$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CHECKLIST FINAL DE FUNCIONAMENTO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5" w:type="dxa"/>
              <w:bottom w:w="52" w:type="dxa"/>
              <w:end w:w="8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5"/>
              </w:rPr>
              <w:t>TESTES OPERACIONAIS</w:t>
              <w:br/>
              <w:t>□ Temperatura em queda/estável  □ Compressor ok  □ Ventiladores ok  □ Controlador/termostato ok</w:t>
              <w:br/>
              <w:t>□ Degelo ok  □ Dreno ok  □ Sem ruído anormal  □ Sem alarme ativo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5" w:type="dxa"/>
              <w:bottom w:w="52" w:type="dxa"/>
              <w:end w:w="8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5"/>
              </w:rPr>
              <w:t>FINALIZAÇÃO</w:t>
              <w:br/>
              <w:t>□ Vazamento verificado  □ Condensador limpo  □ Evaporador limpo  □ Vedação conferida</w:t>
              <w:br/>
              <w:t>□ Tubulação/isolamento ok  □ Área limpa  □ Resíduos recolhidos  □ Orientações ao cliente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TEMP. FINAL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°C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TEMPO ATÉ MEDIÇÃO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 min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RESULTADO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Liberado  □ Ressalva  □ Retorno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TÉCNICO / DATA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____________  ____/____/______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GARANTIA E TERMOS SUGERIDOS</w:t>
            </w:r>
            <w:r>
              <w:rPr>
                <w:rFonts w:ascii="Arial" w:hAnsi="Arial"/>
                <w:color w:val="F2F3FF"/>
                <w:sz w:val="14"/>
              </w:rPr>
              <w:t xml:space="preserve">  •  adapte às regras da sua empresa e à legislação aplicável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2" w:type="dxa"/>
              <w:start w:w="85" w:type="dxa"/>
              <w:bottom w:w="52" w:type="dxa"/>
              <w:end w:w="8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1. Garantia informada nesta OS: ______ dias para o serviço executado, conforme escopo aprovado e legislação aplicável.</w:t>
              <w:br/>
              <w:t>2. A garantia não cobre falhas externas ao reparo, mau uso, oscilação elétrica, falta de limpeza/manutenção, intervenção de terceiros ou defeitos novos não relacionados ao serviço executado.</w:t>
              <w:br/>
              <w:t>3. Serviços com fluido refrigerante devem registrar tipo de fluido, teste de estanqueidade e carga/ajuste quando aplicável, seguindo boas práticas técnicas e orientação do fabricante.</w:t>
              <w:br/>
              <w:t>4. Temperatura de operação depende também de carga térmica, abertura de portas, ventilação do condensador, condições ambientais e uso correto do equipamento.</w:t>
              <w:br/>
              <w:t>5. Serviços adicionais não descritos nesta OS dependem de aprovação do cliente.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38" w:type="dxa"/>
              <w:start w:w="95" w:type="dxa"/>
              <w:bottom w:w="38" w:type="dxa"/>
              <w:end w:w="95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7"/>
              </w:rPr>
              <w:t>CONCLUSÃO E ACEITE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DATA DA CONCLUSÃO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HORA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VALOR RECEBIDO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STATUS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□ Pago  □ Parcial  □ Pendente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CLIENTE / RESPONSÁVEL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Assinatura: _________________________________</w:t>
            </w:r>
          </w:p>
        </w:tc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2" w:type="dxa"/>
              <w:start w:w="82" w:type="dxa"/>
              <w:bottom w:w="62" w:type="dxa"/>
              <w:end w:w="82" w:type="dxa"/>
            </w:tcMar>
            <w:vAlign w:val="center"/>
          </w:tcPr>
          <w:p>
            <w:pPr>
              <w:spacing w:before="0" w:after="12" w:line="240" w:lineRule="auto"/>
            </w:pPr>
            <w:r/>
            <w:r>
              <w:rPr>
                <w:rFonts w:ascii="Arial" w:hAnsi="Arial"/>
                <w:b/>
                <w:color w:val="667085"/>
                <w:sz w:val="13"/>
              </w:rPr>
              <w:t>TÉCNICO / EMPRESA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7"/>
              </w:rPr>
              <w:t>Assinatura: _________________________________</w:t>
            </w:r>
          </w:p>
        </w:tc>
      </w:tr>
    </w:tbl>
    <w:p>
      <w:pPr>
        <w:widowControl/>
        <w:spacing w:before="0" w:after="3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6973"/>
            <w:shd w:fill="111827"/>
            <w:tcMar>
              <w:top w:w="35" w:type="dxa"/>
              <w:start w:w="90" w:type="dxa"/>
              <w:bottom w:w="35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Digitalize suas ordens de serviço de refrigeração com o 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E5E7EB"/>
                <w:sz w:val="13"/>
              </w:rPr>
              <w:t>Crie, envie, acompanhe, assine e receba suas OS pelo celular ou computador.</w:t>
            </w:r>
          </w:p>
        </w:tc>
        <w:tc>
          <w:tcPr>
            <w:tcW w:type="dxa" w:w="3572"/>
            <w:shd w:fill="5B5CE2"/>
            <w:tcMar>
              <w:top w:w="48" w:type="dxa"/>
              <w:start w:w="90" w:type="dxa"/>
              <w:bottom w:w="48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08" w:right="652" w:bottom="612" w:left="652" w:header="198" w:footer="23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02"/>
      <w:gridCol w:w="3402"/>
      <w:gridCol w:w="3402"/>
    </w:tblGrid>
    <w:tr>
      <w:tc>
        <w:tcPr>
          <w:tcW w:type="dxa" w:w="3118"/>
          <w:tcMar>
            <w:top w:w="18" w:type="dxa"/>
            <w:start w:w="18" w:type="dxa"/>
            <w:bottom w:w="18" w:type="dxa"/>
            <w:end w:w="18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left"/>
          </w:pPr>
          <w:r/>
          <w:r>
            <w:rPr>
              <w:rFonts w:ascii="Arial" w:hAnsi="Arial"/>
              <w:b/>
              <w:color w:val="5B5CE2"/>
              <w:sz w:val="14"/>
            </w:rPr>
            <w:t>ORDEMIO</w:t>
          </w:r>
        </w:p>
      </w:tc>
      <w:tc>
        <w:tcPr>
          <w:tcW w:type="dxa" w:w="4252"/>
          <w:tcMar>
            <w:top w:w="18" w:type="dxa"/>
            <w:start w:w="18" w:type="dxa"/>
            <w:bottom w:w="18" w:type="dxa"/>
            <w:end w:w="18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Arial" w:hAnsi="Arial"/>
              <w:b w:val="0"/>
              <w:color w:val="667085"/>
              <w:sz w:val="14"/>
            </w:rPr>
            <w:t>Modelo gratuito • ordemio.com.br</w:t>
          </w:r>
        </w:p>
      </w:tc>
      <w:tc>
        <w:tcPr>
          <w:tcW w:type="dxa" w:w="2835"/>
          <w:tcMar>
            <w:top w:w="18" w:type="dxa"/>
            <w:start w:w="18" w:type="dxa"/>
            <w:bottom w:w="18" w:type="dxa"/>
            <w:end w:w="18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67085"/>
              <w:sz w:val="14"/>
            </w:rPr>
            <w:t>Refrigeração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rial" w:hAnsi="Arial"/>
      <w:color w:val="1F2937"/>
      <w:sz w:val="1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de Refrigeração - Ordemio</dc:title>
  <dc:subject>Template gratuito de ordem de serviço para refrigeração comercial e técnica</dc:subject>
  <dc:creator>Ordemio</dc:creator>
  <cp:keywords>ordem de serviço refrigeração, OS refrigeração, câmara fria, freezer, geladeira, manutenção refrigeração,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