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27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i w:val="0"/>
                <w:color w:val="5B5CE2"/>
                <w:sz w:val="15"/>
              </w:rPr>
              <w:br/>
              <w:t>MODELO DE ORDEM DE SERVIÇO • SOLDADOR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i w:val="0"/>
                <w:color w:val="111827"/>
                <w:sz w:val="15"/>
              </w:rPr>
              <w:t>ORDEM DE SERVIÇO Nº  __________________</w:t>
              <w:br/>
            </w:r>
            <w:r>
              <w:rPr>
                <w:rFonts w:ascii="Aptos" w:hAnsi="Aptos"/>
                <w:b w:val="0"/>
                <w:i w:val="0"/>
                <w:color w:val="6B7280"/>
                <w:sz w:val="14"/>
              </w:rPr>
              <w:t>Abertura: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IDENTIFICAÇÃO DA EMPRESA / PROFISSIONAL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EMPRESA / PROFISSIONAL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RESPONSÁVEL / SOLDADOR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PREVISÃO DE CONCLUSÃO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DADOS DO CLIENTE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NOME / RAZÃO SOCIAL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CPF / CNPJ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ENDEREÇO / LOCAL DO SERVIÇO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CONTATO NO LOCAL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IDENTIFICAÇÃO DO SERVIÇO DE SOLDA</w:t>
            </w:r>
            <w:r>
              <w:rPr>
                <w:rFonts w:ascii="Aptos" w:hAnsi="Aptos"/>
                <w:b w:val="0"/>
                <w:i w:val="0"/>
                <w:color w:val="FFFFFF"/>
                <w:sz w:val="15"/>
              </w:rPr>
              <w:t xml:space="preserve">   •   registre processo, material e condições antes da execução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TIPO DE SERVIÇO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Fabricação   ☐ Reparo   ☐ Reforço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PROCESSO DE SOLDA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MIG/MAG  ☐ TIG  ☐ Eletrodo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LOCAL / EQUIPAMENTO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PRAZO PREVISTO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MATERIAL BASE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Aço carbono  ☐ Inox  ☐ Alumínio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ESPESSURA / BITOLA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TIPO DE JUNTA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Topo  ☐ Ângulo  ☐ Sobreposta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POSIÇÃO DE SOLDAGEM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PREPARAÇÃO DA JUNTA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Corte   ☐ Chanfro   ☐ Limpeza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ACABAMENTO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Bruto   ☐ Esmerilhado   ☐ Polido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TRABALHO NO LOCAL?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Não   ☐ Sim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TRABALHO EM ALTURA?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Não   ☐ Sim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MATERIAIS, PEÇAS E CONSUMÍVEIS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Eletrodos    ☐ Arame MIG/MAG    ☐ Vareta TIG</w:t>
              <w:br/>
              <w:t>☐ Gás de proteção    ☐ Disco corte/desbaste    ☐ Outro: ________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Material fornecido pelo cliente</w:t>
              <w:br/>
              <w:t>☐ Peça/equipamento recebido    ☐ Projeto/desenho</w:t>
              <w:br/>
              <w:t>☐ WPS/procedimento    ☐ Foto/referência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ESPECIFICAÇÃO / LOTE / DIÂMETRO DOS CONSUMÍVEIS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OBSERVAÇÕES DOS ITENS RECEBIDOS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4"/>
              </w:rPr>
              <w:t>Descreva quantidade, estado, identificação e responsabilidade pelos materiais fornecidos.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VISTORIA, SEGURANÇA E CONDIÇÕES DO LOCAL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Área isolada/sinalizada    ☐ Aterramento disponível</w:t>
              <w:br/>
              <w:t>☐ Materiais combustíveis afastados    ☐ Ventilação adequada</w:t>
              <w:br/>
              <w:t>☐ Superfície limpa e preparada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EPI conferido    ☐ Extintor disponível</w:t>
              <w:br/>
              <w:t>☐ Permissão de trabalho a quente, se aplicável</w:t>
              <w:br/>
              <w:t>☐ Vigia de incêndio, se necessário    ☐ Andaime/plataforma adequada</w:t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RISCOS, INTERFERÊNCIAS OU CONDIÇÕES ESPECIAIS DO LOCAL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SOLICITAÇÃO DO CLIENTE / ESCOPO DO SERVIÇO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4"/>
              </w:rPr>
              <w:t>Descreva a peça, estrutura ou equipamento, defeito apresentado, dimensões, pontos de solda, reforços, acabamento desejado, tolerâncias e resultado esperado.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Autorizo inspeção/orçamento   ☐ Autorizo execução até R$ __________ sem novo contato   ☐ Exigir aprovação prévia do orçamento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6B7280"/>
                <w:sz w:val="14"/>
              </w:rPr>
              <w:t>Assinatura do cliente: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ORDEMIO  •  CONTINUAÇÃO DA ORDEM DE SERVIÇO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DETALHAMENTO TÉCNICO / CROQUI / PARÂMETROS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ESPECIFICAÇÕES TÉCNICAS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4"/>
              </w:rPr>
              <w:t>Registre medidas, desenho/croqui, sequência de soldagem, preparação, passes, consumível, diâmetro, gás, corrente/tensão quando aplicável, pré-aquecimento, acabamento, tolerâncias e demais instruções. Anexe procedimento ou foto quando necessário.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SERVIÇOS, MATERIAIS E CONSUMÍVEIS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Descrição do serviço / material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Garantia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PIX   ☐ Cartão   ☐ Dinheiro</w:t>
              <w:br/>
              <w:t>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APROVAÇÃO DO CLIENTE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Assinatura   ☐ WhatsApp</w:t>
              <w:br/>
              <w:t>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OBSERVAÇÕES FINANCEIRAS / CONDIÇÕES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INSPEÇÃO E CHECKLIST DE CONCLUSÃO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Cordão visualmente conferido    ☐ Dimensões conferidas</w:t>
              <w:br/>
              <w:t>☐ Respingos/escória removidos    ☐ Descontinuidades aparentes verificadas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Acabamento realizado    ☐ Peça/estrutura alinhada</w:t>
              <w:br/>
              <w:t>☐ Teste funcional realizado, quando aplicável</w:t>
              <w:br/>
              <w:t>☐ Área limpa e liberada</w:t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RESULTADO FINAL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5"/>
              </w:rPr>
              <w:t>☐ Aprovado   ☐ Aprovado com ressalvas   ☐ Requer retrabalho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RESPONSÁVEL / DATA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________________________________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GARANTIA E TERMOS SUGERIDOS</w:t>
            </w:r>
            <w:r>
              <w:rPr>
                <w:rFonts w:ascii="Aptos" w:hAnsi="Aptos"/>
                <w:b w:val="0"/>
                <w:i w:val="0"/>
                <w:color w:val="FFFFFF"/>
                <w:sz w:val="15"/>
              </w:rPr>
              <w:t xml:space="preserve">   •   adapte às regras da sua empresa e à legislação aplicável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1. Garantia informada nesta OS: ______ dias para o serviço executado, observadas as condições do material, uso, projeto e legislação aplicável.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2. O cliente declara ter informado a finalidade da peça/estrutura e condições relevantes de uso. Alterações de carga, aplicação ou ambiente devem ser comunicadas.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3. Materiais ou peças fornecidos pelo cliente permanecem sujeitos às suas condições originais; defeitos pré-existentes ou inadequação do material devem ser registrados nesta OS.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4. Serviços adicionais, mudança de medidas, processo, acabamento ou escopo após a aprovação podem exigir novo orçamento e novo prazo.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5. A execução no local depende de acesso seguro, liberação da área, energia/aterramento e autorizações necessárias para trabalho a quente ou em altura, quando aplicável.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6. Peças e sobras: ☐ devolver ao cliente   ☐ encaminhar para descarte/reciclagem, quando permitido e autorizado.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ENTREGA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DATA DA ENTREGA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Pago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CLIENTE / RESPONSÁVEL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SOLDADOR / EMPRESA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/>
                <w:b w:val="0"/>
                <w:i w:val="0"/>
                <w:color w:val="E5E7EB"/>
                <w:sz w:val="13"/>
              </w:rPr>
              <w:br/>
              <w:t>Crie, compartilhe e acompanhe ordens de serviço no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8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i w:val="0"/>
              <w:color w:val="5B5CE2"/>
              <w:sz w:val="15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i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i w:val="0"/>
              <w:color w:val="6B7280"/>
              <w:sz w:val="13"/>
            </w:rPr>
            <w:t>Modelo de OS para soldador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Soldador - Ordemio</dc:title>
  <dc:subject>Template de ordem de serviço para soldador, soldagem e serviços de manutenção</dc:subject>
  <dc:creator>Ordemio</dc:creator>
  <cp:keywords>ordem de serviço, soldador, soldagem, MIG, MAG, TIG, eletrodo, Ordemio, template</cp:keywords>
  <dc:description>Modelo editável criado para uso como ordem de serviço de assistência técnica de celular.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